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A44667B" wp14:editId="2D1C67D5">
            <wp:simplePos x="0" y="0"/>
            <wp:positionH relativeFrom="page">
              <wp:posOffset>200660</wp:posOffset>
            </wp:positionH>
            <wp:positionV relativeFrom="page">
              <wp:posOffset>152400</wp:posOffset>
            </wp:positionV>
            <wp:extent cx="7520366" cy="10706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6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10455" w:rsidRDefault="0091045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CB6AEB" w:rsidRPr="00A910A7" w:rsidRDefault="00A910A7">
      <w:pPr>
        <w:autoSpaceDE w:val="0"/>
        <w:autoSpaceDN w:val="0"/>
        <w:spacing w:before="346" w:after="0" w:line="288" w:lineRule="auto"/>
        <w:ind w:firstLine="180"/>
        <w:rPr>
          <w:lang w:val="ru-RU"/>
        </w:rPr>
      </w:pP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учебному предмету «Родная литература (русская)» для обучающихся 5 классов на уровне основного общего образования составлена в соответствии с реализацией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Минобрнауки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России от 31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мая 2021 г.№ 287 «Об утверждении федерального государственного образовательного стандарта основного общего образования»;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от 9 апреля 2016 г. № 637-р).</w:t>
      </w:r>
    </w:p>
    <w:p w:rsidR="00CB6AEB" w:rsidRPr="00A910A7" w:rsidRDefault="00A910A7">
      <w:pPr>
        <w:autoSpaceDE w:val="0"/>
        <w:autoSpaceDN w:val="0"/>
        <w:spacing w:before="262" w:after="0" w:line="262" w:lineRule="auto"/>
        <w:ind w:right="1296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«РОДНАЯ ЛИТЕРАТУРА (РУССКАЯ)»</w:t>
      </w:r>
    </w:p>
    <w:p w:rsidR="00CB6AEB" w:rsidRPr="00A910A7" w:rsidRDefault="00A910A7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предмет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«Р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одная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предмет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«Р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одная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 Специфика курса родной русской литературы обусловлена:</w:t>
      </w:r>
    </w:p>
    <w:p w:rsidR="00CB6AEB" w:rsidRPr="00A910A7" w:rsidRDefault="00A910A7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CB6AEB" w:rsidRPr="00A910A7" w:rsidRDefault="00A910A7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</w:t>
      </w:r>
    </w:p>
    <w:p w:rsidR="00CB6AEB" w:rsidRPr="00A910A7" w:rsidRDefault="00CB6AEB">
      <w:pPr>
        <w:rPr>
          <w:lang w:val="ru-RU"/>
        </w:rPr>
        <w:sectPr w:rsidR="00CB6AEB" w:rsidRPr="00A910A7">
          <w:footerReference w:type="first" r:id="rId10"/>
          <w:pgSz w:w="11900" w:h="16840"/>
          <w:pgMar w:top="43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66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81" w:lineRule="auto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и литература».   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  <w:proofErr w:type="gramEnd"/>
    </w:p>
    <w:p w:rsidR="00CB6AEB" w:rsidRPr="00A910A7" w:rsidRDefault="00A910A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«Россия — родина моя»;</w:t>
      </w:r>
    </w:p>
    <w:p w:rsidR="00CB6AEB" w:rsidRPr="00A910A7" w:rsidRDefault="00A910A7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«Русские традиции»;</w:t>
      </w:r>
    </w:p>
    <w:p w:rsidR="00CB6AEB" w:rsidRPr="00A910A7" w:rsidRDefault="00A910A7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«Русский характер — русская душа».</w:t>
      </w:r>
    </w:p>
    <w:p w:rsidR="00CB6AEB" w:rsidRPr="00A910A7" w:rsidRDefault="00A910A7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 w:rsidR="00CB6AEB" w:rsidRPr="00A910A7" w:rsidRDefault="00A910A7">
      <w:pPr>
        <w:autoSpaceDE w:val="0"/>
        <w:autoSpaceDN w:val="0"/>
        <w:spacing w:before="70" w:after="0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</w:t>
      </w:r>
    </w:p>
    <w:p w:rsidR="00CB6AEB" w:rsidRPr="00A910A7" w:rsidRDefault="00A910A7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Проблемно-тематические блоки  объединяют 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подтемы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, связанные с национально-культурной спецификой русских традиций, быта и нравов (например: праздники русского мира, Масленица, блины и т. п.). </w:t>
      </w:r>
    </w:p>
    <w:p w:rsidR="00CB6AEB" w:rsidRPr="00A910A7" w:rsidRDefault="00A910A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</w:t>
      </w:r>
    </w:p>
    <w:p w:rsidR="00CB6AEB" w:rsidRPr="00A910A7" w:rsidRDefault="00A910A7">
      <w:pPr>
        <w:autoSpaceDE w:val="0"/>
        <w:autoSpaceDN w:val="0"/>
        <w:spacing w:before="72" w:after="0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сств в р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усской культуре). </w:t>
      </w:r>
    </w:p>
    <w:p w:rsidR="00CB6AEB" w:rsidRPr="00A910A7" w:rsidRDefault="00A910A7">
      <w:pPr>
        <w:autoSpaceDE w:val="0"/>
        <w:autoSpaceDN w:val="0"/>
        <w:spacing w:before="262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«РОДНАЯ ЛИТЕРАТУРА (РУССКАЯ)»</w:t>
      </w:r>
    </w:p>
    <w:p w:rsidR="00CB6AEB" w:rsidRPr="00A910A7" w:rsidRDefault="00A910A7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CB6AEB" w:rsidRPr="00A910A7" w:rsidRDefault="00A910A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«Родная литература (русская)» должно обеспечить достижение следующих целей: 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воспитание и развитие личности, способной понимать и эстетически воспринимать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86" w:right="708" w:bottom="348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66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71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CB6AEB" w:rsidRPr="00A910A7" w:rsidRDefault="00A910A7">
      <w:pPr>
        <w:autoSpaceDE w:val="0"/>
        <w:autoSpaceDN w:val="0"/>
        <w:spacing w:before="190" w:after="0"/>
        <w:ind w:left="42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CB6AEB" w:rsidRPr="00A910A7" w:rsidRDefault="00A910A7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«Родная литература (русская)» направлен на решение следующих задач:</w:t>
      </w:r>
    </w:p>
    <w:p w:rsidR="00CB6AEB" w:rsidRPr="00A910A7" w:rsidRDefault="00A910A7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CB6AEB" w:rsidRPr="00A910A7" w:rsidRDefault="00A910A7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 w:rsidR="00CB6AEB" w:rsidRPr="00A910A7" w:rsidRDefault="00A910A7">
      <w:pPr>
        <w:autoSpaceDE w:val="0"/>
        <w:autoSpaceDN w:val="0"/>
        <w:spacing w:before="322" w:after="0" w:line="262" w:lineRule="auto"/>
        <w:ind w:right="576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«РОДНАЯ ЛИТЕРАТУРА (РУССКАЯ)» В УЧЕБНОМ ПЛАНЕ</w:t>
      </w:r>
    </w:p>
    <w:p w:rsidR="00CB6AEB" w:rsidRPr="00A910A7" w:rsidRDefault="00A910A7">
      <w:pPr>
        <w:autoSpaceDE w:val="0"/>
        <w:autoSpaceDN w:val="0"/>
        <w:spacing w:before="166" w:after="0" w:line="262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На обязательное изучение предмета «Родная литература (русская)» в 5 классе выделяется 17 часов на полугодие (из расчёта 1 учебный час в неделю).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86" w:right="744" w:bottom="672" w:left="666" w:header="720" w:footer="720" w:gutter="0"/>
          <w:cols w:space="720" w:equalWidth="0">
            <w:col w:w="10490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78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CB6AEB" w:rsidRPr="00A910A7" w:rsidRDefault="00A910A7">
      <w:pPr>
        <w:autoSpaceDE w:val="0"/>
        <w:autoSpaceDN w:val="0"/>
        <w:spacing w:before="466" w:after="0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Россия — Родина моя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Преданья старины глубокой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>Малые жанры фольклора: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пословицы и поговорки о Родине, России, русском народе (не менее пяти произведений).</w:t>
      </w:r>
    </w:p>
    <w:p w:rsidR="00CB6AEB" w:rsidRPr="00A910A7" w:rsidRDefault="00A910A7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Русские народные и литературные сказки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(не менее двух произведений). Например: «Лиса и медведь» (русская народная сказка), К. Г. Паустовский «Дремучий медведь».</w:t>
      </w:r>
    </w:p>
    <w:p w:rsidR="00CB6AEB" w:rsidRPr="00A910A7" w:rsidRDefault="00A910A7">
      <w:pPr>
        <w:autoSpaceDE w:val="0"/>
        <w:autoSpaceDN w:val="0"/>
        <w:spacing w:before="408" w:after="0" w:line="281" w:lineRule="auto"/>
        <w:ind w:right="432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Города земли русской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Москва в произведениях русских писателей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Стихотворения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(не менее двух). Например: А. С. Пушкин «На тихих берегах Москвы…», М. Ю. Лермонтов «Москва, Москва!.. люблю тебя как сын…», Л. Н. Мартынов «Красные ворота» и др. </w:t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А. П. Чехов.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«В Москве на Трубной площади».</w:t>
      </w:r>
    </w:p>
    <w:p w:rsidR="00CB6AEB" w:rsidRPr="00A910A7" w:rsidRDefault="00A910A7">
      <w:pPr>
        <w:autoSpaceDE w:val="0"/>
        <w:autoSpaceDN w:val="0"/>
        <w:spacing w:before="406" w:after="0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Родные просторы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Русский лес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(не менее двух). Например: А. В. Кольцов «Лес», В. А. Рождественский «Берёза», В. А. Солоухин «Седьмую ночь без перерыва…» и др.</w:t>
      </w:r>
    </w:p>
    <w:p w:rsidR="00CB6AEB" w:rsidRPr="00A910A7" w:rsidRDefault="00A910A7">
      <w:pPr>
        <w:autoSpaceDE w:val="0"/>
        <w:autoSpaceDN w:val="0"/>
        <w:spacing w:before="7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И. С. Соколов-Микитов.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«Русский лес».</w:t>
      </w:r>
    </w:p>
    <w:p w:rsidR="00CB6AEB" w:rsidRPr="00A910A7" w:rsidRDefault="00A910A7">
      <w:pPr>
        <w:autoSpaceDE w:val="0"/>
        <w:autoSpaceDN w:val="0"/>
        <w:spacing w:before="742" w:after="0" w:line="281" w:lineRule="auto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Русские традиции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Праздники русского мира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Рождество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(не менее двух). Например: Б. Л. Пастернак «Рождественская звезда» (фрагмент), В. Д. Берестов «Перед Рождеством» и др.</w:t>
      </w:r>
    </w:p>
    <w:p w:rsidR="00CB6AEB" w:rsidRPr="00A910A7" w:rsidRDefault="00A910A7">
      <w:pPr>
        <w:autoSpaceDE w:val="0"/>
        <w:autoSpaceDN w:val="0"/>
        <w:spacing w:before="7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А. И. Куприн.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«Бедный принц».</w:t>
      </w:r>
    </w:p>
    <w:p w:rsidR="00CB6AEB" w:rsidRPr="00A910A7" w:rsidRDefault="00A910A7">
      <w:pPr>
        <w:autoSpaceDE w:val="0"/>
        <w:autoSpaceDN w:val="0"/>
        <w:spacing w:before="7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Д. </w:t>
      </w:r>
      <w:proofErr w:type="spellStart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Телешов</w:t>
      </w:r>
      <w:proofErr w:type="spellEnd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«Ёлка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Митрича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CB6AEB" w:rsidRPr="00A910A7" w:rsidRDefault="00A910A7">
      <w:pPr>
        <w:autoSpaceDE w:val="0"/>
        <w:autoSpaceDN w:val="0"/>
        <w:spacing w:before="406" w:after="0" w:line="278" w:lineRule="auto"/>
        <w:ind w:right="2160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Тепло родного дома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Семейные ценности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Крылов.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Басни (одно произведение по выбору). Например: «Дерево» и др. </w:t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Бунин.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«Снежный бык».</w:t>
      </w:r>
    </w:p>
    <w:p w:rsidR="00CB6AEB" w:rsidRPr="00A910A7" w:rsidRDefault="00A910A7">
      <w:pPr>
        <w:autoSpaceDE w:val="0"/>
        <w:autoSpaceDN w:val="0"/>
        <w:spacing w:before="7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И. Белов.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«Скворцы».</w:t>
      </w:r>
    </w:p>
    <w:p w:rsidR="00CB6AEB" w:rsidRPr="00A910A7" w:rsidRDefault="00A910A7">
      <w:pPr>
        <w:autoSpaceDE w:val="0"/>
        <w:autoSpaceDN w:val="0"/>
        <w:spacing w:before="742" w:after="0" w:line="281" w:lineRule="auto"/>
        <w:ind w:right="720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3. Русский характер — русская душа</w:t>
      </w:r>
      <w:proofErr w:type="gramStart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Н</w:t>
      </w:r>
      <w:proofErr w:type="gramEnd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 до ордена — была бы Родина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Отечественная война 1812 года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(не менее двух). Например: Ф. Н. Глинка «Авангардная песнь», Д. В.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Давыдо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в«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Партизан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 (отрывок) и др.</w:t>
      </w:r>
    </w:p>
    <w:p w:rsidR="00CB6AEB" w:rsidRPr="00A910A7" w:rsidRDefault="00A910A7">
      <w:pPr>
        <w:autoSpaceDE w:val="0"/>
        <w:autoSpaceDN w:val="0"/>
        <w:spacing w:before="406" w:after="0" w:line="271" w:lineRule="auto"/>
        <w:ind w:right="3168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Загадки русской души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Парадоксы русского характера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К. Г. Паустовский.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«Похождения жука-носорога» (солдатская сказка).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66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Ю. Я. Яковлев.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«Сыновья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Пешеходова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CB6AEB" w:rsidRPr="00A910A7" w:rsidRDefault="00A910A7">
      <w:pPr>
        <w:autoSpaceDE w:val="0"/>
        <w:autoSpaceDN w:val="0"/>
        <w:spacing w:before="406" w:after="0"/>
        <w:ind w:right="5184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ваших ровесниках </w:t>
      </w:r>
      <w:r w:rsidRPr="00A910A7">
        <w:rPr>
          <w:lang w:val="ru-RU"/>
        </w:rPr>
        <w:br/>
      </w:r>
      <w:proofErr w:type="gramStart"/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>Школьные</w:t>
      </w:r>
      <w:proofErr w:type="gramEnd"/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контрольные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К. И. Чуковский.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«Серебряный герб» (фрагмент).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А. </w:t>
      </w:r>
      <w:proofErr w:type="spellStart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Гиваргизов</w:t>
      </w:r>
      <w:proofErr w:type="spellEnd"/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«Контрольный диктант».</w:t>
      </w:r>
    </w:p>
    <w:p w:rsidR="00CB6AEB" w:rsidRPr="00A910A7" w:rsidRDefault="00A910A7">
      <w:pPr>
        <w:autoSpaceDE w:val="0"/>
        <w:autoSpaceDN w:val="0"/>
        <w:spacing w:before="406" w:after="0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Лишь слову жизнь дана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Родной язык, родная речь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Стихотворения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(не  менее  двух).  Например:  И.  А.  Бунин «Слово», В. Г.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Гордейчев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«Родная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речь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»и</w:t>
      </w:r>
      <w:proofErr w:type="spellEnd"/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др.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86" w:right="806" w:bottom="1440" w:left="666" w:header="720" w:footer="720" w:gutter="0"/>
          <w:cols w:space="720" w:equalWidth="0">
            <w:col w:w="10428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78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CB6AEB" w:rsidRPr="00A910A7" w:rsidRDefault="00A910A7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учебного предмета «Родная литература (русская)» в 5 классе направлено на достижение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следующих личностных,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результатов.</w:t>
      </w:r>
    </w:p>
    <w:p w:rsidR="00CB6AEB" w:rsidRPr="00A910A7" w:rsidRDefault="00A910A7">
      <w:pPr>
        <w:autoSpaceDE w:val="0"/>
        <w:autoSpaceDN w:val="0"/>
        <w:spacing w:before="262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CB6AEB" w:rsidRPr="00A910A7" w:rsidRDefault="00A910A7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рабочей программы по предмету «Родная литература (русская)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»н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CB6AEB" w:rsidRPr="00A910A7" w:rsidRDefault="00A910A7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рабочей программы по предмету «Родная литература (русская)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»н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а уровне основного общего образования должны отражать готовность обучающихся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8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</w:p>
    <w:p w:rsidR="00CB6AEB" w:rsidRPr="00A910A7" w:rsidRDefault="00A910A7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экстремизма, дискриминации;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понимание роли различных социальных институтов в жизни человека;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 способах противодействия коррупции;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420" w:right="115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гуманитарной деятельности (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ней);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Патриотического воспитания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</w:p>
    <w:p w:rsidR="00CB6AEB" w:rsidRPr="00A910A7" w:rsidRDefault="00A910A7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российской гражданской идентичности в поликультурном и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Духовно-нравственного воспитания: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моральные ценности и нормы в ситуациях нравственного выбора;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114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Эстетического воспитания:</w:t>
      </w:r>
    </w:p>
    <w:p w:rsidR="00CB6AEB" w:rsidRPr="00A910A7" w:rsidRDefault="00A910A7">
      <w:pPr>
        <w:autoSpaceDE w:val="0"/>
        <w:autoSpaceDN w:val="0"/>
        <w:spacing w:before="178" w:after="0" w:line="262" w:lineRule="auto"/>
        <w:ind w:right="86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right="172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важности художественной культуры как средства коммуникации и самовыражения; 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самовыражению в разных видах искусства;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jc w:val="center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Физического воспитания, формирования культуры здоровья и эмоционального благополучия: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ценности жизни; 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безопасности, в том числе навыков безопасного поведения в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интернет-среде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адаптироваться к стрессовым ситуациям и меняющимся социальным,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умение принимать себя и других, не осуждая;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человека; 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Трудового воспитания:</w:t>
      </w:r>
    </w:p>
    <w:p w:rsidR="00CB6AEB" w:rsidRPr="00A910A7" w:rsidRDefault="00A910A7">
      <w:pPr>
        <w:autoSpaceDE w:val="0"/>
        <w:autoSpaceDN w:val="0"/>
        <w:spacing w:before="178" w:after="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установка на активное участие в решении практических задач (в рамках семьи,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334" w:right="714" w:bottom="452" w:left="1086" w:header="720" w:footer="720" w:gutter="0"/>
          <w:cols w:space="720" w:equalWidth="0">
            <w:col w:w="10099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108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готовность адаптироваться в профессиональной среде;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уважение к труду и результатам трудовой деятельности;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Экологического воспитания:</w:t>
      </w:r>
    </w:p>
    <w:p w:rsidR="00CB6AEB" w:rsidRPr="00A910A7" w:rsidRDefault="00A910A7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активное неприятие действий, приносящих вред окружающей среде;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практической деятельности экологической направленности;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36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Ценности научного познания:</w:t>
      </w:r>
    </w:p>
    <w:p w:rsidR="00CB6AEB" w:rsidRPr="00A910A7" w:rsidRDefault="00A910A7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индивидуального и коллективного благополучия.</w:t>
      </w:r>
    </w:p>
    <w:p w:rsidR="00CB6AEB" w:rsidRPr="00A910A7" w:rsidRDefault="00A910A7">
      <w:pPr>
        <w:tabs>
          <w:tab w:val="left" w:pos="180"/>
        </w:tabs>
        <w:autoSpaceDE w:val="0"/>
        <w:autoSpaceDN w:val="0"/>
        <w:spacing w:before="298" w:after="0" w:line="262" w:lineRule="auto"/>
        <w:ind w:right="144"/>
        <w:rPr>
          <w:lang w:val="ru-RU"/>
        </w:rPr>
      </w:pP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результаты, обеспечивающие </w:t>
      </w: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адаптацию </w:t>
      </w:r>
      <w:proofErr w:type="gramStart"/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обучающегося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CB6AEB" w:rsidRPr="00A910A7" w:rsidRDefault="00A910A7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обучающихся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ко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взаимодействию в условиях неопределённости, открытость опыту и знаниям других;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действовать в условиях неопределённости, повышать уровень своей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CB6AEB" w:rsidRPr="00A910A7" w:rsidRDefault="00A910A7">
      <w:pPr>
        <w:autoSpaceDE w:val="0"/>
        <w:autoSpaceDN w:val="0"/>
        <w:spacing w:before="190" w:after="0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умение оперировать основными понятиями, терминами и представлениями в области концепции устойчивого развития;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328" w:right="768" w:bottom="302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144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умение анализировать и выявлять взаимосвязи природы, общества и экономики;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B6AEB" w:rsidRPr="00A910A7" w:rsidRDefault="00A910A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CB6AEB" w:rsidRPr="00A910A7" w:rsidRDefault="00A910A7">
      <w:pPr>
        <w:autoSpaceDE w:val="0"/>
        <w:autoSpaceDN w:val="0"/>
        <w:spacing w:before="324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CB6AEB" w:rsidRPr="00A910A7" w:rsidRDefault="00A910A7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познавательными действиями.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Базовые логические действия: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объектов (явлений);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информации, данных, необходимых для решения поставленной задачи;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8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Базовые исследовательские действия: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420" w:right="129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 w:right="100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оценивать на применимость и достоверность информации, полученной в ходе исследования (эксперимента);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364" w:right="736" w:bottom="362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66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ind w:left="240"/>
        <w:rPr>
          <w:lang w:val="ru-RU"/>
        </w:rPr>
      </w:pP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условиях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и контекстах.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30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Работа с информацией:</w:t>
      </w:r>
    </w:p>
    <w:p w:rsidR="00CB6AEB" w:rsidRPr="00A910A7" w:rsidRDefault="00A910A7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240" w:right="115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эффективно запоминать и систематизировать информацию.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Овладение универсальными учебными</w:t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коммуникативными действиями.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1) Общение:</w:t>
      </w:r>
    </w:p>
    <w:p w:rsidR="00CB6AEB" w:rsidRPr="00A910A7" w:rsidRDefault="00A910A7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условиями общения;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выражать себя (свою точку зрения) в устных и письменных текстах;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100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CB6AEB" w:rsidRPr="00A910A7" w:rsidRDefault="00A910A7">
      <w:pPr>
        <w:autoSpaceDE w:val="0"/>
        <w:autoSpaceDN w:val="0"/>
        <w:spacing w:before="192" w:after="0" w:line="262" w:lineRule="auto"/>
        <w:ind w:left="240" w:right="7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публично представлять результаты выполненного опыта (эксперимента, исследования, проекта); </w:t>
      </w:r>
    </w:p>
    <w:p w:rsidR="00CB6AEB" w:rsidRPr="00A910A7" w:rsidRDefault="00A910A7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2) Совместная деятельность:</w:t>
      </w:r>
    </w:p>
    <w:p w:rsidR="00CB6AEB" w:rsidRPr="00A910A7" w:rsidRDefault="00A910A7">
      <w:pPr>
        <w:autoSpaceDE w:val="0"/>
        <w:autoSpaceDN w:val="0"/>
        <w:spacing w:before="178" w:after="0" w:line="271" w:lineRule="auto"/>
        <w:ind w:left="24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взаимодействия при решении поставленной задачи;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CB6AEB" w:rsidRPr="00A910A7" w:rsidRDefault="00A910A7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обобщать мнения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нескольких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86" w:right="734" w:bottom="332" w:left="846" w:header="720" w:footer="720" w:gutter="0"/>
          <w:cols w:space="720" w:equalWidth="0">
            <w:col w:w="10320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114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314" w:lineRule="auto"/>
        <w:ind w:left="2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качество своего вклада в общий продукт по критериям, самостоятельно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сформулированным участниками взаимодействия;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B6AEB" w:rsidRPr="00A910A7" w:rsidRDefault="00A910A7">
      <w:pPr>
        <w:autoSpaceDE w:val="0"/>
        <w:autoSpaceDN w:val="0"/>
        <w:spacing w:before="298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регулятивными действиями.</w:t>
      </w:r>
    </w:p>
    <w:p w:rsidR="00CB6AEB" w:rsidRPr="00A910A7" w:rsidRDefault="00A910A7">
      <w:pPr>
        <w:autoSpaceDE w:val="0"/>
        <w:autoSpaceDN w:val="0"/>
        <w:spacing w:before="190" w:after="0" w:line="334" w:lineRule="auto"/>
        <w:ind w:left="240" w:right="720" w:hanging="24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1) Самоорганизация: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проблемы для решения в жизненных и учебных ситуациях;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делать выбор и брать ответственность за решение.</w:t>
      </w:r>
    </w:p>
    <w:p w:rsidR="00CB6AEB" w:rsidRPr="00A910A7" w:rsidRDefault="00A910A7">
      <w:pPr>
        <w:autoSpaceDE w:val="0"/>
        <w:autoSpaceDN w:val="0"/>
        <w:spacing w:before="178" w:after="0" w:line="348" w:lineRule="auto"/>
        <w:ind w:left="240" w:hanging="24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2) Самоконтроль: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самоконтроля, 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давать адекватную оценку ситуации и предлагать план её изменения;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условиям.</w:t>
      </w:r>
    </w:p>
    <w:p w:rsidR="00CB6AEB" w:rsidRPr="00A910A7" w:rsidRDefault="00A910A7">
      <w:pPr>
        <w:autoSpaceDE w:val="0"/>
        <w:autoSpaceDN w:val="0"/>
        <w:spacing w:before="178" w:after="0" w:line="362" w:lineRule="auto"/>
        <w:ind w:left="240" w:right="1296" w:hanging="24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3) Эмоциональный интеллект: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и управлять собственными эмоциями и эмоциями других; —  выявлять и анализировать причины эмоций;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ставить себя на место другого человека, понимать мотивы и намерения другого; —  регулировать способ выражения эмоций.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334" w:right="720" w:bottom="392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78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A910A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4) Принятие себя и других:</w:t>
      </w:r>
    </w:p>
    <w:p w:rsidR="00CB6AEB" w:rsidRPr="00A910A7" w:rsidRDefault="00A910A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осознанно относиться к другому человеку, его мнению;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своё право на ошибку и такое же право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другого</w:t>
      </w:r>
      <w:proofErr w:type="gram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себя и других, не осуждая;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открытость себе и другим; </w:t>
      </w:r>
    </w:p>
    <w:p w:rsidR="00CB6AEB" w:rsidRPr="00A910A7" w:rsidRDefault="00A910A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—  осознавать невозможность контролировать всё вокруг.</w:t>
      </w:r>
    </w:p>
    <w:p w:rsidR="00CB6AEB" w:rsidRPr="00A910A7" w:rsidRDefault="00A910A7">
      <w:pPr>
        <w:autoSpaceDE w:val="0"/>
        <w:autoSpaceDN w:val="0"/>
        <w:spacing w:before="322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CB6AEB" w:rsidRPr="00A910A7" w:rsidRDefault="00A910A7">
      <w:pPr>
        <w:tabs>
          <w:tab w:val="left" w:pos="180"/>
        </w:tabs>
        <w:autoSpaceDE w:val="0"/>
        <w:autoSpaceDN w:val="0"/>
        <w:spacing w:before="168" w:after="0" w:line="288" w:lineRule="auto"/>
        <w:rPr>
          <w:lang w:val="ru-RU"/>
        </w:rPr>
      </w:pP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1) 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 </w:t>
      </w: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2) 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произведениях о семейных ценностях; </w:t>
      </w:r>
      <w:r w:rsidRPr="00A910A7">
        <w:rPr>
          <w:lang w:val="ru-RU"/>
        </w:rPr>
        <w:br/>
      </w: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3) 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 </w:t>
      </w:r>
      <w:r w:rsidRPr="00A910A7">
        <w:rPr>
          <w:lang w:val="ru-RU"/>
        </w:rPr>
        <w:br/>
      </w: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4) владеть умением давать смысловой анализ фольклорного и литературного текста на основе наводящих вопросов; </w:t>
      </w:r>
      <w:proofErr w:type="gramStart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  <w:r w:rsidRPr="00A910A7">
        <w:rPr>
          <w:lang w:val="ru-RU"/>
        </w:rPr>
        <w:br/>
      </w:r>
      <w:r w:rsidRPr="00A910A7">
        <w:rPr>
          <w:lang w:val="ru-RU"/>
        </w:rPr>
        <w:tab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5) 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  <w:proofErr w:type="gramEnd"/>
    </w:p>
    <w:p w:rsidR="00CB6AEB" w:rsidRPr="00A910A7" w:rsidRDefault="00CB6AEB">
      <w:pPr>
        <w:rPr>
          <w:lang w:val="ru-RU"/>
        </w:rPr>
        <w:sectPr w:rsidR="00CB6AEB" w:rsidRPr="00A910A7" w:rsidSect="000E5CEB">
          <w:pgSz w:w="11900" w:h="16840"/>
          <w:pgMar w:top="298" w:right="776" w:bottom="1440" w:left="666" w:header="720" w:footer="720" w:gutter="0"/>
          <w:cols w:space="720" w:equalWidth="0">
            <w:col w:w="10458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64" w:line="220" w:lineRule="exact"/>
        <w:rPr>
          <w:lang w:val="ru-RU"/>
        </w:rPr>
      </w:pPr>
    </w:p>
    <w:p w:rsidR="00CB6AEB" w:rsidRDefault="00A910A7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826"/>
        <w:gridCol w:w="528"/>
        <w:gridCol w:w="1104"/>
        <w:gridCol w:w="1140"/>
        <w:gridCol w:w="806"/>
        <w:gridCol w:w="4466"/>
        <w:gridCol w:w="1308"/>
        <w:gridCol w:w="3892"/>
      </w:tblGrid>
      <w:tr w:rsidR="00CB6AEB">
        <w:trPr>
          <w:trHeight w:hRule="exact" w:val="34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47" w:lineRule="auto"/>
              <w:ind w:left="72" w:right="696"/>
              <w:jc w:val="both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3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CB6AEB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</w:tr>
      <w:tr w:rsidR="00CB6AE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1.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 — РОДИНА МОЯ</w:t>
            </w:r>
          </w:p>
        </w:tc>
      </w:tr>
      <w:tr w:rsidR="00CB6AEB" w:rsidRPr="00910455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Преданья старины глубокой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сравнительных таблиц по произведениям</w:t>
            </w:r>
            <w:proofErr w:type="gram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45" w:lineRule="auto"/>
              <w:ind w:right="144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Рабочие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листы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50" w:lineRule="auto"/>
              <w:ind w:left="72" w:right="172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/14/5/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modules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php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</w:p>
        </w:tc>
      </w:tr>
      <w:tr w:rsidR="00CB6AEB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Города земли русской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 с наглядным материалом.;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Индивидуальные задания.;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lit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– Электронная версия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газеты«Литература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Сайт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«Я иду на урок литературы»</w:t>
            </w:r>
          </w:p>
        </w:tc>
      </w:tr>
      <w:tr w:rsidR="00CB6AEB" w:rsidRPr="00910455">
        <w:trPr>
          <w:trHeight w:hRule="exact" w:val="54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Родные просторы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>
            <w:pPr>
              <w:autoSpaceDE w:val="0"/>
              <w:autoSpaceDN w:val="0"/>
              <w:spacing w:before="78" w:after="0" w:line="230" w:lineRule="auto"/>
              <w:ind w:left="72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Творческие задания.;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>
            <w:pPr>
              <w:autoSpaceDE w:val="0"/>
              <w:autoSpaceDN w:val="0"/>
              <w:spacing w:before="78" w:after="0" w:line="245" w:lineRule="auto"/>
              <w:ind w:left="72" w:right="288"/>
            </w:pP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rulex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Русский биографический словарь.</w:t>
            </w:r>
          </w:p>
        </w:tc>
      </w:tr>
      <w:tr w:rsidR="00CB6AEB">
        <w:trPr>
          <w:trHeight w:hRule="exact" w:val="34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  <w:tr w:rsidR="00CB6AE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РУССКИЕ ТРАДИЦИИ</w:t>
            </w:r>
          </w:p>
        </w:tc>
      </w:tr>
      <w:tr w:rsidR="00CB6AEB">
        <w:trPr>
          <w:trHeight w:hRule="exact" w:val="73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Праздники русского мира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Выразительное чтение.;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Индивидуальные задания.;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lit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– Электронная версия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газеты«Литература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Сайт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«Я иду на урок литературы»</w:t>
            </w:r>
          </w:p>
        </w:tc>
      </w:tr>
      <w:tr w:rsidR="00CB6AEB" w:rsidRPr="00910455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2..2.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Тепло родного дома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proofErr w:type="gram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Знакомиться с фактами биографии писателей;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Читать, пересказывать (кратко, подробно, выборочно) рассказы, отвечать на вопросы;</w:t>
            </w:r>
            <w:proofErr w:type="gram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rulex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Русский биографический словарь.</w:t>
            </w:r>
          </w:p>
        </w:tc>
      </w:tr>
      <w:tr w:rsidR="00CB6AEB">
        <w:trPr>
          <w:trHeight w:hRule="exact" w:val="34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  <w:tr w:rsidR="00CB6AEB" w:rsidRPr="0091045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3. </w:t>
            </w:r>
            <w:r w:rsidRPr="00A910A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РУССКИЙ ХАРАКТЕР — РУССКАЯ ДУША</w:t>
            </w:r>
          </w:p>
        </w:tc>
      </w:tr>
      <w:tr w:rsidR="00CB6AEB" w:rsidRPr="00910455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 до ордена — была бы Родина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 с историческими справочниками.;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Рабочие листы.;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47" w:lineRule="auto"/>
              <w:ind w:left="72" w:right="172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/14/5/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modules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php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</w:p>
        </w:tc>
      </w:tr>
      <w:tr w:rsidR="00CB6AEB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Загадки русской души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 с историческими справочниками.;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Рабочие листы.;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lit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– Электронная версия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газеты«Литература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Сайт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«Я иду на урок литературы»</w:t>
            </w:r>
          </w:p>
        </w:tc>
      </w:tr>
      <w:tr w:rsidR="00CB6AEB" w:rsidRPr="00910455">
        <w:trPr>
          <w:trHeight w:hRule="exact" w:val="66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 ваших ровесниках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 с наглядным материалом.;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Рабочие листы;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rulex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Русский биографический словарь.</w:t>
            </w:r>
          </w:p>
        </w:tc>
      </w:tr>
      <w:tr w:rsidR="00CB6AEB">
        <w:trPr>
          <w:trHeight w:hRule="exact" w:val="111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Лишь слову жизнь дана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Читать, воспринимать и обсуждать историко-культурную информацию теоретической статьи к разделу учебника; Выразительно читать стихотворения, определять их тематическое содержание, средства художественной выразительности;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lit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– Электронная версия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газеты«Литература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Сайт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«Я иду на урок литературы</w:t>
            </w:r>
          </w:p>
        </w:tc>
      </w:tr>
      <w:tr w:rsidR="00CB6AEB">
        <w:trPr>
          <w:trHeight w:hRule="exact" w:val="32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</w:tbl>
    <w:p w:rsidR="00CB6AEB" w:rsidRDefault="00CB6AEB">
      <w:pPr>
        <w:autoSpaceDE w:val="0"/>
        <w:autoSpaceDN w:val="0"/>
        <w:spacing w:after="0" w:line="14" w:lineRule="exact"/>
      </w:pPr>
    </w:p>
    <w:p w:rsidR="00CB6AEB" w:rsidRDefault="00CB6AEB">
      <w:pPr>
        <w:sectPr w:rsidR="00CB6AEB" w:rsidSect="008F1439">
          <w:pgSz w:w="16840" w:h="11900" w:orient="landscape"/>
          <w:pgMar w:top="376" w:right="666" w:bottom="282" w:left="640" w:header="720" w:footer="720" w:gutter="0"/>
          <w:cols w:space="720" w:equalWidth="0">
            <w:col w:w="15798" w:space="0"/>
          </w:cols>
          <w:docGrid w:linePitch="360"/>
        </w:sectPr>
      </w:pPr>
    </w:p>
    <w:p w:rsidR="00CB6AEB" w:rsidRDefault="00CB6AE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826"/>
        <w:gridCol w:w="528"/>
        <w:gridCol w:w="1104"/>
        <w:gridCol w:w="1140"/>
        <w:gridCol w:w="806"/>
        <w:gridCol w:w="4466"/>
        <w:gridCol w:w="1308"/>
        <w:gridCol w:w="3892"/>
      </w:tblGrid>
      <w:tr w:rsidR="00CB6AE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  <w:tr w:rsidR="00CB6AEB">
        <w:trPr>
          <w:trHeight w:hRule="exact" w:val="73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Развитие устной и письменной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Практическое занятие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Индивидуальные задания;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lit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– Электронная версия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газеты«Литература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Сайт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«Я иду на урок литературы</w:t>
            </w:r>
          </w:p>
        </w:tc>
      </w:tr>
      <w:tr w:rsidR="00CB6AEB">
        <w:trPr>
          <w:trHeight w:hRule="exact" w:val="34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  <w:tr w:rsidR="00CB6AE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ИТОГОВЫЙ КОНТРОЛЬ</w:t>
            </w:r>
          </w:p>
        </w:tc>
      </w:tr>
      <w:tr w:rsidR="00CB6AEB" w:rsidRPr="00910455">
        <w:trPr>
          <w:trHeight w:hRule="exact" w:val="540"/>
        </w:trPr>
        <w:tc>
          <w:tcPr>
            <w:tcW w:w="4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Итоговая контрольная работа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44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Выполнение заданий контрольной работы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4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38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CB6AEB">
        <w:trPr>
          <w:trHeight w:hRule="exact" w:val="34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  <w:tr w:rsidR="00CB6AEB">
        <w:trPr>
          <w:trHeight w:hRule="exact" w:val="348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  <w:tr w:rsidR="00CB6AEB">
        <w:trPr>
          <w:trHeight w:hRule="exact" w:val="520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19F2" w:rsidRDefault="00C519F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0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</w:tbl>
    <w:p w:rsidR="00CB6AEB" w:rsidRDefault="00CB6AEB">
      <w:pPr>
        <w:autoSpaceDE w:val="0"/>
        <w:autoSpaceDN w:val="0"/>
        <w:spacing w:after="0" w:line="14" w:lineRule="exact"/>
      </w:pPr>
    </w:p>
    <w:p w:rsidR="00CB6AEB" w:rsidRDefault="00CB6AEB">
      <w:pPr>
        <w:sectPr w:rsidR="00CB6AEB" w:rsidSect="00740F81">
          <w:pgSz w:w="16840" w:h="11900" w:orient="landscape"/>
          <w:pgMar w:top="1440" w:right="666" w:bottom="284" w:left="640" w:header="720" w:footer="720" w:gutter="0"/>
          <w:cols w:space="720" w:equalWidth="0">
            <w:col w:w="14734" w:space="0"/>
          </w:cols>
          <w:docGrid w:linePitch="360"/>
        </w:sectPr>
      </w:pPr>
    </w:p>
    <w:p w:rsidR="00CB6AEB" w:rsidRDefault="00CB6AEB">
      <w:pPr>
        <w:autoSpaceDE w:val="0"/>
        <w:autoSpaceDN w:val="0"/>
        <w:spacing w:after="78" w:line="220" w:lineRule="exact"/>
      </w:pPr>
    </w:p>
    <w:p w:rsidR="00CB6AEB" w:rsidRDefault="00A910A7">
      <w:pPr>
        <w:autoSpaceDE w:val="0"/>
        <w:autoSpaceDN w:val="0"/>
        <w:spacing w:after="316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106"/>
        <w:gridCol w:w="726"/>
        <w:gridCol w:w="1606"/>
        <w:gridCol w:w="1654"/>
        <w:gridCol w:w="1154"/>
        <w:gridCol w:w="1904"/>
      </w:tblGrid>
      <w:tr w:rsidR="00CB6AEB">
        <w:trPr>
          <w:trHeight w:hRule="exact" w:val="48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3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CB6AEB">
        <w:trPr>
          <w:trHeight w:hRule="exact" w:val="822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AEB" w:rsidRDefault="00CB6AEB"/>
        </w:tc>
      </w:tr>
      <w:tr w:rsidR="00CB6AEB" w:rsidRPr="00910455" w:rsidTr="005E4BFD">
        <w:trPr>
          <w:trHeight w:hRule="exact" w:val="206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6" w:after="0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Преданья старины глубокой. Пословицы и поговорки о Родине, литературные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сказки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12.01.24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resh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subject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/14/5/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modules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php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?</w:t>
            </w:r>
          </w:p>
        </w:tc>
      </w:tr>
      <w:tr w:rsidR="00CB6AEB" w:rsidTr="00C519F2">
        <w:trPr>
          <w:trHeight w:hRule="exact" w:val="368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7E59" w:rsidRDefault="00A910A7">
            <w:pPr>
              <w:autoSpaceDE w:val="0"/>
              <w:autoSpaceDN w:val="0"/>
              <w:spacing w:before="98" w:after="0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Москва в произведениях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русских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</w:t>
            </w:r>
            <w:r w:rsidR="000D7E5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</w:p>
          <w:p w:rsidR="00CB6AEB" w:rsidRPr="00A910A7" w:rsidRDefault="00A910A7" w:rsidP="000D7E5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А.С. Пушкин «На тихих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берегах Москвы…», М. Ю.</w:t>
            </w:r>
          </w:p>
          <w:p w:rsidR="00CB6AEB" w:rsidRPr="00A910A7" w:rsidRDefault="00A910A7" w:rsidP="000D7E5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Лермонтов «Москва, 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Москва!.. люблю тебя как сын…»</w:t>
            </w:r>
            <w:r w:rsidR="000D7E5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19.01.24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5E4BFD">
            <w:pPr>
              <w:autoSpaceDE w:val="0"/>
              <w:autoSpaceDN w:val="0"/>
              <w:spacing w:before="98" w:after="0" w:line="262" w:lineRule="auto"/>
              <w:ind w:left="70"/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– Электронная версия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газеты«Литература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Сайт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учителей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«Я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иду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литературы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</w:tr>
      <w:tr w:rsidR="00CB6AEB" w:rsidRPr="005E4BFD" w:rsidTr="005E4BFD">
        <w:trPr>
          <w:trHeight w:hRule="exact" w:val="89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 П. Чехов. «В Москве на Трубной площади».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26.01.24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 w:rsidP="005E4BFD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</w:t>
            </w:r>
          </w:p>
        </w:tc>
      </w:tr>
      <w:tr w:rsidR="00CB6AEB" w:rsidRPr="00910455" w:rsidTr="00C519F2">
        <w:trPr>
          <w:trHeight w:hRule="exact" w:val="297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Русский лес.</w:t>
            </w:r>
          </w:p>
          <w:p w:rsidR="000D7E59" w:rsidRDefault="00A910A7">
            <w:pPr>
              <w:autoSpaceDE w:val="0"/>
              <w:autoSpaceDN w:val="0"/>
              <w:spacing w:before="70" w:after="0" w:line="262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</w:p>
          <w:p w:rsidR="000D7E59" w:rsidRDefault="00A910A7" w:rsidP="000D7E5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В.Кольцов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«Лес», </w:t>
            </w:r>
          </w:p>
          <w:p w:rsidR="00CB6AEB" w:rsidRPr="00A910A7" w:rsidRDefault="00A910A7" w:rsidP="000D7E5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А.Рождественский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«Берёза», В. А. Солоухин «Седьмую ночь без перерыва…» и др.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>
            <w:pPr>
              <w:autoSpaceDE w:val="0"/>
              <w:autoSpaceDN w:val="0"/>
              <w:spacing w:before="96" w:after="0" w:line="230" w:lineRule="auto"/>
              <w:ind w:left="72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02.02.24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rulex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 Русский биографический словарь</w:t>
            </w:r>
          </w:p>
        </w:tc>
      </w:tr>
      <w:tr w:rsidR="00CB6AEB" w:rsidRPr="00910455">
        <w:trPr>
          <w:trHeight w:hRule="exact" w:val="1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 С. Соколо</w:t>
            </w:r>
            <w:proofErr w:type="gram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в-</w:t>
            </w:r>
            <w:proofErr w:type="gramEnd"/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Микитов. «Русский лес».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09.02.24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5E4BFD">
            <w:pPr>
              <w:autoSpaceDE w:val="0"/>
              <w:autoSpaceDN w:val="0"/>
              <w:spacing w:before="98" w:after="0"/>
              <w:ind w:left="70" w:right="144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http://www.rulex.ru/ Русский биографический словарь</w:t>
            </w:r>
          </w:p>
        </w:tc>
      </w:tr>
      <w:tr w:rsidR="00CB6AEB" w:rsidRPr="00C540D2" w:rsidTr="005E4BFD">
        <w:trPr>
          <w:trHeight w:hRule="exact" w:val="296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6.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Рождество.</w:t>
            </w:r>
          </w:p>
          <w:p w:rsidR="00C540D2" w:rsidRDefault="00C540D2">
            <w:pPr>
              <w:autoSpaceDE w:val="0"/>
              <w:autoSpaceDN w:val="0"/>
              <w:spacing w:before="70" w:after="0" w:line="262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</w:p>
          <w:p w:rsidR="00CB6AEB" w:rsidRPr="00A910A7" w:rsidRDefault="00A910A7" w:rsidP="00C540D2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 Л.</w:t>
            </w:r>
            <w:r w:rsidR="00C540D2">
              <w:rPr>
                <w:lang w:val="ru-RU"/>
              </w:rPr>
              <w:t xml:space="preserve"> </w:t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Пастернак «Рождественская звезда» (фрагмент), В. Д.</w:t>
            </w:r>
          </w:p>
          <w:p w:rsidR="00CB6AEB" w:rsidRPr="00A910A7" w:rsidRDefault="00A910A7">
            <w:pPr>
              <w:autoSpaceDE w:val="0"/>
              <w:autoSpaceDN w:val="0"/>
              <w:spacing w:before="70" w:after="0" w:line="262" w:lineRule="auto"/>
              <w:ind w:left="72" w:right="100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Берестов «Перед Рождеством» и др.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40D2" w:rsidRDefault="00A910A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540D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40D2" w:rsidRDefault="00CB6AEB">
            <w:pPr>
              <w:rPr>
                <w:lang w:val="ru-RU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40D2" w:rsidRDefault="00CB6AEB">
            <w:pPr>
              <w:rPr>
                <w:lang w:val="ru-RU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16.02.24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40D2" w:rsidRDefault="005E4BFD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– Электронная версия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газеты«Литература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  <w:r w:rsidRPr="00C540D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Сайт для учителей «Я иду на урок литературы»</w:t>
            </w:r>
          </w:p>
        </w:tc>
      </w:tr>
      <w:tr w:rsidR="00CB6AEB" w:rsidTr="005E4BFD">
        <w:trPr>
          <w:trHeight w:hRule="exact" w:val="255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0"/>
            </w:pPr>
            <w:r w:rsidRPr="00C540D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6" w:after="0" w:line="262" w:lineRule="auto"/>
              <w:ind w:left="72" w:right="576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 И. Куприн. «Бедный принц». Н. Д.</w:t>
            </w:r>
          </w:p>
          <w:p w:rsidR="00CB6AEB" w:rsidRPr="00A910A7" w:rsidRDefault="00A910A7">
            <w:pPr>
              <w:autoSpaceDE w:val="0"/>
              <w:autoSpaceDN w:val="0"/>
              <w:spacing w:before="68" w:after="0" w:line="230" w:lineRule="auto"/>
              <w:ind w:left="72"/>
              <w:rPr>
                <w:lang w:val="ru-RU"/>
              </w:rPr>
            </w:pP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Телешов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«Ёлка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Митрича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01.03.24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5E4BFD">
            <w:pPr>
              <w:autoSpaceDE w:val="0"/>
              <w:autoSpaceDN w:val="0"/>
              <w:spacing w:before="96" w:after="0" w:line="262" w:lineRule="auto"/>
              <w:ind w:left="70"/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– Электронная версия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газеты«Литература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Сайт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учителей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«Я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иду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литературы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</w:tr>
    </w:tbl>
    <w:p w:rsidR="00CB6AEB" w:rsidRDefault="00CB6AEB">
      <w:pPr>
        <w:autoSpaceDE w:val="0"/>
        <w:autoSpaceDN w:val="0"/>
        <w:spacing w:after="0" w:line="14" w:lineRule="exact"/>
      </w:pPr>
    </w:p>
    <w:p w:rsidR="00CB6AEB" w:rsidRDefault="00CB6AE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106"/>
        <w:gridCol w:w="726"/>
        <w:gridCol w:w="1606"/>
        <w:gridCol w:w="1654"/>
        <w:gridCol w:w="1154"/>
        <w:gridCol w:w="1904"/>
      </w:tblGrid>
      <w:tr w:rsidR="00CB6AEB" w:rsidRPr="00910455">
        <w:trPr>
          <w:trHeight w:hRule="exact" w:val="2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Семейные ценности. И. А.</w:t>
            </w:r>
          </w:p>
          <w:p w:rsidR="00CB6AEB" w:rsidRPr="00A910A7" w:rsidRDefault="00A910A7" w:rsidP="00C540D2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Крылов. Басни «Дерево» и др.</w:t>
            </w:r>
            <w:r w:rsidR="00C540D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И.А. Бунин. «Снежный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бык»</w:t>
            </w:r>
            <w:proofErr w:type="gram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.В</w:t>
            </w:r>
            <w:proofErr w:type="spellEnd"/>
            <w:proofErr w:type="gram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И.</w:t>
            </w:r>
          </w:p>
          <w:p w:rsidR="00CB6AEB" w:rsidRDefault="00A910A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Белов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«Скворцы».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15.03.24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rulex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 Русский биографический словарь.</w:t>
            </w:r>
          </w:p>
        </w:tc>
      </w:tr>
      <w:tr w:rsidR="00CB6AEB" w:rsidRPr="00910455" w:rsidTr="005E4BFD">
        <w:trPr>
          <w:trHeight w:hRule="exact" w:val="232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Отечественная война 1812 года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22.03.24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resh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subject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/14/5/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modules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php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?</w:t>
            </w:r>
          </w:p>
        </w:tc>
      </w:tr>
      <w:tr w:rsidR="00CB6AEB" w:rsidRPr="00910455" w:rsidTr="005E4BFD">
        <w:trPr>
          <w:trHeight w:hRule="exact" w:val="253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 w:rsidP="00C540D2">
            <w:pPr>
              <w:autoSpaceDE w:val="0"/>
              <w:autoSpaceDN w:val="0"/>
              <w:spacing w:before="96" w:after="0" w:line="262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Стихотворения Ф. Н.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Глинка</w:t>
            </w:r>
            <w:proofErr w:type="gram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«А</w:t>
            </w:r>
            <w:proofErr w:type="gram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вангардная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песнь», Д.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В.Давыдов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«Партизан»(отрывок</w:t>
            </w:r>
            <w:r w:rsid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05.04.24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5E4BFD" w:rsidRDefault="005E4BFD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resh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subject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/14/5/ 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modules</w:t>
            </w:r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5E4BFD">
              <w:rPr>
                <w:rFonts w:ascii="Times New Roman" w:eastAsia="Times New Roman" w:hAnsi="Times New Roman"/>
                <w:color w:val="000000"/>
                <w:sz w:val="24"/>
              </w:rPr>
              <w:t>php</w:t>
            </w:r>
            <w:proofErr w:type="spellEnd"/>
            <w:r w:rsidRPr="005E4BF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?</w:t>
            </w:r>
          </w:p>
        </w:tc>
      </w:tr>
      <w:tr w:rsidR="00CB6AEB" w:rsidTr="00C519F2">
        <w:trPr>
          <w:trHeight w:hRule="exact" w:val="284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11.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 w:rsidP="00C540D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Г.Паустовский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«Похождения жука-носорога» (солдатская сказка). Ю. Я.</w:t>
            </w:r>
          </w:p>
          <w:p w:rsidR="00CB6AEB" w:rsidRPr="00A910A7" w:rsidRDefault="00A910A7">
            <w:pPr>
              <w:autoSpaceDE w:val="0"/>
              <w:autoSpaceDN w:val="0"/>
              <w:spacing w:before="70" w:after="0" w:line="262" w:lineRule="auto"/>
              <w:ind w:left="72" w:right="100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Яковлев. «Сыновья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Пешеходова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12.04.24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519F2">
            <w:pPr>
              <w:autoSpaceDE w:val="0"/>
              <w:autoSpaceDN w:val="0"/>
              <w:spacing w:before="98" w:after="0" w:line="262" w:lineRule="auto"/>
              <w:ind w:left="70"/>
            </w:pP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– Электронная версия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газеты«Литература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Сайт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учителей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«Я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иду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литературы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</w:tr>
      <w:tr w:rsidR="00CB6AEB" w:rsidRPr="00910455" w:rsidTr="00C519F2">
        <w:trPr>
          <w:trHeight w:hRule="exact" w:val="142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 w:rsidP="00C540D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И.Чуковский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«Серебряный герб» (фрагмент).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19.04.24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19F2" w:rsidRDefault="00C519F2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rulex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 Русский биографический словарь</w:t>
            </w:r>
          </w:p>
        </w:tc>
      </w:tr>
      <w:tr w:rsidR="00CB6AEB" w:rsidRPr="00910455" w:rsidTr="00C519F2">
        <w:trPr>
          <w:trHeight w:hRule="exact" w:val="127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 w:rsidP="00C540D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А.Гиваргизов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«Контрольный диктант».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16.04.24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19F2" w:rsidRDefault="00C519F2">
            <w:pPr>
              <w:autoSpaceDE w:val="0"/>
              <w:autoSpaceDN w:val="0"/>
              <w:spacing w:before="98" w:after="0" w:line="262" w:lineRule="auto"/>
              <w:ind w:left="70"/>
              <w:rPr>
                <w:lang w:val="ru-RU"/>
              </w:rPr>
            </w:pP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www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rulex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 Русский биографический словарь</w:t>
            </w:r>
          </w:p>
        </w:tc>
      </w:tr>
      <w:tr w:rsidR="00CB6AEB" w:rsidTr="00C519F2">
        <w:trPr>
          <w:trHeight w:hRule="exact" w:val="269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40D2" w:rsidRDefault="00A910A7" w:rsidP="00C540D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язык, родная речь. Стихотворения </w:t>
            </w:r>
          </w:p>
          <w:p w:rsidR="00CB6AEB" w:rsidRPr="00A910A7" w:rsidRDefault="00A910A7" w:rsidP="00C540D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  А.  Бунин</w:t>
            </w:r>
            <w:r w:rsidRPr="00A910A7">
              <w:rPr>
                <w:lang w:val="ru-RU"/>
              </w:rPr>
              <w:br/>
            </w: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«Слово», В. Г. </w:t>
            </w:r>
            <w:proofErr w:type="spell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Гордейчев</w:t>
            </w:r>
            <w:proofErr w:type="gramStart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</w:t>
            </w:r>
            <w:proofErr w:type="gram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одная</w:t>
            </w:r>
            <w:proofErr w:type="spellEnd"/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речь» и др.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03.05.24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519F2">
            <w:pPr>
              <w:autoSpaceDE w:val="0"/>
              <w:autoSpaceDN w:val="0"/>
              <w:spacing w:before="98" w:after="0" w:line="230" w:lineRule="auto"/>
              <w:ind w:left="70"/>
            </w:pP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http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lit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.1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september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/ – Электронная версия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газеты«Литература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Сайт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учителей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«Я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иду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</w:tr>
      <w:tr w:rsidR="00CB6AEB" w:rsidRPr="00910455" w:rsidTr="00C519F2">
        <w:trPr>
          <w:trHeight w:hRule="exact" w:val="169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Урок - практикум по развитию устной и письменной речи.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19F2" w:rsidRDefault="00C519F2">
            <w:pPr>
              <w:autoSpaceDE w:val="0"/>
              <w:autoSpaceDN w:val="0"/>
              <w:spacing w:before="98" w:after="0" w:line="262" w:lineRule="auto"/>
              <w:ind w:left="70" w:right="288"/>
              <w:rPr>
                <w:lang w:val="ru-RU"/>
              </w:rPr>
            </w:pP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https</w:t>
            </w:r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://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resh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edu</w:t>
            </w:r>
            <w:proofErr w:type="spellEnd"/>
            <w:r w:rsidRPr="00C519F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C519F2">
              <w:rPr>
                <w:rFonts w:ascii="Times New Roman" w:eastAsia="Times New Roman" w:hAnsi="Times New Roman"/>
                <w:color w:val="000000"/>
                <w:sz w:val="24"/>
              </w:rPr>
              <w:t>ru</w:t>
            </w:r>
            <w:proofErr w:type="spellEnd"/>
          </w:p>
        </w:tc>
      </w:tr>
      <w:tr w:rsidR="00CB6AEB">
        <w:trPr>
          <w:trHeight w:hRule="exact" w:val="82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0E5CEB">
            <w:pPr>
              <w:rPr>
                <w:lang w:val="ru-RU"/>
              </w:rPr>
            </w:pPr>
            <w:r>
              <w:rPr>
                <w:lang w:val="ru-RU"/>
              </w:rPr>
              <w:t>24.05.24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>
            <w:pPr>
              <w:autoSpaceDE w:val="0"/>
              <w:autoSpaceDN w:val="0"/>
              <w:spacing w:before="98" w:after="0" w:line="262" w:lineRule="auto"/>
              <w:ind w:left="70" w:right="432"/>
            </w:pPr>
          </w:p>
        </w:tc>
      </w:tr>
      <w:tr w:rsidR="00CB6AEB">
        <w:trPr>
          <w:trHeight w:hRule="exact" w:val="800"/>
        </w:trPr>
        <w:tc>
          <w:tcPr>
            <w:tcW w:w="3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A910A7" w:rsidRDefault="00A910A7">
            <w:pPr>
              <w:autoSpaceDE w:val="0"/>
              <w:autoSpaceDN w:val="0"/>
              <w:spacing w:before="98" w:after="0" w:line="262" w:lineRule="auto"/>
              <w:ind w:left="70" w:right="144"/>
              <w:rPr>
                <w:lang w:val="ru-RU"/>
              </w:rPr>
            </w:pPr>
            <w:r w:rsidRPr="00A910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0E5CEB" w:rsidRDefault="00A910A7" w:rsidP="000E5CE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 w:rsidR="000E5CE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Pr="00C519F2" w:rsidRDefault="00C519F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A910A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B6AEB" w:rsidRDefault="00CB6AEB"/>
        </w:tc>
      </w:tr>
    </w:tbl>
    <w:p w:rsidR="00CB6AEB" w:rsidRDefault="00CB6AEB">
      <w:pPr>
        <w:autoSpaceDE w:val="0"/>
        <w:autoSpaceDN w:val="0"/>
        <w:spacing w:after="0" w:line="14" w:lineRule="exact"/>
      </w:pPr>
    </w:p>
    <w:p w:rsidR="00CB6AEB" w:rsidRDefault="00CB6AEB">
      <w:pPr>
        <w:sectPr w:rsidR="00CB6AEB">
          <w:pgSz w:w="11900" w:h="16840"/>
          <w:pgMar w:top="284" w:right="556" w:bottom="144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CB6AEB" w:rsidRDefault="00CB6AEB">
      <w:pPr>
        <w:autoSpaceDE w:val="0"/>
        <w:autoSpaceDN w:val="0"/>
        <w:spacing w:after="78" w:line="220" w:lineRule="exact"/>
      </w:pPr>
    </w:p>
    <w:p w:rsidR="00CB6AEB" w:rsidRDefault="00A910A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CB6AEB" w:rsidRDefault="00A910A7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CB6AEB" w:rsidRPr="00A910A7" w:rsidRDefault="00A910A7">
      <w:pPr>
        <w:autoSpaceDE w:val="0"/>
        <w:autoSpaceDN w:val="0"/>
        <w:spacing w:before="166" w:after="0" w:line="262" w:lineRule="auto"/>
        <w:ind w:right="1440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Родная русская литература. 5 класс» О.М. Александровой и др. (М.: Просвещение, 2021</w:t>
      </w:r>
      <w:r w:rsidR="00C540D2">
        <w:rPr>
          <w:rFonts w:ascii="Times New Roman" w:eastAsia="Times New Roman" w:hAnsi="Times New Roman"/>
          <w:color w:val="000000"/>
          <w:sz w:val="24"/>
          <w:lang w:val="ru-RU"/>
        </w:rPr>
        <w:t>, 2023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</w:p>
    <w:p w:rsidR="00CB6AEB" w:rsidRPr="00A910A7" w:rsidRDefault="00A910A7">
      <w:pPr>
        <w:autoSpaceDE w:val="0"/>
        <w:autoSpaceDN w:val="0"/>
        <w:spacing w:before="262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CB6AEB" w:rsidRPr="00A910A7" w:rsidRDefault="00A910A7">
      <w:pPr>
        <w:autoSpaceDE w:val="0"/>
        <w:autoSpaceDN w:val="0"/>
        <w:spacing w:before="166" w:after="0" w:line="262" w:lineRule="auto"/>
        <w:ind w:right="1872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Александрова О.М. и др. Родная русская литература . 5 класс. Учебное пособие для общеобразовательных организаций. М.,Просвещение,2021</w:t>
      </w:r>
    </w:p>
    <w:p w:rsidR="00CB6AEB" w:rsidRPr="00A910A7" w:rsidRDefault="00A910A7">
      <w:pPr>
        <w:autoSpaceDE w:val="0"/>
        <w:autoSpaceDN w:val="0"/>
        <w:spacing w:before="264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CB6AEB" w:rsidRPr="00A910A7" w:rsidRDefault="00A910A7">
      <w:pPr>
        <w:autoSpaceDE w:val="0"/>
        <w:autoSpaceDN w:val="0"/>
        <w:spacing w:before="168" w:after="0" w:line="262" w:lineRule="auto"/>
        <w:ind w:right="28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цифровых образовательных ресурсов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Российская электронная школа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/14/5/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modules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php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?</w:t>
      </w:r>
    </w:p>
    <w:p w:rsidR="00CB6AEB" w:rsidRPr="00A910A7" w:rsidRDefault="00A910A7">
      <w:pPr>
        <w:autoSpaceDE w:val="0"/>
        <w:autoSpaceDN w:val="0"/>
        <w:spacing w:before="70" w:after="0"/>
        <w:ind w:right="1008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Каталог образовательных ресурсов по литературе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litera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– Коллекция: русская и зарубежная литература для школы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lit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910A7">
        <w:rPr>
          <w:lang w:val="ru-RU"/>
        </w:rPr>
        <w:br/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– Электронная версия газеты «Литература». Сайт для учителей «Я иду на урок литературы»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olympiads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mccme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turlom</w:t>
      </w:r>
      <w:proofErr w:type="spellEnd"/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</w:p>
    <w:p w:rsidR="00CB6AEB" w:rsidRPr="00A910A7" w:rsidRDefault="00CB6AEB">
      <w:pPr>
        <w:rPr>
          <w:lang w:val="ru-RU"/>
        </w:rPr>
        <w:sectPr w:rsidR="00CB6AEB" w:rsidRPr="00A910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B6AEB" w:rsidRPr="00A910A7" w:rsidRDefault="00CB6AEB">
      <w:pPr>
        <w:autoSpaceDE w:val="0"/>
        <w:autoSpaceDN w:val="0"/>
        <w:spacing w:after="78" w:line="220" w:lineRule="exact"/>
        <w:rPr>
          <w:lang w:val="ru-RU"/>
        </w:rPr>
      </w:pPr>
    </w:p>
    <w:p w:rsidR="00CB6AEB" w:rsidRPr="00A910A7" w:rsidRDefault="00A910A7">
      <w:pPr>
        <w:autoSpaceDE w:val="0"/>
        <w:autoSpaceDN w:val="0"/>
        <w:spacing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CB6AEB" w:rsidRPr="00A910A7" w:rsidRDefault="00A910A7">
      <w:pPr>
        <w:autoSpaceDE w:val="0"/>
        <w:autoSpaceDN w:val="0"/>
        <w:spacing w:before="346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CB6AEB" w:rsidRPr="00A910A7" w:rsidRDefault="00A910A7">
      <w:pPr>
        <w:autoSpaceDE w:val="0"/>
        <w:autoSpaceDN w:val="0"/>
        <w:spacing w:before="166" w:after="0" w:line="230" w:lineRule="auto"/>
        <w:rPr>
          <w:lang w:val="ru-RU"/>
        </w:rPr>
      </w:pPr>
      <w:r w:rsidRPr="00A910A7">
        <w:rPr>
          <w:rFonts w:ascii="Times New Roman" w:eastAsia="Times New Roman" w:hAnsi="Times New Roman"/>
          <w:color w:val="000000"/>
          <w:sz w:val="24"/>
          <w:lang w:val="ru-RU"/>
        </w:rPr>
        <w:t>Исторические справочники, рабочие листы, презентации.</w:t>
      </w:r>
    </w:p>
    <w:p w:rsidR="00CB6AEB" w:rsidRPr="00A910A7" w:rsidRDefault="00A910A7">
      <w:pPr>
        <w:autoSpaceDE w:val="0"/>
        <w:autoSpaceDN w:val="0"/>
        <w:spacing w:before="262" w:after="0" w:line="262" w:lineRule="auto"/>
        <w:ind w:right="720"/>
        <w:rPr>
          <w:lang w:val="ru-RU"/>
        </w:rPr>
      </w:pPr>
      <w:r w:rsidRPr="00A910A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CB6AEB" w:rsidRPr="00A910A7" w:rsidRDefault="00A910A7" w:rsidP="00A910A7">
      <w:pPr>
        <w:autoSpaceDE w:val="0"/>
        <w:autoSpaceDN w:val="0"/>
        <w:spacing w:before="166" w:after="0" w:line="271" w:lineRule="auto"/>
        <w:ind w:right="9360"/>
        <w:rPr>
          <w:lang w:val="ru-RU"/>
        </w:rPr>
        <w:sectPr w:rsidR="00CB6AEB" w:rsidRPr="00A910A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ноутбук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</w:rPr>
        <w:t>;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телевизор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;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проектор</w:t>
      </w:r>
      <w:proofErr w:type="spellEnd"/>
    </w:p>
    <w:p w:rsidR="0097425A" w:rsidRPr="00A910A7" w:rsidRDefault="0097425A" w:rsidP="00A910A7">
      <w:pPr>
        <w:rPr>
          <w:lang w:val="ru-RU"/>
        </w:rPr>
      </w:pPr>
    </w:p>
    <w:sectPr w:rsidR="0097425A" w:rsidRPr="00A910A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E59" w:rsidRDefault="000D7E59" w:rsidP="00A910A7">
      <w:pPr>
        <w:spacing w:after="0" w:line="240" w:lineRule="auto"/>
      </w:pPr>
      <w:r>
        <w:separator/>
      </w:r>
    </w:p>
  </w:endnote>
  <w:endnote w:type="continuationSeparator" w:id="0">
    <w:p w:rsidR="000D7E59" w:rsidRDefault="000D7E59" w:rsidP="00A91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E59" w:rsidRPr="00A910A7" w:rsidRDefault="000D7E59" w:rsidP="00A910A7">
    <w:pPr>
      <w:autoSpaceDE w:val="0"/>
      <w:autoSpaceDN w:val="0"/>
      <w:spacing w:after="258" w:line="220" w:lineRule="exact"/>
      <w:rPr>
        <w:lang w:val="ru-RU"/>
      </w:rPr>
    </w:pPr>
  </w:p>
  <w:p w:rsidR="000D7E59" w:rsidRDefault="000D7E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E59" w:rsidRDefault="000D7E59" w:rsidP="00A910A7">
      <w:pPr>
        <w:spacing w:after="0" w:line="240" w:lineRule="auto"/>
      </w:pPr>
      <w:r>
        <w:separator/>
      </w:r>
    </w:p>
  </w:footnote>
  <w:footnote w:type="continuationSeparator" w:id="0">
    <w:p w:rsidR="000D7E59" w:rsidRDefault="000D7E59" w:rsidP="00A91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D7E59"/>
    <w:rsid w:val="000E5CEB"/>
    <w:rsid w:val="0015074B"/>
    <w:rsid w:val="0029639D"/>
    <w:rsid w:val="00326F90"/>
    <w:rsid w:val="005E4BFD"/>
    <w:rsid w:val="00740F81"/>
    <w:rsid w:val="008F1439"/>
    <w:rsid w:val="00910455"/>
    <w:rsid w:val="0097425A"/>
    <w:rsid w:val="00A910A7"/>
    <w:rsid w:val="00AA1D8D"/>
    <w:rsid w:val="00B47730"/>
    <w:rsid w:val="00C519F2"/>
    <w:rsid w:val="00C540D2"/>
    <w:rsid w:val="00CB0664"/>
    <w:rsid w:val="00CB6A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F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F1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F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F1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D34D9-D557-450F-BFE6-540CEFE9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5278</Words>
  <Characters>30090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W7</cp:lastModifiedBy>
  <cp:revision>2</cp:revision>
  <cp:lastPrinted>2022-09-26T02:49:00Z</cp:lastPrinted>
  <dcterms:created xsi:type="dcterms:W3CDTF">2023-11-12T18:24:00Z</dcterms:created>
  <dcterms:modified xsi:type="dcterms:W3CDTF">2023-11-12T18:24:00Z</dcterms:modified>
</cp:coreProperties>
</file>