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38C7" w:rsidRDefault="006438C7">
      <w:pPr>
        <w:autoSpaceDE w:val="0"/>
        <w:autoSpaceDN w:val="0"/>
        <w:spacing w:after="78" w:line="220" w:lineRule="exact"/>
      </w:pPr>
    </w:p>
    <w:p w:rsidR="00E7730B" w:rsidRPr="00E7730B" w:rsidRDefault="00EA74B6">
      <w:pPr>
        <w:rPr>
          <w:lang w:val="ru-RU"/>
        </w:rPr>
        <w:sectPr w:rsidR="00E7730B" w:rsidRPr="00E7730B">
          <w:pgSz w:w="11900" w:h="16840"/>
          <w:pgMar w:top="1440" w:right="1440" w:bottom="1440" w:left="1440" w:header="720" w:footer="720" w:gutter="0"/>
          <w:cols w:space="720" w:equalWidth="0">
            <w:col w:w="10286" w:space="0"/>
          </w:cols>
          <w:docGrid w:linePitch="360"/>
        </w:sectPr>
      </w:pPr>
      <w:bookmarkStart w:id="0" w:name="_GoBack"/>
      <w:r>
        <w:rPr>
          <w:noProof/>
          <w:lang w:val="ru-RU" w:eastAsia="ru-RU"/>
        </w:rPr>
        <w:drawing>
          <wp:anchor distT="0" distB="0" distL="0" distR="0" simplePos="0" relativeHeight="251659264" behindDoc="1" locked="0" layoutInCell="1" allowOverlap="1" wp14:anchorId="250B5634" wp14:editId="3EF6CF2C">
            <wp:simplePos x="0" y="0"/>
            <wp:positionH relativeFrom="page">
              <wp:posOffset>200660</wp:posOffset>
            </wp:positionH>
            <wp:positionV relativeFrom="page">
              <wp:posOffset>152400</wp:posOffset>
            </wp:positionV>
            <wp:extent cx="7520366" cy="10706100"/>
            <wp:effectExtent l="0" t="0" r="0" b="0"/>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stretch>
                      <a:fillRect/>
                    </a:stretch>
                  </pic:blipFill>
                  <pic:spPr>
                    <a:xfrm>
                      <a:off x="0" y="0"/>
                      <a:ext cx="7520366" cy="10706100"/>
                    </a:xfrm>
                    <a:prstGeom prst="rect">
                      <a:avLst/>
                    </a:prstGeom>
                  </pic:spPr>
                </pic:pic>
              </a:graphicData>
            </a:graphic>
          </wp:anchor>
        </w:drawing>
      </w:r>
      <w:bookmarkEnd w:id="0"/>
    </w:p>
    <w:p w:rsidR="006438C7" w:rsidRPr="00E7730B" w:rsidRDefault="006438C7">
      <w:pPr>
        <w:autoSpaceDE w:val="0"/>
        <w:autoSpaceDN w:val="0"/>
        <w:spacing w:after="216" w:line="220" w:lineRule="exact"/>
        <w:rPr>
          <w:lang w:val="ru-RU"/>
        </w:rPr>
      </w:pPr>
    </w:p>
    <w:p w:rsidR="006438C7" w:rsidRPr="00EA74B6" w:rsidRDefault="009D5101">
      <w:pPr>
        <w:autoSpaceDE w:val="0"/>
        <w:autoSpaceDN w:val="0"/>
        <w:spacing w:after="0" w:line="230" w:lineRule="auto"/>
        <w:rPr>
          <w:lang w:val="ru-RU"/>
        </w:rPr>
      </w:pPr>
      <w:r w:rsidRPr="00EA74B6">
        <w:rPr>
          <w:rFonts w:ascii="Times New Roman" w:eastAsia="Times New Roman" w:hAnsi="Times New Roman"/>
          <w:b/>
          <w:color w:val="000000"/>
          <w:sz w:val="24"/>
          <w:lang w:val="ru-RU"/>
        </w:rPr>
        <w:t>ПОЯСНИТЕЛЬНАЯ ЗАПИСКА</w:t>
      </w:r>
    </w:p>
    <w:p w:rsidR="006438C7" w:rsidRPr="009D5101" w:rsidRDefault="009D5101">
      <w:pPr>
        <w:autoSpaceDE w:val="0"/>
        <w:autoSpaceDN w:val="0"/>
        <w:spacing w:before="346" w:after="0" w:line="286" w:lineRule="auto"/>
        <w:ind w:right="144" w:firstLine="180"/>
        <w:rPr>
          <w:lang w:val="ru-RU"/>
        </w:rPr>
      </w:pPr>
      <w:r w:rsidRPr="009D5101">
        <w:rPr>
          <w:rFonts w:ascii="Times New Roman" w:eastAsia="Times New Roman" w:hAnsi="Times New Roman"/>
          <w:color w:val="000000"/>
          <w:sz w:val="24"/>
          <w:lang w:val="ru-RU"/>
        </w:rPr>
        <w:t xml:space="preserve">Рабочая программа по родному языку (русскому) для обучающихся 5 классов на уровне основного общего образования подготовлена на основе Федерального государственного образовательного стандарта основного общего образования (Приказ </w:t>
      </w:r>
      <w:proofErr w:type="spellStart"/>
      <w:r w:rsidRPr="009D5101">
        <w:rPr>
          <w:rFonts w:ascii="Times New Roman" w:eastAsia="Times New Roman" w:hAnsi="Times New Roman"/>
          <w:color w:val="000000"/>
          <w:sz w:val="24"/>
          <w:lang w:val="ru-RU"/>
        </w:rPr>
        <w:t>Минпросвещения</w:t>
      </w:r>
      <w:proofErr w:type="spellEnd"/>
      <w:r w:rsidRPr="009D5101">
        <w:rPr>
          <w:rFonts w:ascii="Times New Roman" w:eastAsia="Times New Roman" w:hAnsi="Times New Roman"/>
          <w:color w:val="000000"/>
          <w:sz w:val="24"/>
          <w:lang w:val="ru-RU"/>
        </w:rPr>
        <w:t xml:space="preserve"> России от 31.05.2021 г. № 287, зарегистрирован Министерством юстиции Российской Федерации 05.07.2021 г., № 64101) (далее —ФГОС ООО),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а также Примерной программы воспитания с учётом распределённых по классам проверяемых требований к результатам освоения Основной образовательной программы основного общего образования.</w:t>
      </w:r>
    </w:p>
    <w:p w:rsidR="006438C7" w:rsidRPr="009D5101" w:rsidRDefault="009D5101">
      <w:pPr>
        <w:autoSpaceDE w:val="0"/>
        <w:autoSpaceDN w:val="0"/>
        <w:spacing w:before="264" w:after="0" w:line="230" w:lineRule="auto"/>
        <w:rPr>
          <w:lang w:val="ru-RU"/>
        </w:rPr>
      </w:pPr>
      <w:r w:rsidRPr="009D5101">
        <w:rPr>
          <w:rFonts w:ascii="Times New Roman" w:eastAsia="Times New Roman" w:hAnsi="Times New Roman"/>
          <w:b/>
          <w:color w:val="000000"/>
          <w:sz w:val="24"/>
          <w:lang w:val="ru-RU"/>
        </w:rPr>
        <w:t>ОБЩАЯ ХАРАКТЕРИСТИКА УЧЕБНОГО ПРЕДМЕТА «РОДНОЙ ЯЗЫК (РУССКИЙ)»</w:t>
      </w:r>
    </w:p>
    <w:p w:rsidR="006438C7" w:rsidRPr="009D5101" w:rsidRDefault="009D5101">
      <w:pPr>
        <w:autoSpaceDE w:val="0"/>
        <w:autoSpaceDN w:val="0"/>
        <w:spacing w:before="166" w:after="0" w:line="286" w:lineRule="auto"/>
        <w:ind w:firstLine="180"/>
        <w:rPr>
          <w:lang w:val="ru-RU"/>
        </w:rPr>
      </w:pPr>
      <w:r w:rsidRPr="009D5101">
        <w:rPr>
          <w:rFonts w:ascii="Times New Roman" w:eastAsia="Times New Roman" w:hAnsi="Times New Roman"/>
          <w:color w:val="000000"/>
          <w:sz w:val="24"/>
          <w:lang w:val="ru-RU"/>
        </w:rPr>
        <w:t xml:space="preserve">Содержание программы обеспечивает достижение результатов освоения основной образовательной программы основного общего образования в части требований, заданных Федеральным </w:t>
      </w:r>
      <w:r w:rsidRPr="009D5101">
        <w:rPr>
          <w:lang w:val="ru-RU"/>
        </w:rPr>
        <w:br/>
      </w:r>
      <w:r w:rsidRPr="009D5101">
        <w:rPr>
          <w:rFonts w:ascii="Times New Roman" w:eastAsia="Times New Roman" w:hAnsi="Times New Roman"/>
          <w:color w:val="000000"/>
          <w:sz w:val="24"/>
          <w:lang w:val="ru-RU"/>
        </w:rPr>
        <w:t xml:space="preserve">государственным образовательным стандартом основного общего образования к предметной </w:t>
      </w:r>
      <w:proofErr w:type="spellStart"/>
      <w:r w:rsidRPr="009D5101">
        <w:rPr>
          <w:rFonts w:ascii="Times New Roman" w:eastAsia="Times New Roman" w:hAnsi="Times New Roman"/>
          <w:color w:val="000000"/>
          <w:sz w:val="24"/>
          <w:lang w:val="ru-RU"/>
        </w:rPr>
        <w:t>области«Родной</w:t>
      </w:r>
      <w:proofErr w:type="spellEnd"/>
      <w:r w:rsidRPr="009D5101">
        <w:rPr>
          <w:rFonts w:ascii="Times New Roman" w:eastAsia="Times New Roman" w:hAnsi="Times New Roman"/>
          <w:color w:val="000000"/>
          <w:sz w:val="24"/>
          <w:lang w:val="ru-RU"/>
        </w:rPr>
        <w:t xml:space="preserve"> язык и родная литература». Программа ориентирована на сопровождение и поддержку курса русского языка, входящего в предметную область «Русский язык и литература». Цели курса русского языка в рамках образовательной области «Родной язык и родная литература» имеют специфику, обусловленную дополнительным по своему содержанию характером курса, а также особенностями функционирования русского языка в разных регионах Российской Федерации.</w:t>
      </w:r>
    </w:p>
    <w:p w:rsidR="006438C7" w:rsidRPr="009D5101" w:rsidRDefault="009D5101">
      <w:pPr>
        <w:autoSpaceDE w:val="0"/>
        <w:autoSpaceDN w:val="0"/>
        <w:spacing w:before="70" w:after="0" w:line="281" w:lineRule="auto"/>
        <w:ind w:firstLine="180"/>
        <w:rPr>
          <w:lang w:val="ru-RU"/>
        </w:rPr>
      </w:pPr>
      <w:r w:rsidRPr="009D5101">
        <w:rPr>
          <w:rFonts w:ascii="Times New Roman" w:eastAsia="Times New Roman" w:hAnsi="Times New Roman"/>
          <w:color w:val="000000"/>
          <w:sz w:val="24"/>
          <w:lang w:val="ru-RU"/>
        </w:rPr>
        <w:t>Курс «Родной язык (русский)» направлен на удовлетворение потребности обучающихся в изучении родного языка как инструмента познания национальной культуры и самореализации в ней. Учебный предмет «Родной язык (русский)» не ущемляет права обучающихся, изучающих иные родные языки (не русский). Поэтому учебное время, отведённое на изучение данной дисциплины, не может рассматриваться как время для углублённого изучения основного курса «Русский язык».</w:t>
      </w:r>
    </w:p>
    <w:p w:rsidR="006438C7" w:rsidRPr="009D5101" w:rsidRDefault="009D5101">
      <w:pPr>
        <w:autoSpaceDE w:val="0"/>
        <w:autoSpaceDN w:val="0"/>
        <w:spacing w:before="70" w:after="0" w:line="281" w:lineRule="auto"/>
        <w:ind w:firstLine="180"/>
        <w:rPr>
          <w:lang w:val="ru-RU"/>
        </w:rPr>
      </w:pPr>
      <w:r w:rsidRPr="009D5101">
        <w:rPr>
          <w:rFonts w:ascii="Times New Roman" w:eastAsia="Times New Roman" w:hAnsi="Times New Roman"/>
          <w:color w:val="000000"/>
          <w:sz w:val="24"/>
          <w:lang w:val="ru-RU"/>
        </w:rPr>
        <w:t xml:space="preserve">В содержании курса «Родной язык (русский)»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учебного предмета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 </w:t>
      </w:r>
    </w:p>
    <w:p w:rsidR="006438C7" w:rsidRPr="009D5101" w:rsidRDefault="009D5101">
      <w:pPr>
        <w:autoSpaceDE w:val="0"/>
        <w:autoSpaceDN w:val="0"/>
        <w:spacing w:before="264" w:after="0" w:line="230" w:lineRule="auto"/>
        <w:rPr>
          <w:lang w:val="ru-RU"/>
        </w:rPr>
      </w:pPr>
      <w:r w:rsidRPr="009D5101">
        <w:rPr>
          <w:rFonts w:ascii="Times New Roman" w:eastAsia="Times New Roman" w:hAnsi="Times New Roman"/>
          <w:b/>
          <w:color w:val="000000"/>
          <w:sz w:val="24"/>
          <w:lang w:val="ru-RU"/>
        </w:rPr>
        <w:t>ЦЕЛИ ИЗУЧЕНИЯ УЧЕБНОГО ПРЕДМЕТА «РОДНОЙ ЯЗЫК (РУССКИЙ)»</w:t>
      </w:r>
    </w:p>
    <w:p w:rsidR="006438C7" w:rsidRPr="009D5101" w:rsidRDefault="009D5101">
      <w:pPr>
        <w:tabs>
          <w:tab w:val="left" w:pos="180"/>
        </w:tabs>
        <w:autoSpaceDE w:val="0"/>
        <w:autoSpaceDN w:val="0"/>
        <w:spacing w:before="166" w:after="0" w:line="262" w:lineRule="auto"/>
        <w:ind w:right="1008"/>
        <w:rPr>
          <w:lang w:val="ru-RU"/>
        </w:rPr>
      </w:pPr>
      <w:r w:rsidRPr="009D5101">
        <w:rPr>
          <w:lang w:val="ru-RU"/>
        </w:rPr>
        <w:tab/>
      </w:r>
      <w:r w:rsidRPr="009D5101">
        <w:rPr>
          <w:rFonts w:ascii="Times New Roman" w:eastAsia="Times New Roman" w:hAnsi="Times New Roman"/>
          <w:color w:val="000000"/>
          <w:sz w:val="24"/>
          <w:lang w:val="ru-RU"/>
        </w:rPr>
        <w:t>Целями изучения родного языка (русского) по программам основного общего образования являются:</w:t>
      </w:r>
    </w:p>
    <w:p w:rsidR="006438C7" w:rsidRPr="009D5101" w:rsidRDefault="009D5101">
      <w:pPr>
        <w:autoSpaceDE w:val="0"/>
        <w:autoSpaceDN w:val="0"/>
        <w:spacing w:before="178" w:after="0" w:line="286" w:lineRule="auto"/>
        <w:ind w:left="420"/>
        <w:rPr>
          <w:lang w:val="ru-RU"/>
        </w:rPr>
      </w:pPr>
      <w:r w:rsidRPr="009D5101">
        <w:rPr>
          <w:rFonts w:ascii="Times New Roman" w:eastAsia="Times New Roman" w:hAnsi="Times New Roman"/>
          <w:color w:val="000000"/>
          <w:sz w:val="24"/>
          <w:lang w:val="ru-RU"/>
        </w:rPr>
        <w:t>—  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формирование волонтёрской позиции в отношении популяризации родного языка; воспитание уважительного отношения к культурам и языкам народов России; овладение культурой межнационального общения;</w:t>
      </w:r>
    </w:p>
    <w:p w:rsidR="006438C7" w:rsidRPr="009D5101" w:rsidRDefault="009D5101">
      <w:pPr>
        <w:autoSpaceDE w:val="0"/>
        <w:autoSpaceDN w:val="0"/>
        <w:spacing w:before="190" w:after="0" w:line="230" w:lineRule="auto"/>
        <w:ind w:left="420"/>
        <w:rPr>
          <w:lang w:val="ru-RU"/>
        </w:rPr>
      </w:pPr>
      <w:r w:rsidRPr="009D5101">
        <w:rPr>
          <w:rFonts w:ascii="Times New Roman" w:eastAsia="Times New Roman" w:hAnsi="Times New Roman"/>
          <w:color w:val="000000"/>
          <w:sz w:val="24"/>
          <w:lang w:val="ru-RU"/>
        </w:rPr>
        <w:t>—  расширение  знаний  о  национальной  специфике  русского языка и языковых единицах,</w:t>
      </w:r>
    </w:p>
    <w:p w:rsidR="006438C7" w:rsidRPr="009D5101" w:rsidRDefault="006438C7">
      <w:pPr>
        <w:rPr>
          <w:lang w:val="ru-RU"/>
        </w:rPr>
        <w:sectPr w:rsidR="006438C7" w:rsidRPr="009D5101">
          <w:pgSz w:w="11900" w:h="16840"/>
          <w:pgMar w:top="436" w:right="650" w:bottom="420" w:left="666" w:header="720" w:footer="720" w:gutter="0"/>
          <w:cols w:space="720" w:equalWidth="0">
            <w:col w:w="10584" w:space="0"/>
          </w:cols>
          <w:docGrid w:linePitch="360"/>
        </w:sectPr>
      </w:pPr>
    </w:p>
    <w:p w:rsidR="006438C7" w:rsidRPr="009D5101" w:rsidRDefault="006438C7">
      <w:pPr>
        <w:autoSpaceDE w:val="0"/>
        <w:autoSpaceDN w:val="0"/>
        <w:spacing w:after="66" w:line="220" w:lineRule="exact"/>
        <w:rPr>
          <w:lang w:val="ru-RU"/>
        </w:rPr>
      </w:pPr>
    </w:p>
    <w:p w:rsidR="006438C7" w:rsidRPr="009D5101" w:rsidRDefault="009D5101">
      <w:pPr>
        <w:autoSpaceDE w:val="0"/>
        <w:autoSpaceDN w:val="0"/>
        <w:spacing w:after="0" w:line="281" w:lineRule="auto"/>
        <w:ind w:left="420"/>
        <w:rPr>
          <w:lang w:val="ru-RU"/>
        </w:rPr>
      </w:pPr>
      <w:r w:rsidRPr="009D5101">
        <w:rPr>
          <w:rFonts w:ascii="Times New Roman" w:eastAsia="Times New Roman" w:hAnsi="Times New Roman"/>
          <w:color w:val="000000"/>
          <w:sz w:val="24"/>
          <w:lang w:val="ru-RU"/>
        </w:rPr>
        <w:t>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6438C7" w:rsidRPr="009D5101" w:rsidRDefault="009D5101">
      <w:pPr>
        <w:autoSpaceDE w:val="0"/>
        <w:autoSpaceDN w:val="0"/>
        <w:spacing w:before="190" w:after="0" w:line="281" w:lineRule="auto"/>
        <w:ind w:left="420" w:right="144"/>
        <w:rPr>
          <w:lang w:val="ru-RU"/>
        </w:rPr>
      </w:pPr>
      <w:r w:rsidRPr="009D5101">
        <w:rPr>
          <w:rFonts w:ascii="Times New Roman" w:eastAsia="Times New Roman" w:hAnsi="Times New Roman"/>
          <w:color w:val="000000"/>
          <w:sz w:val="24"/>
          <w:lang w:val="ru-RU"/>
        </w:rPr>
        <w:t>—  совершенствование коммуникативных умений и культуры речи, 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учащихся; развитие готовности и способности к речевому взаимодействию и взаимопониманию, потребности к речевому самосовершенствованию;</w:t>
      </w:r>
    </w:p>
    <w:p w:rsidR="006438C7" w:rsidRPr="009D5101" w:rsidRDefault="009D5101">
      <w:pPr>
        <w:autoSpaceDE w:val="0"/>
        <w:autoSpaceDN w:val="0"/>
        <w:spacing w:before="192" w:after="0" w:line="271" w:lineRule="auto"/>
        <w:ind w:left="420" w:right="144"/>
        <w:rPr>
          <w:lang w:val="ru-RU"/>
        </w:rPr>
      </w:pPr>
      <w:r w:rsidRPr="009D5101">
        <w:rPr>
          <w:rFonts w:ascii="Times New Roman" w:eastAsia="Times New Roman" w:hAnsi="Times New Roman"/>
          <w:color w:val="000000"/>
          <w:sz w:val="24"/>
          <w:lang w:val="ru-RU"/>
        </w:rPr>
        <w:t>—  совершенствование познавательных и интеллектуальных умений опознавать,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6438C7" w:rsidRPr="009D5101" w:rsidRDefault="009D5101">
      <w:pPr>
        <w:autoSpaceDE w:val="0"/>
        <w:autoSpaceDN w:val="0"/>
        <w:spacing w:before="190" w:after="0"/>
        <w:ind w:left="420"/>
        <w:rPr>
          <w:lang w:val="ru-RU"/>
        </w:rPr>
      </w:pPr>
      <w:r w:rsidRPr="009D5101">
        <w:rPr>
          <w:rFonts w:ascii="Times New Roman" w:eastAsia="Times New Roman" w:hAnsi="Times New Roman"/>
          <w:color w:val="000000"/>
          <w:sz w:val="24"/>
          <w:lang w:val="ru-RU"/>
        </w:rPr>
        <w:t xml:space="preserve">—  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w:t>
      </w:r>
      <w:proofErr w:type="spellStart"/>
      <w:r w:rsidRPr="009D5101">
        <w:rPr>
          <w:rFonts w:ascii="Times New Roman" w:eastAsia="Times New Roman" w:hAnsi="Times New Roman"/>
          <w:color w:val="000000"/>
          <w:sz w:val="24"/>
          <w:lang w:val="ru-RU"/>
        </w:rPr>
        <w:t>несплошной</w:t>
      </w:r>
      <w:proofErr w:type="spellEnd"/>
      <w:r w:rsidRPr="009D5101">
        <w:rPr>
          <w:rFonts w:ascii="Times New Roman" w:eastAsia="Times New Roman" w:hAnsi="Times New Roman"/>
          <w:color w:val="000000"/>
          <w:sz w:val="24"/>
          <w:lang w:val="ru-RU"/>
        </w:rPr>
        <w:t xml:space="preserve"> текст, </w:t>
      </w:r>
      <w:proofErr w:type="spellStart"/>
      <w:r w:rsidRPr="009D5101">
        <w:rPr>
          <w:rFonts w:ascii="Times New Roman" w:eastAsia="Times New Roman" w:hAnsi="Times New Roman"/>
          <w:color w:val="000000"/>
          <w:sz w:val="24"/>
          <w:lang w:val="ru-RU"/>
        </w:rPr>
        <w:t>инфографика</w:t>
      </w:r>
      <w:proofErr w:type="spellEnd"/>
      <w:r w:rsidRPr="009D5101">
        <w:rPr>
          <w:rFonts w:ascii="Times New Roman" w:eastAsia="Times New Roman" w:hAnsi="Times New Roman"/>
          <w:color w:val="000000"/>
          <w:sz w:val="24"/>
          <w:lang w:val="ru-RU"/>
        </w:rPr>
        <w:t xml:space="preserve"> и др.);</w:t>
      </w:r>
    </w:p>
    <w:p w:rsidR="006438C7" w:rsidRPr="009D5101" w:rsidRDefault="009D5101">
      <w:pPr>
        <w:autoSpaceDE w:val="0"/>
        <w:autoSpaceDN w:val="0"/>
        <w:spacing w:before="190" w:after="0" w:line="271" w:lineRule="auto"/>
        <w:ind w:left="420" w:right="288"/>
        <w:rPr>
          <w:lang w:val="ru-RU"/>
        </w:rPr>
      </w:pPr>
      <w:r w:rsidRPr="009D5101">
        <w:rPr>
          <w:rFonts w:ascii="Times New Roman" w:eastAsia="Times New Roman" w:hAnsi="Times New Roman"/>
          <w:color w:val="000000"/>
          <w:sz w:val="24"/>
          <w:lang w:val="ru-RU"/>
        </w:rPr>
        <w:t>—  развитие проектного и исследовательского мышления, приобретение практического опыта исследовательской  работы по родному языку (русскому), воспитание самостоятельности в приобретении знаний.</w:t>
      </w:r>
    </w:p>
    <w:p w:rsidR="006438C7" w:rsidRPr="009D5101" w:rsidRDefault="009D5101">
      <w:pPr>
        <w:autoSpaceDE w:val="0"/>
        <w:autoSpaceDN w:val="0"/>
        <w:spacing w:before="322" w:after="0" w:line="262" w:lineRule="auto"/>
        <w:ind w:right="720"/>
        <w:rPr>
          <w:lang w:val="ru-RU"/>
        </w:rPr>
      </w:pPr>
      <w:r w:rsidRPr="009D5101">
        <w:rPr>
          <w:rFonts w:ascii="Times New Roman" w:eastAsia="Times New Roman" w:hAnsi="Times New Roman"/>
          <w:b/>
          <w:color w:val="000000"/>
          <w:sz w:val="24"/>
          <w:lang w:val="ru-RU"/>
        </w:rPr>
        <w:t>ОСНОВНЫЕ СОДЕРЖАТЕЛЬНЫЕ ЛИНИИ ПРОГРАММЫ УЧЕБНОГО  ПРЕДМЕТА«РУССКИЙ РОДНОЙ ЯЗЫК»</w:t>
      </w:r>
    </w:p>
    <w:p w:rsidR="006438C7" w:rsidRPr="009D5101" w:rsidRDefault="009D5101">
      <w:pPr>
        <w:autoSpaceDE w:val="0"/>
        <w:autoSpaceDN w:val="0"/>
        <w:spacing w:before="166" w:after="0" w:line="271" w:lineRule="auto"/>
        <w:ind w:right="720" w:firstLine="180"/>
        <w:rPr>
          <w:lang w:val="ru-RU"/>
        </w:rPr>
      </w:pPr>
      <w:r w:rsidRPr="009D5101">
        <w:rPr>
          <w:rFonts w:ascii="Times New Roman" w:eastAsia="Times New Roman" w:hAnsi="Times New Roman"/>
          <w:color w:val="000000"/>
          <w:sz w:val="24"/>
          <w:lang w:val="ru-RU"/>
        </w:rPr>
        <w:t xml:space="preserve">Как курс, имеющий частный характер, школьный курс родного русского языка опирается на содержание основного </w:t>
      </w:r>
      <w:proofErr w:type="spellStart"/>
      <w:r w:rsidRPr="009D5101">
        <w:rPr>
          <w:rFonts w:ascii="Times New Roman" w:eastAsia="Times New Roman" w:hAnsi="Times New Roman"/>
          <w:color w:val="000000"/>
          <w:sz w:val="24"/>
          <w:lang w:val="ru-RU"/>
        </w:rPr>
        <w:t>курса,представленного</w:t>
      </w:r>
      <w:proofErr w:type="spellEnd"/>
      <w:r w:rsidRPr="009D5101">
        <w:rPr>
          <w:rFonts w:ascii="Times New Roman" w:eastAsia="Times New Roman" w:hAnsi="Times New Roman"/>
          <w:color w:val="000000"/>
          <w:sz w:val="24"/>
          <w:lang w:val="ru-RU"/>
        </w:rPr>
        <w:t xml:space="preserve"> в образовательной области «Русский язык и литература», сопровождает и поддерживает его.</w:t>
      </w:r>
    </w:p>
    <w:p w:rsidR="006438C7" w:rsidRPr="009D5101" w:rsidRDefault="009D5101">
      <w:pPr>
        <w:autoSpaceDE w:val="0"/>
        <w:autoSpaceDN w:val="0"/>
        <w:spacing w:before="70" w:after="0"/>
        <w:ind w:firstLine="180"/>
        <w:rPr>
          <w:lang w:val="ru-RU"/>
        </w:rPr>
      </w:pPr>
      <w:r w:rsidRPr="009D5101">
        <w:rPr>
          <w:rFonts w:ascii="Times New Roman" w:eastAsia="Times New Roman" w:hAnsi="Times New Roman"/>
          <w:color w:val="000000"/>
          <w:sz w:val="24"/>
          <w:lang w:val="ru-RU"/>
        </w:rPr>
        <w:t>Основные содержательные линии настоящей программы (блоки программы) соотносятся с основными содержательными линиями основного курса русского языка на уровне основного общего образования, но не дублируют их в полном объёме и имеют преимущественно практико-</w:t>
      </w:r>
      <w:r w:rsidRPr="009D5101">
        <w:rPr>
          <w:lang w:val="ru-RU"/>
        </w:rPr>
        <w:br/>
      </w:r>
      <w:r w:rsidRPr="009D5101">
        <w:rPr>
          <w:rFonts w:ascii="Times New Roman" w:eastAsia="Times New Roman" w:hAnsi="Times New Roman"/>
          <w:color w:val="000000"/>
          <w:sz w:val="24"/>
          <w:lang w:val="ru-RU"/>
        </w:rPr>
        <w:t>ориентированный характер.</w:t>
      </w:r>
    </w:p>
    <w:p w:rsidR="006438C7" w:rsidRPr="009D5101" w:rsidRDefault="009D5101">
      <w:pPr>
        <w:autoSpaceDE w:val="0"/>
        <w:autoSpaceDN w:val="0"/>
        <w:spacing w:before="72" w:after="0" w:line="230" w:lineRule="auto"/>
        <w:ind w:left="180"/>
        <w:rPr>
          <w:lang w:val="ru-RU"/>
        </w:rPr>
      </w:pPr>
      <w:r w:rsidRPr="009D5101">
        <w:rPr>
          <w:rFonts w:ascii="Times New Roman" w:eastAsia="Times New Roman" w:hAnsi="Times New Roman"/>
          <w:color w:val="000000"/>
          <w:sz w:val="24"/>
          <w:lang w:val="ru-RU"/>
        </w:rPr>
        <w:t>В соответствии с этим в программе выделяются следующие блоки.</w:t>
      </w:r>
    </w:p>
    <w:p w:rsidR="006438C7" w:rsidRPr="009D5101" w:rsidRDefault="009D5101">
      <w:pPr>
        <w:autoSpaceDE w:val="0"/>
        <w:autoSpaceDN w:val="0"/>
        <w:spacing w:before="72" w:after="0" w:line="281" w:lineRule="auto"/>
        <w:ind w:firstLine="180"/>
        <w:rPr>
          <w:lang w:val="ru-RU"/>
        </w:rPr>
      </w:pPr>
      <w:r w:rsidRPr="009D5101">
        <w:rPr>
          <w:rFonts w:ascii="Times New Roman" w:eastAsia="Times New Roman" w:hAnsi="Times New Roman"/>
          <w:color w:val="000000"/>
          <w:sz w:val="24"/>
          <w:lang w:val="ru-RU"/>
        </w:rPr>
        <w:t>В первом блоке — «Язык и культура» — представлено содержание, изучение которого позволит раскрыть взаимосвязь языка и истории, языка и материальной и духовной культуры русского народа, национально-культурную специфику русского языка, обеспечит овладение нормами русского речевого этикета в различных сферах общения, выявление общего и специфического в языках и культурах русского и других народов России и мира, овладение культурой межнационального общения.</w:t>
      </w:r>
    </w:p>
    <w:p w:rsidR="006438C7" w:rsidRPr="009D5101" w:rsidRDefault="009D5101">
      <w:pPr>
        <w:tabs>
          <w:tab w:val="left" w:pos="180"/>
        </w:tabs>
        <w:autoSpaceDE w:val="0"/>
        <w:autoSpaceDN w:val="0"/>
        <w:spacing w:before="70" w:after="0" w:line="286" w:lineRule="auto"/>
        <w:rPr>
          <w:lang w:val="ru-RU"/>
        </w:rPr>
      </w:pPr>
      <w:r w:rsidRPr="009D5101">
        <w:rPr>
          <w:lang w:val="ru-RU"/>
        </w:rPr>
        <w:tab/>
      </w:r>
      <w:r w:rsidRPr="009D5101">
        <w:rPr>
          <w:rFonts w:ascii="Times New Roman" w:eastAsia="Times New Roman" w:hAnsi="Times New Roman"/>
          <w:color w:val="000000"/>
          <w:sz w:val="24"/>
          <w:lang w:val="ru-RU"/>
        </w:rPr>
        <w:t xml:space="preserve">Второй блок — «Культура речи» — ориентирован на формирование у учащихся ответственного и осознанного отношения к использованию русского языка во всех сферах жизни, повышение речевой культуры подрастающего поколения, практическое овладение культурой речи: навыками </w:t>
      </w:r>
      <w:r w:rsidRPr="009D5101">
        <w:rPr>
          <w:lang w:val="ru-RU"/>
        </w:rPr>
        <w:br/>
      </w:r>
      <w:r w:rsidRPr="009D5101">
        <w:rPr>
          <w:rFonts w:ascii="Times New Roman" w:eastAsia="Times New Roman" w:hAnsi="Times New Roman"/>
          <w:color w:val="000000"/>
          <w:sz w:val="24"/>
          <w:lang w:val="ru-RU"/>
        </w:rPr>
        <w:t xml:space="preserve">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w:t>
      </w:r>
      <w:r w:rsidRPr="009D5101">
        <w:rPr>
          <w:lang w:val="ru-RU"/>
        </w:rPr>
        <w:br/>
      </w:r>
      <w:r w:rsidRPr="009D5101">
        <w:rPr>
          <w:rFonts w:ascii="Times New Roman" w:eastAsia="Times New Roman" w:hAnsi="Times New Roman"/>
          <w:color w:val="000000"/>
          <w:sz w:val="24"/>
          <w:lang w:val="ru-RU"/>
        </w:rPr>
        <w:t xml:space="preserve">современного русского литературного языка и совершенствование умений пользоваться ими. </w:t>
      </w:r>
      <w:r w:rsidRPr="009D5101">
        <w:rPr>
          <w:lang w:val="ru-RU"/>
        </w:rPr>
        <w:tab/>
      </w:r>
      <w:r w:rsidRPr="009D5101">
        <w:rPr>
          <w:rFonts w:ascii="Times New Roman" w:eastAsia="Times New Roman" w:hAnsi="Times New Roman"/>
          <w:color w:val="000000"/>
          <w:sz w:val="24"/>
          <w:lang w:val="ru-RU"/>
        </w:rPr>
        <w:t>В третьем блоке — «Речь. Речевая деятельность. Текст» — представлено содержание, направленное</w:t>
      </w:r>
    </w:p>
    <w:p w:rsidR="006438C7" w:rsidRPr="009D5101" w:rsidRDefault="006438C7">
      <w:pPr>
        <w:rPr>
          <w:lang w:val="ru-RU"/>
        </w:rPr>
        <w:sectPr w:rsidR="006438C7" w:rsidRPr="009D5101">
          <w:pgSz w:w="11900" w:h="16840"/>
          <w:pgMar w:top="286" w:right="712" w:bottom="362" w:left="666" w:header="720" w:footer="720" w:gutter="0"/>
          <w:cols w:space="720" w:equalWidth="0">
            <w:col w:w="10522" w:space="0"/>
          </w:cols>
          <w:docGrid w:linePitch="360"/>
        </w:sectPr>
      </w:pPr>
    </w:p>
    <w:p w:rsidR="006438C7" w:rsidRPr="009D5101" w:rsidRDefault="006438C7">
      <w:pPr>
        <w:autoSpaceDE w:val="0"/>
        <w:autoSpaceDN w:val="0"/>
        <w:spacing w:after="66" w:line="220" w:lineRule="exact"/>
        <w:rPr>
          <w:lang w:val="ru-RU"/>
        </w:rPr>
      </w:pPr>
    </w:p>
    <w:p w:rsidR="006438C7" w:rsidRPr="009D5101" w:rsidRDefault="009D5101">
      <w:pPr>
        <w:autoSpaceDE w:val="0"/>
        <w:autoSpaceDN w:val="0"/>
        <w:spacing w:after="0" w:line="281" w:lineRule="auto"/>
        <w:ind w:right="144"/>
        <w:rPr>
          <w:lang w:val="ru-RU"/>
        </w:rPr>
      </w:pPr>
      <w:r w:rsidRPr="009D5101">
        <w:rPr>
          <w:rFonts w:ascii="Times New Roman" w:eastAsia="Times New Roman" w:hAnsi="Times New Roman"/>
          <w:color w:val="000000"/>
          <w:sz w:val="24"/>
          <w:lang w:val="ru-RU"/>
        </w:rPr>
        <w:t xml:space="preserve">на совершенствование видов речевой деятельности в их взаимосвязи и культуры устной и </w:t>
      </w:r>
      <w:r w:rsidRPr="009D5101">
        <w:rPr>
          <w:lang w:val="ru-RU"/>
        </w:rPr>
        <w:br/>
      </w:r>
      <w:r w:rsidRPr="009D5101">
        <w:rPr>
          <w:rFonts w:ascii="Times New Roman" w:eastAsia="Times New Roman" w:hAnsi="Times New Roman"/>
          <w:color w:val="000000"/>
          <w:sz w:val="24"/>
          <w:lang w:val="ru-RU"/>
        </w:rPr>
        <w:t>письменной речи, развитие базовых умений и навыков использования языка в жизненно важных для школьников ситуациях общения: умений определять цели коммуникации, оценивать речевую ситуацию, учитывать коммуникативные намерения партнёра, выбирать адекватные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6438C7" w:rsidRPr="009D5101" w:rsidRDefault="009D5101">
      <w:pPr>
        <w:autoSpaceDE w:val="0"/>
        <w:autoSpaceDN w:val="0"/>
        <w:spacing w:before="262" w:after="0" w:line="230" w:lineRule="auto"/>
        <w:rPr>
          <w:lang w:val="ru-RU"/>
        </w:rPr>
      </w:pPr>
      <w:r w:rsidRPr="009D5101">
        <w:rPr>
          <w:rFonts w:ascii="Times New Roman" w:eastAsia="Times New Roman" w:hAnsi="Times New Roman"/>
          <w:b/>
          <w:color w:val="000000"/>
          <w:sz w:val="24"/>
          <w:lang w:val="ru-RU"/>
        </w:rPr>
        <w:t>МЕСТО УЧЕБНОГО ПРЕДМЕТА «РОДНОЙ ЯЗЫК (РУССКИЙ)» В УЧЕБНОМ ПЛАНЕ</w:t>
      </w:r>
    </w:p>
    <w:p w:rsidR="006438C7" w:rsidRPr="009D5101" w:rsidRDefault="009D5101">
      <w:pPr>
        <w:autoSpaceDE w:val="0"/>
        <w:autoSpaceDN w:val="0"/>
        <w:spacing w:before="166" w:after="0" w:line="271" w:lineRule="auto"/>
        <w:ind w:firstLine="180"/>
        <w:rPr>
          <w:lang w:val="ru-RU"/>
        </w:rPr>
      </w:pPr>
      <w:r w:rsidRPr="009D5101">
        <w:rPr>
          <w:rFonts w:ascii="Times New Roman" w:eastAsia="Times New Roman" w:hAnsi="Times New Roman"/>
          <w:color w:val="000000"/>
          <w:sz w:val="24"/>
          <w:lang w:val="ru-RU"/>
        </w:rPr>
        <w:t>В соответствии с Федеральным государственным образовательным стандартом основного общего образования учебный предмет «Родной язык (русский)» входит в предметную область «Родной язык и родная литература» и является обязательным для изучения.</w:t>
      </w:r>
    </w:p>
    <w:p w:rsidR="006438C7" w:rsidRPr="009D5101" w:rsidRDefault="009D5101" w:rsidP="00E7730B">
      <w:pPr>
        <w:autoSpaceDE w:val="0"/>
        <w:autoSpaceDN w:val="0"/>
        <w:spacing w:before="72" w:after="0" w:line="271" w:lineRule="auto"/>
        <w:ind w:right="634"/>
        <w:jc w:val="both"/>
        <w:rPr>
          <w:lang w:val="ru-RU"/>
        </w:rPr>
        <w:sectPr w:rsidR="006438C7" w:rsidRPr="009D5101">
          <w:pgSz w:w="11900" w:h="16840"/>
          <w:pgMar w:top="286" w:right="670" w:bottom="1440" w:left="666" w:header="720" w:footer="720" w:gutter="0"/>
          <w:cols w:space="720" w:equalWidth="0">
            <w:col w:w="10564" w:space="0"/>
          </w:cols>
          <w:docGrid w:linePitch="360"/>
        </w:sectPr>
      </w:pPr>
      <w:r w:rsidRPr="009D5101">
        <w:rPr>
          <w:rFonts w:ascii="Times New Roman" w:eastAsia="Times New Roman" w:hAnsi="Times New Roman"/>
          <w:color w:val="000000"/>
          <w:sz w:val="24"/>
          <w:lang w:val="ru-RU"/>
        </w:rPr>
        <w:t>Содержание учебного предмета «Родной язык (русский)», представленное в рабочей программе, соответствует ФГОС ООО, Примерной основной образовательной программе основного общего образования и рассчитано на общую учебную нагрузку в 5 классе в объеме 17 часов.</w:t>
      </w:r>
      <w:r w:rsidR="00E7730B" w:rsidRPr="009D5101">
        <w:rPr>
          <w:lang w:val="ru-RU"/>
        </w:rPr>
        <w:t xml:space="preserve"> </w:t>
      </w:r>
    </w:p>
    <w:p w:rsidR="006438C7" w:rsidRPr="009D5101" w:rsidRDefault="006438C7">
      <w:pPr>
        <w:autoSpaceDE w:val="0"/>
        <w:autoSpaceDN w:val="0"/>
        <w:spacing w:after="78" w:line="220" w:lineRule="exact"/>
        <w:rPr>
          <w:lang w:val="ru-RU"/>
        </w:rPr>
      </w:pPr>
    </w:p>
    <w:p w:rsidR="006438C7" w:rsidRPr="009D5101" w:rsidRDefault="009D5101">
      <w:pPr>
        <w:autoSpaceDE w:val="0"/>
        <w:autoSpaceDN w:val="0"/>
        <w:spacing w:after="0" w:line="230" w:lineRule="auto"/>
        <w:rPr>
          <w:lang w:val="ru-RU"/>
        </w:rPr>
      </w:pPr>
      <w:r w:rsidRPr="009D5101">
        <w:rPr>
          <w:rFonts w:ascii="Times New Roman" w:eastAsia="Times New Roman" w:hAnsi="Times New Roman"/>
          <w:b/>
          <w:color w:val="000000"/>
          <w:sz w:val="24"/>
          <w:lang w:val="ru-RU"/>
        </w:rPr>
        <w:t xml:space="preserve">СОДЕРЖАНИЕ УЧЕБНОГО ПРЕДМЕТА </w:t>
      </w:r>
    </w:p>
    <w:p w:rsidR="006438C7" w:rsidRPr="009D5101" w:rsidRDefault="009D5101">
      <w:pPr>
        <w:autoSpaceDE w:val="0"/>
        <w:autoSpaceDN w:val="0"/>
        <w:spacing w:before="346" w:after="0" w:line="230" w:lineRule="auto"/>
        <w:ind w:left="180"/>
        <w:rPr>
          <w:lang w:val="ru-RU"/>
        </w:rPr>
      </w:pPr>
      <w:r w:rsidRPr="009D5101">
        <w:rPr>
          <w:rFonts w:ascii="Times New Roman" w:eastAsia="Times New Roman" w:hAnsi="Times New Roman"/>
          <w:b/>
          <w:color w:val="000000"/>
          <w:sz w:val="24"/>
          <w:lang w:val="ru-RU"/>
        </w:rPr>
        <w:t>Раздел 1. Язык и культура</w:t>
      </w:r>
    </w:p>
    <w:p w:rsidR="006438C7" w:rsidRPr="009D5101" w:rsidRDefault="009D5101">
      <w:pPr>
        <w:autoSpaceDE w:val="0"/>
        <w:autoSpaceDN w:val="0"/>
        <w:spacing w:before="190" w:after="0" w:line="230" w:lineRule="auto"/>
        <w:ind w:left="180"/>
        <w:rPr>
          <w:lang w:val="ru-RU"/>
        </w:rPr>
      </w:pPr>
      <w:r w:rsidRPr="009D5101">
        <w:rPr>
          <w:rFonts w:ascii="Times New Roman" w:eastAsia="Times New Roman" w:hAnsi="Times New Roman"/>
          <w:color w:val="000000"/>
          <w:sz w:val="24"/>
          <w:lang w:val="ru-RU"/>
        </w:rPr>
        <w:t>Русский язык — национальный язык русского народа. Роль родного языка в жизни человека.</w:t>
      </w:r>
    </w:p>
    <w:p w:rsidR="006438C7" w:rsidRPr="009D5101" w:rsidRDefault="009D5101">
      <w:pPr>
        <w:autoSpaceDE w:val="0"/>
        <w:autoSpaceDN w:val="0"/>
        <w:spacing w:before="70" w:after="0" w:line="271" w:lineRule="auto"/>
        <w:ind w:right="432"/>
        <w:rPr>
          <w:lang w:val="ru-RU"/>
        </w:rPr>
      </w:pPr>
      <w:r w:rsidRPr="009D5101">
        <w:rPr>
          <w:rFonts w:ascii="Times New Roman" w:eastAsia="Times New Roman" w:hAnsi="Times New Roman"/>
          <w:color w:val="000000"/>
          <w:sz w:val="24"/>
          <w:lang w:val="ru-RU"/>
        </w:rPr>
        <w:t>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6438C7" w:rsidRPr="009D5101" w:rsidRDefault="009D5101">
      <w:pPr>
        <w:autoSpaceDE w:val="0"/>
        <w:autoSpaceDN w:val="0"/>
        <w:spacing w:before="70" w:after="0" w:line="230" w:lineRule="auto"/>
        <w:ind w:left="180"/>
        <w:rPr>
          <w:lang w:val="ru-RU"/>
        </w:rPr>
      </w:pPr>
      <w:r w:rsidRPr="009D5101">
        <w:rPr>
          <w:rFonts w:ascii="Times New Roman" w:eastAsia="Times New Roman" w:hAnsi="Times New Roman"/>
          <w:color w:val="000000"/>
          <w:sz w:val="24"/>
          <w:lang w:val="ru-RU"/>
        </w:rPr>
        <w:t>Краткая история русской письменности. Создание славянского алфавита.</w:t>
      </w:r>
    </w:p>
    <w:p w:rsidR="006438C7" w:rsidRPr="009D5101" w:rsidRDefault="009D5101">
      <w:pPr>
        <w:autoSpaceDE w:val="0"/>
        <w:autoSpaceDN w:val="0"/>
        <w:spacing w:before="70" w:after="0" w:line="283" w:lineRule="auto"/>
        <w:ind w:right="144" w:firstLine="180"/>
        <w:rPr>
          <w:lang w:val="ru-RU"/>
        </w:rPr>
      </w:pPr>
      <w:r w:rsidRPr="009D5101">
        <w:rPr>
          <w:rFonts w:ascii="Times New Roman" w:eastAsia="Times New Roman" w:hAnsi="Times New Roman"/>
          <w:color w:val="000000"/>
          <w:sz w:val="24"/>
          <w:lang w:val="ru-RU"/>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т.п.),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w:t>
      </w:r>
    </w:p>
    <w:p w:rsidR="006438C7" w:rsidRPr="009D5101" w:rsidRDefault="009D5101">
      <w:pPr>
        <w:autoSpaceDE w:val="0"/>
        <w:autoSpaceDN w:val="0"/>
        <w:spacing w:before="70" w:after="0"/>
        <w:ind w:right="288" w:firstLine="180"/>
        <w:rPr>
          <w:lang w:val="ru-RU"/>
        </w:rPr>
      </w:pPr>
      <w:r w:rsidRPr="009D5101">
        <w:rPr>
          <w:rFonts w:ascii="Times New Roman" w:eastAsia="Times New Roman" w:hAnsi="Times New Roman"/>
          <w:color w:val="000000"/>
          <w:sz w:val="24"/>
          <w:lang w:val="ru-RU"/>
        </w:rPr>
        <w:t>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6438C7" w:rsidRPr="009D5101" w:rsidRDefault="009D5101">
      <w:pPr>
        <w:autoSpaceDE w:val="0"/>
        <w:autoSpaceDN w:val="0"/>
        <w:spacing w:before="70" w:after="0" w:line="271" w:lineRule="auto"/>
        <w:ind w:right="576" w:firstLine="180"/>
        <w:rPr>
          <w:lang w:val="ru-RU"/>
        </w:rPr>
      </w:pPr>
      <w:r w:rsidRPr="009D5101">
        <w:rPr>
          <w:rFonts w:ascii="Times New Roman" w:eastAsia="Times New Roman" w:hAnsi="Times New Roman"/>
          <w:color w:val="000000"/>
          <w:sz w:val="24"/>
          <w:lang w:val="ru-RU"/>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6438C7" w:rsidRPr="009D5101" w:rsidRDefault="009D5101">
      <w:pPr>
        <w:autoSpaceDE w:val="0"/>
        <w:autoSpaceDN w:val="0"/>
        <w:spacing w:before="70" w:after="0"/>
        <w:ind w:right="144" w:firstLine="180"/>
        <w:rPr>
          <w:lang w:val="ru-RU"/>
        </w:rPr>
      </w:pPr>
      <w:r w:rsidRPr="009D5101">
        <w:rPr>
          <w:rFonts w:ascii="Times New Roman" w:eastAsia="Times New Roman" w:hAnsi="Times New Roman"/>
          <w:color w:val="000000"/>
          <w:sz w:val="24"/>
          <w:lang w:val="ru-RU"/>
        </w:rPr>
        <w:t xml:space="preserve">Слова со специфическим оценочно-характеризующим значением. Связь определённых </w:t>
      </w:r>
      <w:r w:rsidRPr="009D5101">
        <w:rPr>
          <w:lang w:val="ru-RU"/>
        </w:rPr>
        <w:br/>
      </w:r>
      <w:r w:rsidRPr="009D5101">
        <w:rPr>
          <w:rFonts w:ascii="Times New Roman" w:eastAsia="Times New Roman" w:hAnsi="Times New Roman"/>
          <w:color w:val="000000"/>
          <w:sz w:val="24"/>
          <w:lang w:val="ru-RU"/>
        </w:rPr>
        <w:t>наименований с некоторыми качествами, эмоциональными состояниями и т. п. человека (</w:t>
      </w:r>
      <w:r w:rsidRPr="009D5101">
        <w:rPr>
          <w:rFonts w:ascii="Times New Roman" w:eastAsia="Times New Roman" w:hAnsi="Times New Roman"/>
          <w:i/>
          <w:color w:val="000000"/>
          <w:sz w:val="24"/>
          <w:lang w:val="ru-RU"/>
        </w:rPr>
        <w:t>барышня —об изнеженной, избалованной девушке; сухарь — о сухом, неотзывчивом  человеке;  сорока  —  о болтливой  женщине</w:t>
      </w:r>
      <w:r w:rsidRPr="009D5101">
        <w:rPr>
          <w:rFonts w:ascii="Times New Roman" w:eastAsia="Times New Roman" w:hAnsi="Times New Roman"/>
          <w:color w:val="000000"/>
          <w:sz w:val="24"/>
          <w:lang w:val="ru-RU"/>
        </w:rPr>
        <w:t xml:space="preserve"> и т. п.).</w:t>
      </w:r>
    </w:p>
    <w:p w:rsidR="006438C7" w:rsidRPr="009D5101" w:rsidRDefault="009D5101">
      <w:pPr>
        <w:autoSpaceDE w:val="0"/>
        <w:autoSpaceDN w:val="0"/>
        <w:spacing w:before="70" w:after="0"/>
        <w:ind w:right="144" w:firstLine="180"/>
        <w:rPr>
          <w:lang w:val="ru-RU"/>
        </w:rPr>
      </w:pPr>
      <w:r w:rsidRPr="009D5101">
        <w:rPr>
          <w:rFonts w:ascii="Times New Roman" w:eastAsia="Times New Roman" w:hAnsi="Times New Roman"/>
          <w:color w:val="000000"/>
          <w:sz w:val="24"/>
          <w:lang w:val="ru-RU"/>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6438C7" w:rsidRPr="009D5101" w:rsidRDefault="009D5101">
      <w:pPr>
        <w:autoSpaceDE w:val="0"/>
        <w:autoSpaceDN w:val="0"/>
        <w:spacing w:before="70" w:after="0" w:line="278" w:lineRule="auto"/>
        <w:ind w:firstLine="180"/>
        <w:rPr>
          <w:lang w:val="ru-RU"/>
        </w:rPr>
      </w:pPr>
      <w:r w:rsidRPr="009D5101">
        <w:rPr>
          <w:rFonts w:ascii="Times New Roman" w:eastAsia="Times New Roman" w:hAnsi="Times New Roman"/>
          <w:color w:val="000000"/>
          <w:sz w:val="24"/>
          <w:lang w:val="ru-RU"/>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6438C7" w:rsidRPr="009D5101" w:rsidRDefault="009D5101">
      <w:pPr>
        <w:autoSpaceDE w:val="0"/>
        <w:autoSpaceDN w:val="0"/>
        <w:spacing w:before="70" w:after="0" w:line="230" w:lineRule="auto"/>
        <w:ind w:left="180"/>
        <w:rPr>
          <w:lang w:val="ru-RU"/>
        </w:rPr>
      </w:pPr>
      <w:r w:rsidRPr="009D5101">
        <w:rPr>
          <w:rFonts w:ascii="Times New Roman" w:eastAsia="Times New Roman" w:hAnsi="Times New Roman"/>
          <w:color w:val="000000"/>
          <w:sz w:val="24"/>
          <w:lang w:val="ru-RU"/>
        </w:rPr>
        <w:t>Общеизвестные старинные русские города. Происхождение их названий.</w:t>
      </w:r>
    </w:p>
    <w:p w:rsidR="006438C7" w:rsidRPr="009D5101" w:rsidRDefault="009D5101">
      <w:pPr>
        <w:autoSpaceDE w:val="0"/>
        <w:autoSpaceDN w:val="0"/>
        <w:spacing w:before="70" w:after="0" w:line="230" w:lineRule="auto"/>
        <w:ind w:left="180"/>
        <w:rPr>
          <w:lang w:val="ru-RU"/>
        </w:rPr>
      </w:pPr>
      <w:r w:rsidRPr="009D5101">
        <w:rPr>
          <w:rFonts w:ascii="Times New Roman" w:eastAsia="Times New Roman" w:hAnsi="Times New Roman"/>
          <w:color w:val="000000"/>
          <w:sz w:val="24"/>
          <w:lang w:val="ru-RU"/>
        </w:rPr>
        <w:t>Ознакомление с историей и этимологией некоторых слов.</w:t>
      </w:r>
    </w:p>
    <w:p w:rsidR="006438C7" w:rsidRPr="009D5101" w:rsidRDefault="009D5101">
      <w:pPr>
        <w:autoSpaceDE w:val="0"/>
        <w:autoSpaceDN w:val="0"/>
        <w:spacing w:before="190" w:after="0" w:line="230" w:lineRule="auto"/>
        <w:ind w:left="180"/>
        <w:rPr>
          <w:lang w:val="ru-RU"/>
        </w:rPr>
      </w:pPr>
      <w:r w:rsidRPr="009D5101">
        <w:rPr>
          <w:rFonts w:ascii="Times New Roman" w:eastAsia="Times New Roman" w:hAnsi="Times New Roman"/>
          <w:b/>
          <w:color w:val="000000"/>
          <w:sz w:val="24"/>
          <w:lang w:val="ru-RU"/>
        </w:rPr>
        <w:t>Раздел 2. Культура речи</w:t>
      </w:r>
    </w:p>
    <w:p w:rsidR="006438C7" w:rsidRPr="009D5101" w:rsidRDefault="009D5101">
      <w:pPr>
        <w:autoSpaceDE w:val="0"/>
        <w:autoSpaceDN w:val="0"/>
        <w:spacing w:before="190" w:after="0" w:line="271" w:lineRule="auto"/>
        <w:ind w:right="144" w:firstLine="180"/>
        <w:rPr>
          <w:lang w:val="ru-RU"/>
        </w:rPr>
      </w:pPr>
      <w:r w:rsidRPr="009D5101">
        <w:rPr>
          <w:rFonts w:ascii="Times New Roman" w:eastAsia="Times New Roman" w:hAnsi="Times New Roman"/>
          <w:color w:val="000000"/>
          <w:sz w:val="24"/>
          <w:lang w:val="ru-RU"/>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6438C7" w:rsidRPr="009D5101" w:rsidRDefault="009D5101">
      <w:pPr>
        <w:tabs>
          <w:tab w:val="left" w:pos="180"/>
        </w:tabs>
        <w:autoSpaceDE w:val="0"/>
        <w:autoSpaceDN w:val="0"/>
        <w:spacing w:before="70" w:after="0" w:line="262" w:lineRule="auto"/>
        <w:ind w:right="144"/>
        <w:rPr>
          <w:lang w:val="ru-RU"/>
        </w:rPr>
      </w:pPr>
      <w:r w:rsidRPr="009D5101">
        <w:rPr>
          <w:lang w:val="ru-RU"/>
        </w:rPr>
        <w:tab/>
      </w:r>
      <w:r w:rsidRPr="009D5101">
        <w:rPr>
          <w:rFonts w:ascii="Times New Roman" w:eastAsia="Times New Roman" w:hAnsi="Times New Roman"/>
          <w:color w:val="000000"/>
          <w:sz w:val="24"/>
          <w:lang w:val="ru-RU"/>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6438C7" w:rsidRPr="009D5101" w:rsidRDefault="009D5101">
      <w:pPr>
        <w:autoSpaceDE w:val="0"/>
        <w:autoSpaceDN w:val="0"/>
        <w:spacing w:before="70" w:after="0"/>
        <w:ind w:right="432" w:firstLine="180"/>
        <w:rPr>
          <w:lang w:val="ru-RU"/>
        </w:rPr>
      </w:pPr>
      <w:r w:rsidRPr="009D5101">
        <w:rPr>
          <w:rFonts w:ascii="Times New Roman" w:eastAsia="Times New Roman" w:hAnsi="Times New Roman"/>
          <w:color w:val="000000"/>
          <w:sz w:val="24"/>
          <w:lang w:val="ru-RU"/>
        </w:rPr>
        <w:t xml:space="preserve">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w:t>
      </w:r>
      <w:r w:rsidRPr="009D5101">
        <w:rPr>
          <w:lang w:val="ru-RU"/>
        </w:rPr>
        <w:br/>
      </w:r>
      <w:r w:rsidRPr="009D5101">
        <w:rPr>
          <w:rFonts w:ascii="Times New Roman" w:eastAsia="Times New Roman" w:hAnsi="Times New Roman"/>
          <w:color w:val="000000"/>
          <w:sz w:val="24"/>
          <w:lang w:val="ru-RU"/>
        </w:rPr>
        <w:t>общеупотребительный‚ разговорный и просторечный) употребления имён существительных,</w:t>
      </w:r>
    </w:p>
    <w:p w:rsidR="006438C7" w:rsidRPr="009D5101" w:rsidRDefault="006438C7">
      <w:pPr>
        <w:rPr>
          <w:lang w:val="ru-RU"/>
        </w:rPr>
        <w:sectPr w:rsidR="006438C7" w:rsidRPr="009D5101">
          <w:pgSz w:w="11900" w:h="16840"/>
          <w:pgMar w:top="298" w:right="650" w:bottom="444" w:left="666" w:header="720" w:footer="720" w:gutter="0"/>
          <w:cols w:space="720" w:equalWidth="0">
            <w:col w:w="10584" w:space="0"/>
          </w:cols>
          <w:docGrid w:linePitch="360"/>
        </w:sectPr>
      </w:pPr>
    </w:p>
    <w:p w:rsidR="006438C7" w:rsidRPr="009D5101" w:rsidRDefault="006438C7">
      <w:pPr>
        <w:autoSpaceDE w:val="0"/>
        <w:autoSpaceDN w:val="0"/>
        <w:spacing w:after="66" w:line="220" w:lineRule="exact"/>
        <w:rPr>
          <w:lang w:val="ru-RU"/>
        </w:rPr>
      </w:pPr>
    </w:p>
    <w:p w:rsidR="006438C7" w:rsidRPr="009D5101" w:rsidRDefault="009D5101">
      <w:pPr>
        <w:autoSpaceDE w:val="0"/>
        <w:autoSpaceDN w:val="0"/>
        <w:spacing w:after="0" w:line="271" w:lineRule="auto"/>
        <w:ind w:right="432"/>
        <w:rPr>
          <w:lang w:val="ru-RU"/>
        </w:rPr>
      </w:pPr>
      <w:r w:rsidRPr="009D5101">
        <w:rPr>
          <w:rFonts w:ascii="Times New Roman" w:eastAsia="Times New Roman" w:hAnsi="Times New Roman"/>
          <w:color w:val="000000"/>
          <w:sz w:val="24"/>
          <w:lang w:val="ru-RU"/>
        </w:rPr>
        <w:t>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6438C7" w:rsidRPr="009D5101" w:rsidRDefault="009D5101">
      <w:pPr>
        <w:autoSpaceDE w:val="0"/>
        <w:autoSpaceDN w:val="0"/>
        <w:spacing w:before="70" w:after="0" w:line="281" w:lineRule="auto"/>
        <w:ind w:firstLine="180"/>
        <w:rPr>
          <w:lang w:val="ru-RU"/>
        </w:rPr>
      </w:pPr>
      <w:r w:rsidRPr="009D5101">
        <w:rPr>
          <w:rFonts w:ascii="Times New Roman" w:eastAsia="Times New Roman" w:hAnsi="Times New Roman"/>
          <w:color w:val="000000"/>
          <w:sz w:val="24"/>
          <w:lang w:val="ru-RU"/>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9D5101">
        <w:rPr>
          <w:rFonts w:ascii="Times New Roman" w:eastAsia="Times New Roman" w:hAnsi="Times New Roman"/>
          <w:i/>
          <w:color w:val="000000"/>
          <w:sz w:val="24"/>
          <w:lang w:val="ru-RU"/>
        </w:rPr>
        <w:t>-а(-я), -ы(-и)</w:t>
      </w:r>
      <w:r w:rsidRPr="009D5101">
        <w:rPr>
          <w:rFonts w:ascii="Times New Roman" w:eastAsia="Times New Roman" w:hAnsi="Times New Roman"/>
          <w:color w:val="000000"/>
          <w:sz w:val="24"/>
          <w:lang w:val="ru-RU"/>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w:t>
      </w:r>
      <w:r w:rsidRPr="009D5101">
        <w:rPr>
          <w:lang w:val="ru-RU"/>
        </w:rPr>
        <w:br/>
      </w:r>
      <w:r w:rsidRPr="009D5101">
        <w:rPr>
          <w:rFonts w:ascii="Times New Roman" w:eastAsia="Times New Roman" w:hAnsi="Times New Roman"/>
          <w:color w:val="000000"/>
          <w:sz w:val="24"/>
          <w:lang w:val="ru-RU"/>
        </w:rPr>
        <w:t>существительных мужского рода.</w:t>
      </w:r>
    </w:p>
    <w:p w:rsidR="006438C7" w:rsidRPr="009D5101" w:rsidRDefault="009D5101">
      <w:pPr>
        <w:autoSpaceDE w:val="0"/>
        <w:autoSpaceDN w:val="0"/>
        <w:spacing w:before="70" w:after="0" w:line="230" w:lineRule="auto"/>
        <w:ind w:left="180"/>
        <w:rPr>
          <w:lang w:val="ru-RU"/>
        </w:rPr>
      </w:pPr>
      <w:r w:rsidRPr="009D5101">
        <w:rPr>
          <w:rFonts w:ascii="Times New Roman" w:eastAsia="Times New Roman" w:hAnsi="Times New Roman"/>
          <w:color w:val="000000"/>
          <w:sz w:val="24"/>
          <w:lang w:val="ru-RU"/>
        </w:rPr>
        <w:t>Правила речевого этикета: нормы и традиции. Устойчивые формулы речевого этикета в общении.</w:t>
      </w:r>
    </w:p>
    <w:p w:rsidR="006438C7" w:rsidRPr="009D5101" w:rsidRDefault="009D5101">
      <w:pPr>
        <w:autoSpaceDE w:val="0"/>
        <w:autoSpaceDN w:val="0"/>
        <w:spacing w:before="72" w:after="0" w:line="230" w:lineRule="auto"/>
        <w:rPr>
          <w:lang w:val="ru-RU"/>
        </w:rPr>
      </w:pPr>
      <w:r w:rsidRPr="009D5101">
        <w:rPr>
          <w:rFonts w:ascii="Times New Roman" w:eastAsia="Times New Roman" w:hAnsi="Times New Roman"/>
          <w:color w:val="000000"/>
          <w:sz w:val="24"/>
          <w:lang w:val="ru-RU"/>
        </w:rPr>
        <w:t>Обращение в русском речевом этикете. История этикетной формулы обращения в русском языке.</w:t>
      </w:r>
    </w:p>
    <w:p w:rsidR="006438C7" w:rsidRPr="009D5101" w:rsidRDefault="009D5101">
      <w:pPr>
        <w:autoSpaceDE w:val="0"/>
        <w:autoSpaceDN w:val="0"/>
        <w:spacing w:before="72" w:after="0" w:line="281" w:lineRule="auto"/>
        <w:ind w:right="144"/>
        <w:rPr>
          <w:lang w:val="ru-RU"/>
        </w:rPr>
      </w:pPr>
      <w:r w:rsidRPr="009D5101">
        <w:rPr>
          <w:rFonts w:ascii="Times New Roman" w:eastAsia="Times New Roman" w:hAnsi="Times New Roman"/>
          <w:color w:val="000000"/>
          <w:sz w:val="24"/>
          <w:lang w:val="ru-RU"/>
        </w:rPr>
        <w:t>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6438C7" w:rsidRPr="009D5101" w:rsidRDefault="009D5101">
      <w:pPr>
        <w:autoSpaceDE w:val="0"/>
        <w:autoSpaceDN w:val="0"/>
        <w:spacing w:before="190" w:after="0" w:line="230" w:lineRule="auto"/>
        <w:ind w:left="180"/>
        <w:rPr>
          <w:lang w:val="ru-RU"/>
        </w:rPr>
      </w:pPr>
      <w:r w:rsidRPr="009D5101">
        <w:rPr>
          <w:rFonts w:ascii="Times New Roman" w:eastAsia="Times New Roman" w:hAnsi="Times New Roman"/>
          <w:b/>
          <w:color w:val="000000"/>
          <w:sz w:val="24"/>
          <w:lang w:val="ru-RU"/>
        </w:rPr>
        <w:t>Раздел 3. Речь. Речевая деятельность. Текст</w:t>
      </w:r>
    </w:p>
    <w:p w:rsidR="006438C7" w:rsidRPr="009D5101" w:rsidRDefault="009D5101">
      <w:pPr>
        <w:tabs>
          <w:tab w:val="left" w:pos="180"/>
        </w:tabs>
        <w:autoSpaceDE w:val="0"/>
        <w:autoSpaceDN w:val="0"/>
        <w:spacing w:before="190" w:after="0" w:line="262" w:lineRule="auto"/>
        <w:ind w:right="1008"/>
        <w:rPr>
          <w:lang w:val="ru-RU"/>
        </w:rPr>
      </w:pPr>
      <w:r w:rsidRPr="009D5101">
        <w:rPr>
          <w:lang w:val="ru-RU"/>
        </w:rPr>
        <w:tab/>
      </w:r>
      <w:r w:rsidRPr="009D5101">
        <w:rPr>
          <w:rFonts w:ascii="Times New Roman" w:eastAsia="Times New Roman" w:hAnsi="Times New Roman"/>
          <w:color w:val="000000"/>
          <w:sz w:val="24"/>
          <w:lang w:val="ru-RU"/>
        </w:rPr>
        <w:t>Язык и речь. Средства выразительной устной речи (тон, тембр, темп), способы тренировки (скороговорки). Интонация и жесты.</w:t>
      </w:r>
    </w:p>
    <w:p w:rsidR="006438C7" w:rsidRPr="009D5101" w:rsidRDefault="009D5101">
      <w:pPr>
        <w:autoSpaceDE w:val="0"/>
        <w:autoSpaceDN w:val="0"/>
        <w:spacing w:before="70" w:after="0" w:line="230" w:lineRule="auto"/>
        <w:ind w:left="180"/>
        <w:rPr>
          <w:lang w:val="ru-RU"/>
        </w:rPr>
      </w:pPr>
      <w:r w:rsidRPr="009D5101">
        <w:rPr>
          <w:rFonts w:ascii="Times New Roman" w:eastAsia="Times New Roman" w:hAnsi="Times New Roman"/>
          <w:color w:val="000000"/>
          <w:sz w:val="24"/>
          <w:lang w:val="ru-RU"/>
        </w:rPr>
        <w:t>Текст. Композиционные формы описания, повествования, рассуждения.</w:t>
      </w:r>
    </w:p>
    <w:p w:rsidR="006438C7" w:rsidRPr="009D5101" w:rsidRDefault="009D5101">
      <w:pPr>
        <w:tabs>
          <w:tab w:val="left" w:pos="180"/>
        </w:tabs>
        <w:autoSpaceDE w:val="0"/>
        <w:autoSpaceDN w:val="0"/>
        <w:spacing w:before="70" w:after="0" w:line="262" w:lineRule="auto"/>
        <w:ind w:right="1152"/>
        <w:rPr>
          <w:lang w:val="ru-RU"/>
        </w:rPr>
      </w:pPr>
      <w:r w:rsidRPr="009D5101">
        <w:rPr>
          <w:lang w:val="ru-RU"/>
        </w:rPr>
        <w:tab/>
      </w:r>
      <w:r w:rsidRPr="009D5101">
        <w:rPr>
          <w:rFonts w:ascii="Times New Roman" w:eastAsia="Times New Roman" w:hAnsi="Times New Roman"/>
          <w:color w:val="000000"/>
          <w:sz w:val="24"/>
          <w:lang w:val="ru-RU"/>
        </w:rPr>
        <w:t>Функциональные разновидности языка. Разговорная речь. Просьба, извинение как жанры разговорной речи.</w:t>
      </w:r>
    </w:p>
    <w:p w:rsidR="006438C7" w:rsidRPr="009D5101" w:rsidRDefault="009D5101">
      <w:pPr>
        <w:autoSpaceDE w:val="0"/>
        <w:autoSpaceDN w:val="0"/>
        <w:spacing w:before="70" w:after="0" w:line="230" w:lineRule="auto"/>
        <w:ind w:left="180"/>
        <w:rPr>
          <w:lang w:val="ru-RU"/>
        </w:rPr>
      </w:pPr>
      <w:r w:rsidRPr="009D5101">
        <w:rPr>
          <w:rFonts w:ascii="Times New Roman" w:eastAsia="Times New Roman" w:hAnsi="Times New Roman"/>
          <w:color w:val="000000"/>
          <w:sz w:val="24"/>
          <w:lang w:val="ru-RU"/>
        </w:rPr>
        <w:t>Официально-деловой стиль. Объявление (устное и письменное).</w:t>
      </w:r>
    </w:p>
    <w:p w:rsidR="006438C7" w:rsidRPr="009D5101" w:rsidRDefault="009D5101">
      <w:pPr>
        <w:autoSpaceDE w:val="0"/>
        <w:autoSpaceDN w:val="0"/>
        <w:spacing w:before="70" w:after="0" w:line="230" w:lineRule="auto"/>
        <w:ind w:left="180"/>
        <w:rPr>
          <w:lang w:val="ru-RU"/>
        </w:rPr>
      </w:pPr>
      <w:r w:rsidRPr="009D5101">
        <w:rPr>
          <w:rFonts w:ascii="Times New Roman" w:eastAsia="Times New Roman" w:hAnsi="Times New Roman"/>
          <w:color w:val="000000"/>
          <w:sz w:val="24"/>
          <w:lang w:val="ru-RU"/>
        </w:rPr>
        <w:t>Учебно-научный стиль. План ответа на уроке, план текста.</w:t>
      </w:r>
    </w:p>
    <w:p w:rsidR="006438C7" w:rsidRPr="009D5101" w:rsidRDefault="009D5101">
      <w:pPr>
        <w:autoSpaceDE w:val="0"/>
        <w:autoSpaceDN w:val="0"/>
        <w:spacing w:before="70" w:after="0" w:line="230" w:lineRule="auto"/>
        <w:ind w:left="180"/>
        <w:rPr>
          <w:lang w:val="ru-RU"/>
        </w:rPr>
      </w:pPr>
      <w:r w:rsidRPr="009D5101">
        <w:rPr>
          <w:rFonts w:ascii="Times New Roman" w:eastAsia="Times New Roman" w:hAnsi="Times New Roman"/>
          <w:color w:val="000000"/>
          <w:sz w:val="24"/>
          <w:lang w:val="ru-RU"/>
        </w:rPr>
        <w:t>Публицистический стиль. Устное выступление. Девиз, слоган.</w:t>
      </w:r>
    </w:p>
    <w:p w:rsidR="006438C7" w:rsidRPr="009D5101" w:rsidRDefault="009D5101">
      <w:pPr>
        <w:autoSpaceDE w:val="0"/>
        <w:autoSpaceDN w:val="0"/>
        <w:spacing w:before="70" w:after="0" w:line="230" w:lineRule="auto"/>
        <w:ind w:left="180"/>
        <w:rPr>
          <w:lang w:val="ru-RU"/>
        </w:rPr>
      </w:pPr>
      <w:r w:rsidRPr="009D5101">
        <w:rPr>
          <w:rFonts w:ascii="Times New Roman" w:eastAsia="Times New Roman" w:hAnsi="Times New Roman"/>
          <w:color w:val="000000"/>
          <w:sz w:val="24"/>
          <w:lang w:val="ru-RU"/>
        </w:rPr>
        <w:t>Язык художественной  литературы. Литературная  сказка. Рассказ.</w:t>
      </w:r>
    </w:p>
    <w:p w:rsidR="006438C7" w:rsidRPr="009D5101" w:rsidRDefault="009D5101">
      <w:pPr>
        <w:tabs>
          <w:tab w:val="left" w:pos="180"/>
        </w:tabs>
        <w:autoSpaceDE w:val="0"/>
        <w:autoSpaceDN w:val="0"/>
        <w:spacing w:before="70" w:after="0" w:line="262" w:lineRule="auto"/>
        <w:ind w:right="288"/>
        <w:rPr>
          <w:lang w:val="ru-RU"/>
        </w:rPr>
      </w:pPr>
      <w:r w:rsidRPr="009D5101">
        <w:rPr>
          <w:lang w:val="ru-RU"/>
        </w:rPr>
        <w:tab/>
      </w:r>
      <w:r w:rsidRPr="009D5101">
        <w:rPr>
          <w:rFonts w:ascii="Times New Roman" w:eastAsia="Times New Roman" w:hAnsi="Times New Roman"/>
          <w:color w:val="000000"/>
          <w:sz w:val="24"/>
          <w:lang w:val="ru-RU"/>
        </w:rPr>
        <w:t xml:space="preserve">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 д.). </w:t>
      </w:r>
    </w:p>
    <w:p w:rsidR="006438C7" w:rsidRPr="009D5101" w:rsidRDefault="006438C7">
      <w:pPr>
        <w:rPr>
          <w:lang w:val="ru-RU"/>
        </w:rPr>
        <w:sectPr w:rsidR="006438C7" w:rsidRPr="009D5101">
          <w:pgSz w:w="11900" w:h="16840"/>
          <w:pgMar w:top="286" w:right="644" w:bottom="1440" w:left="666" w:header="720" w:footer="720" w:gutter="0"/>
          <w:cols w:space="720" w:equalWidth="0">
            <w:col w:w="10590" w:space="0"/>
          </w:cols>
          <w:docGrid w:linePitch="360"/>
        </w:sectPr>
      </w:pPr>
    </w:p>
    <w:p w:rsidR="006438C7" w:rsidRPr="009D5101" w:rsidRDefault="006438C7">
      <w:pPr>
        <w:autoSpaceDE w:val="0"/>
        <w:autoSpaceDN w:val="0"/>
        <w:spacing w:after="78" w:line="220" w:lineRule="exact"/>
        <w:rPr>
          <w:lang w:val="ru-RU"/>
        </w:rPr>
      </w:pPr>
    </w:p>
    <w:p w:rsidR="006438C7" w:rsidRPr="009D5101" w:rsidRDefault="009D5101">
      <w:pPr>
        <w:autoSpaceDE w:val="0"/>
        <w:autoSpaceDN w:val="0"/>
        <w:spacing w:after="0" w:line="230" w:lineRule="auto"/>
        <w:rPr>
          <w:lang w:val="ru-RU"/>
        </w:rPr>
      </w:pPr>
      <w:r w:rsidRPr="009D5101">
        <w:rPr>
          <w:rFonts w:ascii="Times New Roman" w:eastAsia="Times New Roman" w:hAnsi="Times New Roman"/>
          <w:b/>
          <w:color w:val="000000"/>
          <w:sz w:val="24"/>
          <w:lang w:val="ru-RU"/>
        </w:rPr>
        <w:t>ПЛАНИРУЕМЫЕ ОБРАЗОВАТЕЛЬНЫЕ РЕЗУЛЬТАТЫ</w:t>
      </w:r>
    </w:p>
    <w:p w:rsidR="006438C7" w:rsidRPr="009D5101" w:rsidRDefault="009D5101">
      <w:pPr>
        <w:tabs>
          <w:tab w:val="left" w:pos="180"/>
        </w:tabs>
        <w:autoSpaceDE w:val="0"/>
        <w:autoSpaceDN w:val="0"/>
        <w:spacing w:before="346" w:after="0" w:line="262" w:lineRule="auto"/>
        <w:ind w:right="864"/>
        <w:rPr>
          <w:lang w:val="ru-RU"/>
        </w:rPr>
      </w:pPr>
      <w:r w:rsidRPr="009D5101">
        <w:rPr>
          <w:lang w:val="ru-RU"/>
        </w:rPr>
        <w:tab/>
      </w:r>
      <w:r w:rsidRPr="009D5101">
        <w:rPr>
          <w:rFonts w:ascii="Times New Roman" w:eastAsia="Times New Roman" w:hAnsi="Times New Roman"/>
          <w:color w:val="000000"/>
          <w:sz w:val="24"/>
          <w:lang w:val="ru-RU"/>
        </w:rPr>
        <w:t xml:space="preserve">Изучение учебного предмета «Родной язык (русский)» в 5 классе направлено на достижение обучающимися следующих личностных, </w:t>
      </w:r>
      <w:proofErr w:type="spellStart"/>
      <w:r w:rsidRPr="009D5101">
        <w:rPr>
          <w:rFonts w:ascii="Times New Roman" w:eastAsia="Times New Roman" w:hAnsi="Times New Roman"/>
          <w:color w:val="000000"/>
          <w:sz w:val="24"/>
          <w:lang w:val="ru-RU"/>
        </w:rPr>
        <w:t>метапредметных</w:t>
      </w:r>
      <w:proofErr w:type="spellEnd"/>
      <w:r w:rsidRPr="009D5101">
        <w:rPr>
          <w:rFonts w:ascii="Times New Roman" w:eastAsia="Times New Roman" w:hAnsi="Times New Roman"/>
          <w:color w:val="000000"/>
          <w:sz w:val="24"/>
          <w:lang w:val="ru-RU"/>
        </w:rPr>
        <w:t xml:space="preserve"> и предметных результатов.</w:t>
      </w:r>
    </w:p>
    <w:p w:rsidR="006438C7" w:rsidRPr="009D5101" w:rsidRDefault="009D5101">
      <w:pPr>
        <w:autoSpaceDE w:val="0"/>
        <w:autoSpaceDN w:val="0"/>
        <w:spacing w:before="262" w:after="0" w:line="230" w:lineRule="auto"/>
        <w:rPr>
          <w:lang w:val="ru-RU"/>
        </w:rPr>
      </w:pPr>
      <w:r w:rsidRPr="009D5101">
        <w:rPr>
          <w:rFonts w:ascii="Times New Roman" w:eastAsia="Times New Roman" w:hAnsi="Times New Roman"/>
          <w:b/>
          <w:color w:val="000000"/>
          <w:sz w:val="24"/>
          <w:lang w:val="ru-RU"/>
        </w:rPr>
        <w:t>ЛИЧНОСТНЫЕ РЕЗУЛЬТАТЫ</w:t>
      </w:r>
    </w:p>
    <w:p w:rsidR="006438C7" w:rsidRPr="009D5101" w:rsidRDefault="009D5101">
      <w:pPr>
        <w:autoSpaceDE w:val="0"/>
        <w:autoSpaceDN w:val="0"/>
        <w:spacing w:before="166" w:after="0" w:line="281" w:lineRule="auto"/>
        <w:ind w:firstLine="180"/>
        <w:rPr>
          <w:lang w:val="ru-RU"/>
        </w:rPr>
      </w:pPr>
      <w:r w:rsidRPr="009D5101">
        <w:rPr>
          <w:rFonts w:ascii="Times New Roman" w:eastAsia="Times New Roman" w:hAnsi="Times New Roman"/>
          <w:color w:val="000000"/>
          <w:sz w:val="24"/>
          <w:lang w:val="ru-RU"/>
        </w:rPr>
        <w:t xml:space="preserve">Личностные результаты освоения программы по родному языку (русскому)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w:t>
      </w:r>
      <w:r w:rsidRPr="009D5101">
        <w:rPr>
          <w:lang w:val="ru-RU"/>
        </w:rPr>
        <w:br/>
      </w:r>
      <w:r w:rsidRPr="009D5101">
        <w:rPr>
          <w:rFonts w:ascii="Times New Roman" w:eastAsia="Times New Roman" w:hAnsi="Times New Roman"/>
          <w:color w:val="000000"/>
          <w:sz w:val="24"/>
          <w:lang w:val="ru-RU"/>
        </w:rPr>
        <w:t>самовоспитания и саморазвития, формирования внутренней позиции личности.</w:t>
      </w:r>
    </w:p>
    <w:p w:rsidR="006438C7" w:rsidRPr="009D5101" w:rsidRDefault="009D5101">
      <w:pPr>
        <w:tabs>
          <w:tab w:val="left" w:pos="180"/>
        </w:tabs>
        <w:autoSpaceDE w:val="0"/>
        <w:autoSpaceDN w:val="0"/>
        <w:spacing w:before="72" w:after="0" w:line="281" w:lineRule="auto"/>
        <w:ind w:right="144"/>
        <w:rPr>
          <w:lang w:val="ru-RU"/>
        </w:rPr>
      </w:pPr>
      <w:r w:rsidRPr="009D5101">
        <w:rPr>
          <w:lang w:val="ru-RU"/>
        </w:rPr>
        <w:tab/>
      </w:r>
      <w:r w:rsidRPr="009D5101">
        <w:rPr>
          <w:rFonts w:ascii="Times New Roman" w:eastAsia="Times New Roman" w:hAnsi="Times New Roman"/>
          <w:color w:val="000000"/>
          <w:sz w:val="24"/>
          <w:lang w:val="ru-RU"/>
        </w:rPr>
        <w:t xml:space="preserve">Личностные результаты освоения рабочей программы по родному языку (русскому) для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 </w:t>
      </w:r>
      <w:r w:rsidRPr="009D5101">
        <w:rPr>
          <w:lang w:val="ru-RU"/>
        </w:rPr>
        <w:br/>
      </w:r>
      <w:r w:rsidRPr="009D5101">
        <w:rPr>
          <w:lang w:val="ru-RU"/>
        </w:rPr>
        <w:tab/>
      </w:r>
      <w:r w:rsidRPr="009D5101">
        <w:rPr>
          <w:rFonts w:ascii="Times New Roman" w:eastAsia="Times New Roman" w:hAnsi="Times New Roman"/>
          <w:b/>
          <w:i/>
          <w:color w:val="000000"/>
          <w:sz w:val="24"/>
          <w:lang w:val="ru-RU"/>
        </w:rPr>
        <w:t>гражданского воспитания:</w:t>
      </w:r>
    </w:p>
    <w:p w:rsidR="006438C7" w:rsidRPr="009D5101" w:rsidRDefault="009D5101">
      <w:pPr>
        <w:autoSpaceDE w:val="0"/>
        <w:autoSpaceDN w:val="0"/>
        <w:spacing w:before="178" w:after="0" w:line="262" w:lineRule="auto"/>
        <w:ind w:left="420" w:right="288"/>
        <w:rPr>
          <w:lang w:val="ru-RU"/>
        </w:rPr>
      </w:pPr>
      <w:r w:rsidRPr="009D5101">
        <w:rPr>
          <w:rFonts w:ascii="Times New Roman" w:eastAsia="Times New Roman" w:hAnsi="Times New Roman"/>
          <w:color w:val="000000"/>
          <w:sz w:val="24"/>
          <w:lang w:val="ru-RU"/>
        </w:rPr>
        <w:t xml:space="preserve">—  готовность к выполнению обязанностей гражданина и реализации его прав, уважение прав, свобод и законных интересов других людей; </w:t>
      </w:r>
    </w:p>
    <w:p w:rsidR="006438C7" w:rsidRPr="009D5101" w:rsidRDefault="009D5101">
      <w:pPr>
        <w:autoSpaceDE w:val="0"/>
        <w:autoSpaceDN w:val="0"/>
        <w:spacing w:before="190" w:after="0" w:line="271" w:lineRule="auto"/>
        <w:ind w:left="420" w:right="144"/>
        <w:rPr>
          <w:lang w:val="ru-RU"/>
        </w:rPr>
      </w:pPr>
      <w:r w:rsidRPr="009D5101">
        <w:rPr>
          <w:rFonts w:ascii="Times New Roman" w:eastAsia="Times New Roman" w:hAnsi="Times New Roman"/>
          <w:color w:val="000000"/>
          <w:sz w:val="24"/>
          <w:lang w:val="ru-RU"/>
        </w:rPr>
        <w:t xml:space="preserve">—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w:t>
      </w:r>
    </w:p>
    <w:p w:rsidR="006438C7" w:rsidRPr="009D5101" w:rsidRDefault="009D5101">
      <w:pPr>
        <w:autoSpaceDE w:val="0"/>
        <w:autoSpaceDN w:val="0"/>
        <w:spacing w:before="190" w:after="0" w:line="230" w:lineRule="auto"/>
        <w:ind w:left="420"/>
        <w:rPr>
          <w:lang w:val="ru-RU"/>
        </w:rPr>
      </w:pPr>
      <w:r w:rsidRPr="009D5101">
        <w:rPr>
          <w:rFonts w:ascii="Times New Roman" w:eastAsia="Times New Roman" w:hAnsi="Times New Roman"/>
          <w:color w:val="000000"/>
          <w:sz w:val="24"/>
          <w:lang w:val="ru-RU"/>
        </w:rPr>
        <w:t xml:space="preserve">—  неприятие любых форм экстремизма, дискриминации; </w:t>
      </w:r>
    </w:p>
    <w:p w:rsidR="006438C7" w:rsidRPr="009D5101" w:rsidRDefault="009D5101">
      <w:pPr>
        <w:autoSpaceDE w:val="0"/>
        <w:autoSpaceDN w:val="0"/>
        <w:spacing w:before="190" w:after="0" w:line="230" w:lineRule="auto"/>
        <w:ind w:left="420"/>
        <w:rPr>
          <w:lang w:val="ru-RU"/>
        </w:rPr>
      </w:pPr>
      <w:r w:rsidRPr="009D5101">
        <w:rPr>
          <w:rFonts w:ascii="Times New Roman" w:eastAsia="Times New Roman" w:hAnsi="Times New Roman"/>
          <w:color w:val="000000"/>
          <w:sz w:val="24"/>
          <w:lang w:val="ru-RU"/>
        </w:rPr>
        <w:t xml:space="preserve">—   понимание роли различных социальных институтов в жизни человека; </w:t>
      </w:r>
    </w:p>
    <w:p w:rsidR="006438C7" w:rsidRPr="009D5101" w:rsidRDefault="009D5101">
      <w:pPr>
        <w:autoSpaceDE w:val="0"/>
        <w:autoSpaceDN w:val="0"/>
        <w:spacing w:before="190" w:after="0"/>
        <w:ind w:left="420"/>
        <w:rPr>
          <w:lang w:val="ru-RU"/>
        </w:rPr>
      </w:pPr>
      <w:r w:rsidRPr="009D5101">
        <w:rPr>
          <w:rFonts w:ascii="Times New Roman" w:eastAsia="Times New Roman" w:hAnsi="Times New Roman"/>
          <w:color w:val="000000"/>
          <w:sz w:val="24"/>
          <w:lang w:val="ru-RU"/>
        </w:rPr>
        <w:t xml:space="preserve">—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w:t>
      </w:r>
    </w:p>
    <w:p w:rsidR="006438C7" w:rsidRPr="009D5101" w:rsidRDefault="009D5101">
      <w:pPr>
        <w:autoSpaceDE w:val="0"/>
        <w:autoSpaceDN w:val="0"/>
        <w:spacing w:before="190" w:after="0" w:line="262" w:lineRule="auto"/>
        <w:ind w:left="420" w:right="576"/>
        <w:rPr>
          <w:lang w:val="ru-RU"/>
        </w:rPr>
      </w:pPr>
      <w:r w:rsidRPr="009D5101">
        <w:rPr>
          <w:rFonts w:ascii="Times New Roman" w:eastAsia="Times New Roman" w:hAnsi="Times New Roman"/>
          <w:color w:val="000000"/>
          <w:sz w:val="24"/>
          <w:lang w:val="ru-RU"/>
        </w:rPr>
        <w:t xml:space="preserve">—  готовность к разнообразной совместной деятельности, стремление к взаимопониманию и взаимопомощи; </w:t>
      </w:r>
    </w:p>
    <w:p w:rsidR="006438C7" w:rsidRPr="009D5101" w:rsidRDefault="009D5101">
      <w:pPr>
        <w:autoSpaceDE w:val="0"/>
        <w:autoSpaceDN w:val="0"/>
        <w:spacing w:before="192" w:after="0" w:line="230" w:lineRule="auto"/>
        <w:ind w:left="420"/>
        <w:rPr>
          <w:lang w:val="ru-RU"/>
        </w:rPr>
      </w:pPr>
      <w:r w:rsidRPr="009D5101">
        <w:rPr>
          <w:rFonts w:ascii="Times New Roman" w:eastAsia="Times New Roman" w:hAnsi="Times New Roman"/>
          <w:color w:val="000000"/>
          <w:sz w:val="24"/>
          <w:lang w:val="ru-RU"/>
        </w:rPr>
        <w:t xml:space="preserve">—  активное участие в школьном самоуправлении; </w:t>
      </w:r>
    </w:p>
    <w:p w:rsidR="006438C7" w:rsidRPr="009D5101" w:rsidRDefault="009D5101">
      <w:pPr>
        <w:autoSpaceDE w:val="0"/>
        <w:autoSpaceDN w:val="0"/>
        <w:spacing w:before="192" w:after="0" w:line="262" w:lineRule="auto"/>
        <w:ind w:left="420" w:right="432"/>
        <w:rPr>
          <w:lang w:val="ru-RU"/>
        </w:rPr>
      </w:pPr>
      <w:r w:rsidRPr="009D5101">
        <w:rPr>
          <w:rFonts w:ascii="Times New Roman" w:eastAsia="Times New Roman" w:hAnsi="Times New Roman"/>
          <w:color w:val="000000"/>
          <w:sz w:val="24"/>
          <w:lang w:val="ru-RU"/>
        </w:rPr>
        <w:t xml:space="preserve">—  готовность к участию в гуманитарной деятельности (помощь людям, нуждающимся в ней; </w:t>
      </w:r>
      <w:proofErr w:type="spellStart"/>
      <w:r w:rsidRPr="009D5101">
        <w:rPr>
          <w:rFonts w:ascii="Times New Roman" w:eastAsia="Times New Roman" w:hAnsi="Times New Roman"/>
          <w:color w:val="000000"/>
          <w:sz w:val="24"/>
          <w:lang w:val="ru-RU"/>
        </w:rPr>
        <w:t>волонтёрство</w:t>
      </w:r>
      <w:proofErr w:type="spellEnd"/>
      <w:r w:rsidRPr="009D5101">
        <w:rPr>
          <w:rFonts w:ascii="Times New Roman" w:eastAsia="Times New Roman" w:hAnsi="Times New Roman"/>
          <w:color w:val="000000"/>
          <w:sz w:val="24"/>
          <w:lang w:val="ru-RU"/>
        </w:rPr>
        <w:t>);</w:t>
      </w:r>
    </w:p>
    <w:p w:rsidR="006438C7" w:rsidRPr="009D5101" w:rsidRDefault="009D5101">
      <w:pPr>
        <w:autoSpaceDE w:val="0"/>
        <w:autoSpaceDN w:val="0"/>
        <w:spacing w:before="178" w:after="0" w:line="230" w:lineRule="auto"/>
        <w:ind w:left="180"/>
        <w:rPr>
          <w:lang w:val="ru-RU"/>
        </w:rPr>
      </w:pPr>
      <w:r w:rsidRPr="009D5101">
        <w:rPr>
          <w:rFonts w:ascii="Times New Roman" w:eastAsia="Times New Roman" w:hAnsi="Times New Roman"/>
          <w:b/>
          <w:i/>
          <w:color w:val="000000"/>
          <w:sz w:val="24"/>
          <w:lang w:val="ru-RU"/>
        </w:rPr>
        <w:t>патриотического воспитания:</w:t>
      </w:r>
    </w:p>
    <w:p w:rsidR="006438C7" w:rsidRPr="009D5101" w:rsidRDefault="009D5101">
      <w:pPr>
        <w:autoSpaceDE w:val="0"/>
        <w:autoSpaceDN w:val="0"/>
        <w:spacing w:before="178" w:after="0" w:line="271" w:lineRule="auto"/>
        <w:ind w:left="420" w:right="144"/>
        <w:rPr>
          <w:lang w:val="ru-RU"/>
        </w:rPr>
      </w:pPr>
      <w:r w:rsidRPr="009D5101">
        <w:rPr>
          <w:rFonts w:ascii="Times New Roman" w:eastAsia="Times New Roman" w:hAnsi="Times New Roman"/>
          <w:color w:val="000000"/>
          <w:sz w:val="24"/>
          <w:lang w:val="ru-RU"/>
        </w:rPr>
        <w:t xml:space="preserve">—  осознание российской гражданской идентичности в поликультурном и </w:t>
      </w:r>
      <w:r w:rsidRPr="009D5101">
        <w:rPr>
          <w:lang w:val="ru-RU"/>
        </w:rPr>
        <w:br/>
      </w:r>
      <w:r w:rsidRPr="009D5101">
        <w:rPr>
          <w:rFonts w:ascii="Times New Roman" w:eastAsia="Times New Roman" w:hAnsi="Times New Roman"/>
          <w:color w:val="000000"/>
          <w:sz w:val="24"/>
          <w:lang w:val="ru-RU"/>
        </w:rPr>
        <w:t xml:space="preserve">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w:t>
      </w:r>
    </w:p>
    <w:p w:rsidR="006438C7" w:rsidRPr="009D5101" w:rsidRDefault="009D5101">
      <w:pPr>
        <w:autoSpaceDE w:val="0"/>
        <w:autoSpaceDN w:val="0"/>
        <w:spacing w:before="190" w:after="0" w:line="271" w:lineRule="auto"/>
        <w:ind w:left="420" w:right="288"/>
        <w:rPr>
          <w:lang w:val="ru-RU"/>
        </w:rPr>
      </w:pPr>
      <w:r w:rsidRPr="009D5101">
        <w:rPr>
          <w:rFonts w:ascii="Times New Roman" w:eastAsia="Times New Roman" w:hAnsi="Times New Roman"/>
          <w:color w:val="000000"/>
          <w:sz w:val="24"/>
          <w:lang w:val="ru-RU"/>
        </w:rPr>
        <w:t xml:space="preserve">—  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язык (русский)»; </w:t>
      </w:r>
    </w:p>
    <w:p w:rsidR="006438C7" w:rsidRPr="009D5101" w:rsidRDefault="009D5101">
      <w:pPr>
        <w:autoSpaceDE w:val="0"/>
        <w:autoSpaceDN w:val="0"/>
        <w:spacing w:before="190" w:after="0" w:line="271" w:lineRule="auto"/>
        <w:ind w:left="420" w:right="288"/>
        <w:rPr>
          <w:lang w:val="ru-RU"/>
        </w:rPr>
      </w:pPr>
      <w:r w:rsidRPr="009D5101">
        <w:rPr>
          <w:rFonts w:ascii="Times New Roman" w:eastAsia="Times New Roman" w:hAnsi="Times New Roman"/>
          <w:color w:val="000000"/>
          <w:sz w:val="24"/>
          <w:lang w:val="ru-RU"/>
        </w:rPr>
        <w:t xml:space="preserve">—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w:t>
      </w:r>
    </w:p>
    <w:p w:rsidR="006438C7" w:rsidRPr="009D5101" w:rsidRDefault="006438C7">
      <w:pPr>
        <w:rPr>
          <w:lang w:val="ru-RU"/>
        </w:rPr>
        <w:sectPr w:rsidR="006438C7" w:rsidRPr="009D5101">
          <w:pgSz w:w="11900" w:h="16840"/>
          <w:pgMar w:top="298" w:right="650" w:bottom="450" w:left="666" w:header="720" w:footer="720" w:gutter="0"/>
          <w:cols w:space="720" w:equalWidth="0">
            <w:col w:w="10584" w:space="0"/>
          </w:cols>
          <w:docGrid w:linePitch="360"/>
        </w:sectPr>
      </w:pPr>
    </w:p>
    <w:p w:rsidR="006438C7" w:rsidRPr="009D5101" w:rsidRDefault="006438C7">
      <w:pPr>
        <w:autoSpaceDE w:val="0"/>
        <w:autoSpaceDN w:val="0"/>
        <w:spacing w:after="108" w:line="220" w:lineRule="exact"/>
        <w:rPr>
          <w:lang w:val="ru-RU"/>
        </w:rPr>
      </w:pPr>
    </w:p>
    <w:p w:rsidR="006438C7" w:rsidRPr="009D5101" w:rsidRDefault="009D5101">
      <w:pPr>
        <w:autoSpaceDE w:val="0"/>
        <w:autoSpaceDN w:val="0"/>
        <w:spacing w:after="0" w:line="262" w:lineRule="auto"/>
        <w:ind w:left="240" w:right="144"/>
        <w:rPr>
          <w:lang w:val="ru-RU"/>
        </w:rPr>
      </w:pPr>
      <w:r w:rsidRPr="009D5101">
        <w:rPr>
          <w:rFonts w:ascii="Times New Roman" w:eastAsia="Times New Roman" w:hAnsi="Times New Roman"/>
          <w:color w:val="000000"/>
          <w:sz w:val="24"/>
          <w:lang w:val="ru-RU"/>
        </w:rPr>
        <w:t>—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6438C7" w:rsidRPr="009D5101" w:rsidRDefault="009D5101">
      <w:pPr>
        <w:autoSpaceDE w:val="0"/>
        <w:autoSpaceDN w:val="0"/>
        <w:spacing w:before="178" w:after="0" w:line="230" w:lineRule="auto"/>
        <w:rPr>
          <w:lang w:val="ru-RU"/>
        </w:rPr>
      </w:pPr>
      <w:r w:rsidRPr="009D5101">
        <w:rPr>
          <w:rFonts w:ascii="Times New Roman" w:eastAsia="Times New Roman" w:hAnsi="Times New Roman"/>
          <w:b/>
          <w:i/>
          <w:color w:val="000000"/>
          <w:sz w:val="24"/>
          <w:lang w:val="ru-RU"/>
        </w:rPr>
        <w:t>духовно-нравственного воспитания:</w:t>
      </w:r>
    </w:p>
    <w:p w:rsidR="006438C7" w:rsidRPr="009D5101" w:rsidRDefault="009D5101">
      <w:pPr>
        <w:autoSpaceDE w:val="0"/>
        <w:autoSpaceDN w:val="0"/>
        <w:spacing w:before="178" w:after="0" w:line="230" w:lineRule="auto"/>
        <w:ind w:left="240"/>
        <w:rPr>
          <w:lang w:val="ru-RU"/>
        </w:rPr>
      </w:pPr>
      <w:r w:rsidRPr="009D5101">
        <w:rPr>
          <w:rFonts w:ascii="Times New Roman" w:eastAsia="Times New Roman" w:hAnsi="Times New Roman"/>
          <w:color w:val="000000"/>
          <w:sz w:val="24"/>
          <w:lang w:val="ru-RU"/>
        </w:rPr>
        <w:t xml:space="preserve">—  ориентация на моральные ценности и нормы в ситуациях нравственного выбора; </w:t>
      </w:r>
    </w:p>
    <w:p w:rsidR="006438C7" w:rsidRPr="009D5101" w:rsidRDefault="009D5101">
      <w:pPr>
        <w:autoSpaceDE w:val="0"/>
        <w:autoSpaceDN w:val="0"/>
        <w:spacing w:before="190" w:after="0" w:line="271" w:lineRule="auto"/>
        <w:ind w:left="240"/>
        <w:rPr>
          <w:lang w:val="ru-RU"/>
        </w:rPr>
      </w:pPr>
      <w:r w:rsidRPr="009D5101">
        <w:rPr>
          <w:rFonts w:ascii="Times New Roman" w:eastAsia="Times New Roman" w:hAnsi="Times New Roman"/>
          <w:color w:val="000000"/>
          <w:sz w:val="24"/>
          <w:lang w:val="ru-RU"/>
        </w:rPr>
        <w:t xml:space="preserve">—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w:t>
      </w:r>
    </w:p>
    <w:p w:rsidR="006438C7" w:rsidRPr="009D5101" w:rsidRDefault="009D5101">
      <w:pPr>
        <w:autoSpaceDE w:val="0"/>
        <w:autoSpaceDN w:val="0"/>
        <w:spacing w:before="190" w:after="0" w:line="230" w:lineRule="auto"/>
        <w:ind w:left="240"/>
        <w:rPr>
          <w:lang w:val="ru-RU"/>
        </w:rPr>
      </w:pPr>
      <w:r w:rsidRPr="009D5101">
        <w:rPr>
          <w:rFonts w:ascii="Times New Roman" w:eastAsia="Times New Roman" w:hAnsi="Times New Roman"/>
          <w:color w:val="000000"/>
          <w:sz w:val="24"/>
          <w:lang w:val="ru-RU"/>
        </w:rPr>
        <w:t xml:space="preserve">—  активное неприятие асоциальных поступков; </w:t>
      </w:r>
    </w:p>
    <w:p w:rsidR="006438C7" w:rsidRPr="009D5101" w:rsidRDefault="009D5101">
      <w:pPr>
        <w:autoSpaceDE w:val="0"/>
        <w:autoSpaceDN w:val="0"/>
        <w:spacing w:before="192" w:after="0" w:line="262" w:lineRule="auto"/>
        <w:ind w:left="240" w:right="864"/>
        <w:rPr>
          <w:lang w:val="ru-RU"/>
        </w:rPr>
      </w:pPr>
      <w:r w:rsidRPr="009D5101">
        <w:rPr>
          <w:rFonts w:ascii="Times New Roman" w:eastAsia="Times New Roman" w:hAnsi="Times New Roman"/>
          <w:color w:val="000000"/>
          <w:sz w:val="24"/>
          <w:lang w:val="ru-RU"/>
        </w:rPr>
        <w:t>—  свобода и ответственность личности в условиях индивидуального и общественного пространства;</w:t>
      </w:r>
    </w:p>
    <w:p w:rsidR="006438C7" w:rsidRPr="009D5101" w:rsidRDefault="009D5101">
      <w:pPr>
        <w:autoSpaceDE w:val="0"/>
        <w:autoSpaceDN w:val="0"/>
        <w:spacing w:before="178" w:after="0" w:line="230" w:lineRule="auto"/>
        <w:rPr>
          <w:lang w:val="ru-RU"/>
        </w:rPr>
      </w:pPr>
      <w:r w:rsidRPr="009D5101">
        <w:rPr>
          <w:rFonts w:ascii="Times New Roman" w:eastAsia="Times New Roman" w:hAnsi="Times New Roman"/>
          <w:b/>
          <w:i/>
          <w:color w:val="000000"/>
          <w:sz w:val="24"/>
          <w:lang w:val="ru-RU"/>
        </w:rPr>
        <w:t>эстетического воспитания:</w:t>
      </w:r>
    </w:p>
    <w:p w:rsidR="006438C7" w:rsidRPr="009D5101" w:rsidRDefault="009D5101">
      <w:pPr>
        <w:autoSpaceDE w:val="0"/>
        <w:autoSpaceDN w:val="0"/>
        <w:spacing w:before="178" w:after="0" w:line="262" w:lineRule="auto"/>
        <w:ind w:left="240" w:right="576"/>
        <w:rPr>
          <w:lang w:val="ru-RU"/>
        </w:rPr>
      </w:pPr>
      <w:r w:rsidRPr="009D5101">
        <w:rPr>
          <w:rFonts w:ascii="Times New Roman" w:eastAsia="Times New Roman" w:hAnsi="Times New Roman"/>
          <w:color w:val="000000"/>
          <w:sz w:val="24"/>
          <w:lang w:val="ru-RU"/>
        </w:rPr>
        <w:t xml:space="preserve">—  восприимчивость к разным видам искусства, традициям и творчеству своего и других народов; </w:t>
      </w:r>
    </w:p>
    <w:p w:rsidR="006438C7" w:rsidRPr="009D5101" w:rsidRDefault="009D5101">
      <w:pPr>
        <w:autoSpaceDE w:val="0"/>
        <w:autoSpaceDN w:val="0"/>
        <w:spacing w:before="190" w:after="0" w:line="230" w:lineRule="auto"/>
        <w:ind w:left="240"/>
        <w:rPr>
          <w:lang w:val="ru-RU"/>
        </w:rPr>
      </w:pPr>
      <w:r w:rsidRPr="009D5101">
        <w:rPr>
          <w:rFonts w:ascii="Times New Roman" w:eastAsia="Times New Roman" w:hAnsi="Times New Roman"/>
          <w:color w:val="000000"/>
          <w:sz w:val="24"/>
          <w:lang w:val="ru-RU"/>
        </w:rPr>
        <w:t xml:space="preserve">—  понимание эмоционального воздействия искусства; </w:t>
      </w:r>
    </w:p>
    <w:p w:rsidR="006438C7" w:rsidRPr="009D5101" w:rsidRDefault="009D5101">
      <w:pPr>
        <w:autoSpaceDE w:val="0"/>
        <w:autoSpaceDN w:val="0"/>
        <w:spacing w:before="190" w:after="0" w:line="262" w:lineRule="auto"/>
        <w:ind w:left="240" w:right="1440"/>
        <w:rPr>
          <w:lang w:val="ru-RU"/>
        </w:rPr>
      </w:pPr>
      <w:r w:rsidRPr="009D5101">
        <w:rPr>
          <w:rFonts w:ascii="Times New Roman" w:eastAsia="Times New Roman" w:hAnsi="Times New Roman"/>
          <w:color w:val="000000"/>
          <w:sz w:val="24"/>
          <w:lang w:val="ru-RU"/>
        </w:rPr>
        <w:t xml:space="preserve">—  осознание важности художественной культуры как средства коммуникации и самовыражения; </w:t>
      </w:r>
    </w:p>
    <w:p w:rsidR="006438C7" w:rsidRPr="009D5101" w:rsidRDefault="009D5101">
      <w:pPr>
        <w:autoSpaceDE w:val="0"/>
        <w:autoSpaceDN w:val="0"/>
        <w:spacing w:before="190" w:after="0" w:line="230" w:lineRule="auto"/>
        <w:ind w:left="240"/>
        <w:rPr>
          <w:lang w:val="ru-RU"/>
        </w:rPr>
      </w:pPr>
      <w:r w:rsidRPr="009D5101">
        <w:rPr>
          <w:rFonts w:ascii="Times New Roman" w:eastAsia="Times New Roman" w:hAnsi="Times New Roman"/>
          <w:color w:val="000000"/>
          <w:sz w:val="24"/>
          <w:lang w:val="ru-RU"/>
        </w:rPr>
        <w:t xml:space="preserve">—  осознание важности русского языка как средства коммуникации и самовыражения; </w:t>
      </w:r>
    </w:p>
    <w:p w:rsidR="006438C7" w:rsidRPr="009D5101" w:rsidRDefault="009D5101">
      <w:pPr>
        <w:autoSpaceDE w:val="0"/>
        <w:autoSpaceDN w:val="0"/>
        <w:spacing w:before="190" w:after="0" w:line="262" w:lineRule="auto"/>
        <w:ind w:left="240" w:right="288"/>
        <w:rPr>
          <w:lang w:val="ru-RU"/>
        </w:rPr>
      </w:pPr>
      <w:r w:rsidRPr="009D5101">
        <w:rPr>
          <w:rFonts w:ascii="Times New Roman" w:eastAsia="Times New Roman" w:hAnsi="Times New Roman"/>
          <w:color w:val="000000"/>
          <w:sz w:val="24"/>
          <w:lang w:val="ru-RU"/>
        </w:rPr>
        <w:t xml:space="preserve">—  понимание ценности отечественного и мирового искусства, роли этнических культурных традиций и народного творчества; </w:t>
      </w:r>
    </w:p>
    <w:p w:rsidR="006438C7" w:rsidRPr="009D5101" w:rsidRDefault="009D5101">
      <w:pPr>
        <w:autoSpaceDE w:val="0"/>
        <w:autoSpaceDN w:val="0"/>
        <w:spacing w:before="190" w:after="0" w:line="230" w:lineRule="auto"/>
        <w:ind w:left="240"/>
        <w:rPr>
          <w:lang w:val="ru-RU"/>
        </w:rPr>
      </w:pPr>
      <w:r w:rsidRPr="009D5101">
        <w:rPr>
          <w:rFonts w:ascii="Times New Roman" w:eastAsia="Times New Roman" w:hAnsi="Times New Roman"/>
          <w:color w:val="000000"/>
          <w:sz w:val="24"/>
          <w:lang w:val="ru-RU"/>
        </w:rPr>
        <w:t>—  стремление к самовыражению в разных видах искусства;</w:t>
      </w:r>
    </w:p>
    <w:p w:rsidR="006438C7" w:rsidRPr="009D5101" w:rsidRDefault="009D5101">
      <w:pPr>
        <w:autoSpaceDE w:val="0"/>
        <w:autoSpaceDN w:val="0"/>
        <w:spacing w:before="178" w:after="0" w:line="230" w:lineRule="auto"/>
        <w:rPr>
          <w:lang w:val="ru-RU"/>
        </w:rPr>
      </w:pPr>
      <w:r w:rsidRPr="009D5101">
        <w:rPr>
          <w:rFonts w:ascii="Times New Roman" w:eastAsia="Times New Roman" w:hAnsi="Times New Roman"/>
          <w:b/>
          <w:i/>
          <w:color w:val="000000"/>
          <w:sz w:val="24"/>
          <w:lang w:val="ru-RU"/>
        </w:rPr>
        <w:t>физического воспитания, формирования культуры здоровья и эмоционального благополучия:</w:t>
      </w:r>
    </w:p>
    <w:p w:rsidR="006438C7" w:rsidRPr="009D5101" w:rsidRDefault="009D5101">
      <w:pPr>
        <w:autoSpaceDE w:val="0"/>
        <w:autoSpaceDN w:val="0"/>
        <w:spacing w:before="178" w:after="0" w:line="286" w:lineRule="auto"/>
        <w:ind w:left="240"/>
        <w:rPr>
          <w:lang w:val="ru-RU"/>
        </w:rPr>
      </w:pPr>
      <w:r w:rsidRPr="009D5101">
        <w:rPr>
          <w:rFonts w:ascii="Times New Roman" w:eastAsia="Times New Roman" w:hAnsi="Times New Roman"/>
          <w:color w:val="000000"/>
          <w:sz w:val="24"/>
          <w:lang w:val="ru-RU"/>
        </w:rPr>
        <w:t xml:space="preserve">—  осознание ценности жизни с опорой на собственный жизненный и читательский опыт;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w:t>
      </w:r>
      <w:r w:rsidRPr="009D5101">
        <w:rPr>
          <w:lang w:val="ru-RU"/>
        </w:rPr>
        <w:br/>
      </w:r>
      <w:r w:rsidRPr="009D5101">
        <w:rPr>
          <w:rFonts w:ascii="Times New Roman" w:eastAsia="Times New Roman" w:hAnsi="Times New Roman"/>
          <w:color w:val="000000"/>
          <w:sz w:val="24"/>
          <w:lang w:val="ru-RU"/>
        </w:rPr>
        <w:t>психического здоровья; соблюдение правил безопасности, в том числе навыки безопасного поведения в интернет-среде в процессе школьного языкового образования;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6438C7" w:rsidRPr="009D5101" w:rsidRDefault="009D5101">
      <w:pPr>
        <w:autoSpaceDE w:val="0"/>
        <w:autoSpaceDN w:val="0"/>
        <w:spacing w:before="190" w:after="0" w:line="230" w:lineRule="auto"/>
        <w:ind w:left="240"/>
        <w:rPr>
          <w:lang w:val="ru-RU"/>
        </w:rPr>
      </w:pPr>
      <w:r w:rsidRPr="009D5101">
        <w:rPr>
          <w:rFonts w:ascii="Times New Roman" w:eastAsia="Times New Roman" w:hAnsi="Times New Roman"/>
          <w:color w:val="000000"/>
          <w:sz w:val="24"/>
          <w:lang w:val="ru-RU"/>
        </w:rPr>
        <w:t>—  умение принимать себя и других не осуждая;</w:t>
      </w:r>
    </w:p>
    <w:p w:rsidR="006438C7" w:rsidRPr="009D5101" w:rsidRDefault="009D5101">
      <w:pPr>
        <w:autoSpaceDE w:val="0"/>
        <w:autoSpaceDN w:val="0"/>
        <w:spacing w:before="190" w:after="0" w:line="281" w:lineRule="auto"/>
        <w:ind w:left="240" w:right="288"/>
        <w:rPr>
          <w:lang w:val="ru-RU"/>
        </w:rPr>
      </w:pPr>
      <w:r w:rsidRPr="009D5101">
        <w:rPr>
          <w:rFonts w:ascii="Times New Roman" w:eastAsia="Times New Roman" w:hAnsi="Times New Roman"/>
          <w:color w:val="000000"/>
          <w:sz w:val="24"/>
          <w:lang w:val="ru-RU"/>
        </w:rPr>
        <w:t xml:space="preserve">—  умение осознавать своё эмоциональное состояние и эмоциональное состояние других, использовать адекватные языковые средства для выражения своего состояния, в том числе опираясь на примеры из литературных произведений, написанных на русском языке; </w:t>
      </w:r>
      <w:proofErr w:type="spellStart"/>
      <w:r w:rsidRPr="009D5101">
        <w:rPr>
          <w:rFonts w:ascii="Times New Roman" w:eastAsia="Times New Roman" w:hAnsi="Times New Roman"/>
          <w:color w:val="000000"/>
          <w:sz w:val="24"/>
          <w:lang w:val="ru-RU"/>
        </w:rPr>
        <w:t>сформированность</w:t>
      </w:r>
      <w:proofErr w:type="spellEnd"/>
      <w:r w:rsidRPr="009D5101">
        <w:rPr>
          <w:rFonts w:ascii="Times New Roman" w:eastAsia="Times New Roman" w:hAnsi="Times New Roman"/>
          <w:color w:val="000000"/>
          <w:sz w:val="24"/>
          <w:lang w:val="ru-RU"/>
        </w:rPr>
        <w:t xml:space="preserve"> навыков рефлексии, признание своего права на ошибку и такого же права другого человека;</w:t>
      </w:r>
    </w:p>
    <w:p w:rsidR="006438C7" w:rsidRPr="009D5101" w:rsidRDefault="009D5101">
      <w:pPr>
        <w:autoSpaceDE w:val="0"/>
        <w:autoSpaceDN w:val="0"/>
        <w:spacing w:before="178" w:after="0" w:line="230" w:lineRule="auto"/>
        <w:rPr>
          <w:lang w:val="ru-RU"/>
        </w:rPr>
      </w:pPr>
      <w:r w:rsidRPr="009D5101">
        <w:rPr>
          <w:rFonts w:ascii="Times New Roman" w:eastAsia="Times New Roman" w:hAnsi="Times New Roman"/>
          <w:b/>
          <w:i/>
          <w:color w:val="000000"/>
          <w:sz w:val="24"/>
          <w:lang w:val="ru-RU"/>
        </w:rPr>
        <w:t>трудового воспитания:</w:t>
      </w:r>
    </w:p>
    <w:p w:rsidR="006438C7" w:rsidRPr="009D5101" w:rsidRDefault="009D5101">
      <w:pPr>
        <w:autoSpaceDE w:val="0"/>
        <w:autoSpaceDN w:val="0"/>
        <w:spacing w:before="178" w:after="0" w:line="271" w:lineRule="auto"/>
        <w:ind w:left="240" w:right="576"/>
        <w:rPr>
          <w:lang w:val="ru-RU"/>
        </w:rPr>
      </w:pPr>
      <w:r w:rsidRPr="009D5101">
        <w:rPr>
          <w:rFonts w:ascii="Times New Roman" w:eastAsia="Times New Roman" w:hAnsi="Times New Roman"/>
          <w:color w:val="000000"/>
          <w:sz w:val="24"/>
          <w:lang w:val="ru-RU"/>
        </w:rPr>
        <w:t>—  установка на активное участие в решении практических задач (в рамках семьи, школы, города,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6438C7" w:rsidRPr="009D5101" w:rsidRDefault="006438C7">
      <w:pPr>
        <w:rPr>
          <w:lang w:val="ru-RU"/>
        </w:rPr>
        <w:sectPr w:rsidR="006438C7" w:rsidRPr="009D5101">
          <w:pgSz w:w="11900" w:h="16840"/>
          <w:pgMar w:top="328" w:right="932" w:bottom="372" w:left="846" w:header="720" w:footer="720" w:gutter="0"/>
          <w:cols w:space="720" w:equalWidth="0">
            <w:col w:w="10122" w:space="0"/>
          </w:cols>
          <w:docGrid w:linePitch="360"/>
        </w:sectPr>
      </w:pPr>
    </w:p>
    <w:p w:rsidR="006438C7" w:rsidRPr="009D5101" w:rsidRDefault="006438C7">
      <w:pPr>
        <w:autoSpaceDE w:val="0"/>
        <w:autoSpaceDN w:val="0"/>
        <w:spacing w:after="72" w:line="220" w:lineRule="exact"/>
        <w:rPr>
          <w:lang w:val="ru-RU"/>
        </w:rPr>
      </w:pPr>
    </w:p>
    <w:p w:rsidR="006438C7" w:rsidRPr="009D5101" w:rsidRDefault="009D5101">
      <w:pPr>
        <w:autoSpaceDE w:val="0"/>
        <w:autoSpaceDN w:val="0"/>
        <w:spacing w:after="0" w:line="281" w:lineRule="auto"/>
        <w:ind w:left="420"/>
        <w:rPr>
          <w:lang w:val="ru-RU"/>
        </w:rPr>
      </w:pPr>
      <w:r w:rsidRPr="009D5101">
        <w:rPr>
          <w:rFonts w:ascii="Times New Roman" w:eastAsia="Times New Roman" w:hAnsi="Times New Roman"/>
          <w:color w:val="000000"/>
          <w:sz w:val="24"/>
          <w:lang w:val="ru-RU"/>
        </w:rPr>
        <w:t>—  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6438C7" w:rsidRPr="009D5101" w:rsidRDefault="009D5101">
      <w:pPr>
        <w:autoSpaceDE w:val="0"/>
        <w:autoSpaceDN w:val="0"/>
        <w:spacing w:before="178" w:after="0" w:line="230" w:lineRule="auto"/>
        <w:ind w:left="180"/>
        <w:rPr>
          <w:lang w:val="ru-RU"/>
        </w:rPr>
      </w:pPr>
      <w:r w:rsidRPr="009D5101">
        <w:rPr>
          <w:rFonts w:ascii="Times New Roman" w:eastAsia="Times New Roman" w:hAnsi="Times New Roman"/>
          <w:b/>
          <w:i/>
          <w:color w:val="000000"/>
          <w:sz w:val="24"/>
          <w:lang w:val="ru-RU"/>
        </w:rPr>
        <w:t>экологического воспитания:</w:t>
      </w:r>
    </w:p>
    <w:p w:rsidR="006438C7" w:rsidRPr="009D5101" w:rsidRDefault="009D5101">
      <w:pPr>
        <w:autoSpaceDE w:val="0"/>
        <w:autoSpaceDN w:val="0"/>
        <w:spacing w:before="178" w:after="0"/>
        <w:ind w:left="420" w:right="144"/>
        <w:rPr>
          <w:lang w:val="ru-RU"/>
        </w:rPr>
      </w:pPr>
      <w:r w:rsidRPr="009D5101">
        <w:rPr>
          <w:rFonts w:ascii="Times New Roman" w:eastAsia="Times New Roman" w:hAnsi="Times New Roman"/>
          <w:color w:val="000000"/>
          <w:sz w:val="24"/>
          <w:lang w:val="ru-RU"/>
        </w:rPr>
        <w:t xml:space="preserve">—  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w:t>
      </w:r>
      <w:r w:rsidRPr="009D5101">
        <w:rPr>
          <w:lang w:val="ru-RU"/>
        </w:rPr>
        <w:br/>
      </w:r>
      <w:r w:rsidRPr="009D5101">
        <w:rPr>
          <w:rFonts w:ascii="Times New Roman" w:eastAsia="Times New Roman" w:hAnsi="Times New Roman"/>
          <w:color w:val="000000"/>
          <w:sz w:val="24"/>
          <w:lang w:val="ru-RU"/>
        </w:rPr>
        <w:t>последствий для окружающей среды; умение точно, логично выражать свою точку зрения на экологические проблемы;</w:t>
      </w:r>
    </w:p>
    <w:p w:rsidR="006438C7" w:rsidRPr="009D5101" w:rsidRDefault="009D5101">
      <w:pPr>
        <w:autoSpaceDE w:val="0"/>
        <w:autoSpaceDN w:val="0"/>
        <w:spacing w:before="192" w:after="0" w:line="283" w:lineRule="auto"/>
        <w:ind w:left="420"/>
        <w:rPr>
          <w:lang w:val="ru-RU"/>
        </w:rPr>
      </w:pPr>
      <w:r w:rsidRPr="009D5101">
        <w:rPr>
          <w:rFonts w:ascii="Times New Roman" w:eastAsia="Times New Roman" w:hAnsi="Times New Roman"/>
          <w:color w:val="000000"/>
          <w:sz w:val="24"/>
          <w:lang w:val="ru-RU"/>
        </w:rPr>
        <w:t xml:space="preserve">—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w:t>
      </w:r>
      <w:r w:rsidRPr="009D5101">
        <w:rPr>
          <w:lang w:val="ru-RU"/>
        </w:rPr>
        <w:br/>
      </w:r>
      <w:r w:rsidRPr="009D5101">
        <w:rPr>
          <w:rFonts w:ascii="Times New Roman" w:eastAsia="Times New Roman" w:hAnsi="Times New Roman"/>
          <w:color w:val="000000"/>
          <w:sz w:val="24"/>
          <w:lang w:val="ru-RU"/>
        </w:rPr>
        <w:t xml:space="preserve">поднимающими экологические проблемы;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w:t>
      </w:r>
      <w:r w:rsidRPr="009D5101">
        <w:rPr>
          <w:lang w:val="ru-RU"/>
        </w:rPr>
        <w:br/>
      </w:r>
      <w:r w:rsidRPr="009D5101">
        <w:rPr>
          <w:rFonts w:ascii="Times New Roman" w:eastAsia="Times New Roman" w:hAnsi="Times New Roman"/>
          <w:color w:val="000000"/>
          <w:sz w:val="24"/>
          <w:lang w:val="ru-RU"/>
        </w:rPr>
        <w:t>деятельности экологической направленности;</w:t>
      </w:r>
    </w:p>
    <w:p w:rsidR="006438C7" w:rsidRPr="009D5101" w:rsidRDefault="009D5101">
      <w:pPr>
        <w:autoSpaceDE w:val="0"/>
        <w:autoSpaceDN w:val="0"/>
        <w:spacing w:before="178" w:after="0" w:line="230" w:lineRule="auto"/>
        <w:ind w:left="180"/>
        <w:rPr>
          <w:lang w:val="ru-RU"/>
        </w:rPr>
      </w:pPr>
      <w:r w:rsidRPr="009D5101">
        <w:rPr>
          <w:rFonts w:ascii="Times New Roman" w:eastAsia="Times New Roman" w:hAnsi="Times New Roman"/>
          <w:b/>
          <w:i/>
          <w:color w:val="000000"/>
          <w:sz w:val="24"/>
          <w:lang w:val="ru-RU"/>
        </w:rPr>
        <w:t>ценности научного познания:</w:t>
      </w:r>
    </w:p>
    <w:p w:rsidR="006438C7" w:rsidRPr="009D5101" w:rsidRDefault="009D5101">
      <w:pPr>
        <w:autoSpaceDE w:val="0"/>
        <w:autoSpaceDN w:val="0"/>
        <w:spacing w:before="178" w:after="0" w:line="271" w:lineRule="auto"/>
        <w:ind w:left="420" w:right="144"/>
        <w:rPr>
          <w:lang w:val="ru-RU"/>
        </w:rPr>
      </w:pPr>
      <w:r w:rsidRPr="009D5101">
        <w:rPr>
          <w:rFonts w:ascii="Times New Roman" w:eastAsia="Times New Roman" w:hAnsi="Times New Roman"/>
          <w:color w:val="000000"/>
          <w:sz w:val="24"/>
          <w:lang w:val="ru-RU"/>
        </w:rPr>
        <w:t xml:space="preserve">—  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w:t>
      </w:r>
    </w:p>
    <w:p w:rsidR="006438C7" w:rsidRPr="009D5101" w:rsidRDefault="009D5101">
      <w:pPr>
        <w:autoSpaceDE w:val="0"/>
        <w:autoSpaceDN w:val="0"/>
        <w:spacing w:before="190" w:after="0" w:line="262" w:lineRule="auto"/>
        <w:ind w:left="420" w:right="576"/>
        <w:rPr>
          <w:lang w:val="ru-RU"/>
        </w:rPr>
      </w:pPr>
      <w:r w:rsidRPr="009D5101">
        <w:rPr>
          <w:rFonts w:ascii="Times New Roman" w:eastAsia="Times New Roman" w:hAnsi="Times New Roman"/>
          <w:color w:val="000000"/>
          <w:sz w:val="24"/>
          <w:lang w:val="ru-RU"/>
        </w:rPr>
        <w:t xml:space="preserve">—  овладение языковой и читательской культурой, навыками чтения как средства познания мира; </w:t>
      </w:r>
    </w:p>
    <w:p w:rsidR="006438C7" w:rsidRPr="009D5101" w:rsidRDefault="009D5101">
      <w:pPr>
        <w:autoSpaceDE w:val="0"/>
        <w:autoSpaceDN w:val="0"/>
        <w:spacing w:before="190" w:after="0" w:line="262" w:lineRule="auto"/>
        <w:ind w:left="420" w:right="720"/>
        <w:rPr>
          <w:lang w:val="ru-RU"/>
        </w:rPr>
      </w:pPr>
      <w:r w:rsidRPr="009D5101">
        <w:rPr>
          <w:rFonts w:ascii="Times New Roman" w:eastAsia="Times New Roman" w:hAnsi="Times New Roman"/>
          <w:color w:val="000000"/>
          <w:sz w:val="24"/>
          <w:lang w:val="ru-RU"/>
        </w:rPr>
        <w:t xml:space="preserve">—  овладение основными навыками исследовательской деятельности с учётом специфики школьного языкового образования; </w:t>
      </w:r>
    </w:p>
    <w:p w:rsidR="006438C7" w:rsidRPr="009D5101" w:rsidRDefault="009D5101">
      <w:pPr>
        <w:autoSpaceDE w:val="0"/>
        <w:autoSpaceDN w:val="0"/>
        <w:spacing w:before="190" w:after="0" w:line="262" w:lineRule="auto"/>
        <w:ind w:left="420" w:right="432"/>
        <w:rPr>
          <w:lang w:val="ru-RU"/>
        </w:rPr>
      </w:pPr>
      <w:r w:rsidRPr="009D5101">
        <w:rPr>
          <w:rFonts w:ascii="Times New Roman" w:eastAsia="Times New Roman" w:hAnsi="Times New Roman"/>
          <w:color w:val="000000"/>
          <w:sz w:val="24"/>
          <w:lang w:val="ru-RU"/>
        </w:rPr>
        <w:t>—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6438C7" w:rsidRPr="009D5101" w:rsidRDefault="009D5101">
      <w:pPr>
        <w:tabs>
          <w:tab w:val="left" w:pos="180"/>
        </w:tabs>
        <w:autoSpaceDE w:val="0"/>
        <w:autoSpaceDN w:val="0"/>
        <w:spacing w:before="300" w:after="0" w:line="262" w:lineRule="auto"/>
        <w:ind w:right="144"/>
        <w:rPr>
          <w:lang w:val="ru-RU"/>
        </w:rPr>
      </w:pPr>
      <w:r w:rsidRPr="009D5101">
        <w:rPr>
          <w:lang w:val="ru-RU"/>
        </w:rPr>
        <w:tab/>
      </w:r>
      <w:r w:rsidRPr="009D5101">
        <w:rPr>
          <w:rFonts w:ascii="Times New Roman" w:eastAsia="Times New Roman" w:hAnsi="Times New Roman"/>
          <w:color w:val="000000"/>
          <w:sz w:val="24"/>
          <w:lang w:val="ru-RU"/>
        </w:rPr>
        <w:t xml:space="preserve">Личностные результаты, обеспечивающие </w:t>
      </w:r>
      <w:r w:rsidRPr="009D5101">
        <w:rPr>
          <w:rFonts w:ascii="Times New Roman" w:eastAsia="Times New Roman" w:hAnsi="Times New Roman"/>
          <w:b/>
          <w:i/>
          <w:color w:val="000000"/>
          <w:sz w:val="24"/>
          <w:lang w:val="ru-RU"/>
        </w:rPr>
        <w:t>адаптацию обучающегося</w:t>
      </w:r>
      <w:r w:rsidRPr="009D5101">
        <w:rPr>
          <w:rFonts w:ascii="Times New Roman" w:eastAsia="Times New Roman" w:hAnsi="Times New Roman"/>
          <w:color w:val="000000"/>
          <w:sz w:val="24"/>
          <w:lang w:val="ru-RU"/>
        </w:rPr>
        <w:t xml:space="preserve"> к изменяющимся условиям социальной и природной среды:</w:t>
      </w:r>
    </w:p>
    <w:p w:rsidR="006438C7" w:rsidRPr="009D5101" w:rsidRDefault="009D5101">
      <w:pPr>
        <w:autoSpaceDE w:val="0"/>
        <w:autoSpaceDN w:val="0"/>
        <w:spacing w:before="178" w:after="0"/>
        <w:ind w:left="420" w:right="288"/>
        <w:rPr>
          <w:lang w:val="ru-RU"/>
        </w:rPr>
      </w:pPr>
      <w:r w:rsidRPr="009D5101">
        <w:rPr>
          <w:rFonts w:ascii="Times New Roman" w:eastAsia="Times New Roman" w:hAnsi="Times New Roman"/>
          <w:color w:val="000000"/>
          <w:sz w:val="24"/>
          <w:lang w:val="ru-RU"/>
        </w:rPr>
        <w:t>—  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6438C7" w:rsidRPr="009D5101" w:rsidRDefault="009D5101">
      <w:pPr>
        <w:autoSpaceDE w:val="0"/>
        <w:autoSpaceDN w:val="0"/>
        <w:spacing w:before="190" w:after="0" w:line="281" w:lineRule="auto"/>
        <w:ind w:left="420" w:right="144"/>
        <w:rPr>
          <w:lang w:val="ru-RU"/>
        </w:rPr>
      </w:pPr>
      <w:r w:rsidRPr="009D5101">
        <w:rPr>
          <w:rFonts w:ascii="Times New Roman" w:eastAsia="Times New Roman" w:hAnsi="Times New Roman"/>
          <w:color w:val="000000"/>
          <w:sz w:val="24"/>
          <w:lang w:val="ru-RU"/>
        </w:rPr>
        <w:t>—  способность обучающихся к взаимодействию в условиях неопределённости, открытость опыту и знаниям других; 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6438C7" w:rsidRPr="009D5101" w:rsidRDefault="009D5101">
      <w:pPr>
        <w:autoSpaceDE w:val="0"/>
        <w:autoSpaceDN w:val="0"/>
        <w:spacing w:before="190" w:after="0" w:line="271" w:lineRule="auto"/>
        <w:ind w:left="420"/>
        <w:rPr>
          <w:lang w:val="ru-RU"/>
        </w:rPr>
      </w:pPr>
      <w:r w:rsidRPr="009D5101">
        <w:rPr>
          <w:rFonts w:ascii="Times New Roman" w:eastAsia="Times New Roman" w:hAnsi="Times New Roman"/>
          <w:color w:val="000000"/>
          <w:sz w:val="24"/>
          <w:lang w:val="ru-RU"/>
        </w:rPr>
        <w:t>—  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6438C7" w:rsidRPr="009D5101" w:rsidRDefault="006438C7">
      <w:pPr>
        <w:rPr>
          <w:lang w:val="ru-RU"/>
        </w:rPr>
        <w:sectPr w:rsidR="006438C7" w:rsidRPr="009D5101">
          <w:pgSz w:w="11900" w:h="16840"/>
          <w:pgMar w:top="292" w:right="736" w:bottom="362" w:left="666" w:header="720" w:footer="720" w:gutter="0"/>
          <w:cols w:space="720" w:equalWidth="0">
            <w:col w:w="10498" w:space="0"/>
          </w:cols>
          <w:docGrid w:linePitch="360"/>
        </w:sectPr>
      </w:pPr>
    </w:p>
    <w:p w:rsidR="006438C7" w:rsidRPr="009D5101" w:rsidRDefault="006438C7">
      <w:pPr>
        <w:autoSpaceDE w:val="0"/>
        <w:autoSpaceDN w:val="0"/>
        <w:spacing w:after="84" w:line="220" w:lineRule="exact"/>
        <w:rPr>
          <w:lang w:val="ru-RU"/>
        </w:rPr>
      </w:pPr>
    </w:p>
    <w:p w:rsidR="006438C7" w:rsidRPr="009D5101" w:rsidRDefault="009D5101">
      <w:pPr>
        <w:autoSpaceDE w:val="0"/>
        <w:autoSpaceDN w:val="0"/>
        <w:spacing w:after="0"/>
        <w:ind w:left="420"/>
        <w:rPr>
          <w:lang w:val="ru-RU"/>
        </w:rPr>
      </w:pPr>
      <w:r w:rsidRPr="009D5101">
        <w:rPr>
          <w:rFonts w:ascii="Times New Roman" w:eastAsia="Times New Roman" w:hAnsi="Times New Roman"/>
          <w:color w:val="000000"/>
          <w:sz w:val="24"/>
          <w:lang w:val="ru-RU"/>
        </w:rPr>
        <w:t>—  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6438C7" w:rsidRPr="009D5101" w:rsidRDefault="009D5101">
      <w:pPr>
        <w:autoSpaceDE w:val="0"/>
        <w:autoSpaceDN w:val="0"/>
        <w:spacing w:before="190" w:after="0" w:line="281" w:lineRule="auto"/>
        <w:ind w:left="420" w:right="288"/>
        <w:rPr>
          <w:lang w:val="ru-RU"/>
        </w:rPr>
      </w:pPr>
      <w:r w:rsidRPr="009D5101">
        <w:rPr>
          <w:rFonts w:ascii="Times New Roman" w:eastAsia="Times New Roman" w:hAnsi="Times New Roman"/>
          <w:color w:val="000000"/>
          <w:sz w:val="24"/>
          <w:lang w:val="ru-RU"/>
        </w:rPr>
        <w:t xml:space="preserve">—  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w:t>
      </w:r>
      <w:r w:rsidRPr="009D5101">
        <w:rPr>
          <w:lang w:val="ru-RU"/>
        </w:rPr>
        <w:br/>
      </w:r>
      <w:r w:rsidRPr="009D5101">
        <w:rPr>
          <w:rFonts w:ascii="Times New Roman" w:eastAsia="Times New Roman" w:hAnsi="Times New Roman"/>
          <w:color w:val="000000"/>
          <w:sz w:val="24"/>
          <w:lang w:val="ru-RU"/>
        </w:rPr>
        <w:t>формировать опыт, уметь находить позитивное в сложившейся ситуации; быть готовым действовать в отсутствие гарантий успеха.</w:t>
      </w:r>
    </w:p>
    <w:p w:rsidR="006438C7" w:rsidRPr="009D5101" w:rsidRDefault="009D5101">
      <w:pPr>
        <w:autoSpaceDE w:val="0"/>
        <w:autoSpaceDN w:val="0"/>
        <w:spacing w:before="324" w:after="0" w:line="230" w:lineRule="auto"/>
        <w:rPr>
          <w:lang w:val="ru-RU"/>
        </w:rPr>
      </w:pPr>
      <w:r w:rsidRPr="009D5101">
        <w:rPr>
          <w:rFonts w:ascii="Times New Roman" w:eastAsia="Times New Roman" w:hAnsi="Times New Roman"/>
          <w:b/>
          <w:color w:val="000000"/>
          <w:sz w:val="24"/>
          <w:lang w:val="ru-RU"/>
        </w:rPr>
        <w:t>МЕТАПРЕДМЕТНЫЕ РЕЗУЛЬТАТЫ</w:t>
      </w:r>
    </w:p>
    <w:p w:rsidR="006438C7" w:rsidRPr="009D5101" w:rsidRDefault="009D5101">
      <w:pPr>
        <w:autoSpaceDE w:val="0"/>
        <w:autoSpaceDN w:val="0"/>
        <w:spacing w:before="166" w:after="0" w:line="230" w:lineRule="auto"/>
        <w:ind w:left="180"/>
        <w:rPr>
          <w:lang w:val="ru-RU"/>
        </w:rPr>
      </w:pPr>
      <w:r w:rsidRPr="009D5101">
        <w:rPr>
          <w:rFonts w:ascii="Times New Roman" w:eastAsia="Times New Roman" w:hAnsi="Times New Roman"/>
          <w:color w:val="000000"/>
          <w:sz w:val="24"/>
          <w:lang w:val="ru-RU"/>
        </w:rPr>
        <w:t xml:space="preserve">Овладение универсальными учебными </w:t>
      </w:r>
      <w:r w:rsidRPr="009D5101">
        <w:rPr>
          <w:rFonts w:ascii="Times New Roman" w:eastAsia="Times New Roman" w:hAnsi="Times New Roman"/>
          <w:b/>
          <w:color w:val="000000"/>
          <w:sz w:val="24"/>
          <w:lang w:val="ru-RU"/>
        </w:rPr>
        <w:t>познавательными действиями.</w:t>
      </w:r>
    </w:p>
    <w:p w:rsidR="006438C7" w:rsidRPr="009D5101" w:rsidRDefault="009D5101">
      <w:pPr>
        <w:autoSpaceDE w:val="0"/>
        <w:autoSpaceDN w:val="0"/>
        <w:spacing w:before="190" w:after="0" w:line="230" w:lineRule="auto"/>
        <w:ind w:left="180"/>
        <w:rPr>
          <w:lang w:val="ru-RU"/>
        </w:rPr>
      </w:pPr>
      <w:r w:rsidRPr="009D5101">
        <w:rPr>
          <w:rFonts w:ascii="Times New Roman" w:eastAsia="Times New Roman" w:hAnsi="Times New Roman"/>
          <w:b/>
          <w:i/>
          <w:color w:val="000000"/>
          <w:sz w:val="24"/>
          <w:lang w:val="ru-RU"/>
        </w:rPr>
        <w:t>Базовые логические действия:</w:t>
      </w:r>
    </w:p>
    <w:p w:rsidR="006438C7" w:rsidRPr="009D5101" w:rsidRDefault="009D5101">
      <w:pPr>
        <w:autoSpaceDE w:val="0"/>
        <w:autoSpaceDN w:val="0"/>
        <w:spacing w:before="178" w:after="0" w:line="262" w:lineRule="auto"/>
        <w:ind w:left="420" w:right="144"/>
        <w:rPr>
          <w:lang w:val="ru-RU"/>
        </w:rPr>
      </w:pPr>
      <w:r w:rsidRPr="009D5101">
        <w:rPr>
          <w:rFonts w:ascii="Times New Roman" w:eastAsia="Times New Roman" w:hAnsi="Times New Roman"/>
          <w:color w:val="000000"/>
          <w:sz w:val="24"/>
          <w:lang w:val="ru-RU"/>
        </w:rPr>
        <w:t>—  выявлять и характеризовать существенные признаки языковых единиц, языковых явлений и процессов;</w:t>
      </w:r>
    </w:p>
    <w:p w:rsidR="006438C7" w:rsidRPr="009D5101" w:rsidRDefault="009D5101">
      <w:pPr>
        <w:autoSpaceDE w:val="0"/>
        <w:autoSpaceDN w:val="0"/>
        <w:spacing w:before="190" w:after="0" w:line="271" w:lineRule="auto"/>
        <w:ind w:left="420"/>
        <w:rPr>
          <w:lang w:val="ru-RU"/>
        </w:rPr>
      </w:pPr>
      <w:r w:rsidRPr="009D5101">
        <w:rPr>
          <w:rFonts w:ascii="Times New Roman" w:eastAsia="Times New Roman" w:hAnsi="Times New Roman"/>
          <w:color w:val="000000"/>
          <w:sz w:val="24"/>
          <w:lang w:val="ru-RU"/>
        </w:rPr>
        <w:t>—  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6438C7" w:rsidRPr="009D5101" w:rsidRDefault="009D5101">
      <w:pPr>
        <w:autoSpaceDE w:val="0"/>
        <w:autoSpaceDN w:val="0"/>
        <w:spacing w:before="190" w:after="0" w:line="262" w:lineRule="auto"/>
        <w:ind w:left="420"/>
        <w:rPr>
          <w:lang w:val="ru-RU"/>
        </w:rPr>
      </w:pPr>
      <w:r w:rsidRPr="009D5101">
        <w:rPr>
          <w:rFonts w:ascii="Times New Roman" w:eastAsia="Times New Roman" w:hAnsi="Times New Roman"/>
          <w:color w:val="000000"/>
          <w:sz w:val="24"/>
          <w:lang w:val="ru-RU"/>
        </w:rPr>
        <w:t>—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6438C7" w:rsidRPr="009D5101" w:rsidRDefault="009D5101">
      <w:pPr>
        <w:autoSpaceDE w:val="0"/>
        <w:autoSpaceDN w:val="0"/>
        <w:spacing w:before="190" w:after="0" w:line="230" w:lineRule="auto"/>
        <w:jc w:val="center"/>
        <w:rPr>
          <w:lang w:val="ru-RU"/>
        </w:rPr>
      </w:pPr>
      <w:r w:rsidRPr="009D5101">
        <w:rPr>
          <w:rFonts w:ascii="Times New Roman" w:eastAsia="Times New Roman" w:hAnsi="Times New Roman"/>
          <w:color w:val="000000"/>
          <w:sz w:val="24"/>
          <w:lang w:val="ru-RU"/>
        </w:rPr>
        <w:t>—  выявлять дефицит информации, необходимой для решения поставленной учебной задачи;</w:t>
      </w:r>
    </w:p>
    <w:p w:rsidR="006438C7" w:rsidRPr="009D5101" w:rsidRDefault="009D5101">
      <w:pPr>
        <w:autoSpaceDE w:val="0"/>
        <w:autoSpaceDN w:val="0"/>
        <w:spacing w:before="190" w:after="0" w:line="271" w:lineRule="auto"/>
        <w:ind w:left="420" w:right="144"/>
        <w:rPr>
          <w:lang w:val="ru-RU"/>
        </w:rPr>
      </w:pPr>
      <w:r w:rsidRPr="009D5101">
        <w:rPr>
          <w:rFonts w:ascii="Times New Roman" w:eastAsia="Times New Roman" w:hAnsi="Times New Roman"/>
          <w:color w:val="000000"/>
          <w:sz w:val="24"/>
          <w:lang w:val="ru-RU"/>
        </w:rPr>
        <w:t>—  выявлять причинно-следственные связи при изучении языковых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6438C7" w:rsidRPr="009D5101" w:rsidRDefault="009D5101">
      <w:pPr>
        <w:autoSpaceDE w:val="0"/>
        <w:autoSpaceDN w:val="0"/>
        <w:spacing w:before="190" w:after="0" w:line="271" w:lineRule="auto"/>
        <w:ind w:left="420" w:right="576"/>
        <w:rPr>
          <w:lang w:val="ru-RU"/>
        </w:rPr>
      </w:pPr>
      <w:r w:rsidRPr="009D5101">
        <w:rPr>
          <w:rFonts w:ascii="Times New Roman" w:eastAsia="Times New Roman" w:hAnsi="Times New Roman"/>
          <w:color w:val="000000"/>
          <w:sz w:val="24"/>
          <w:lang w:val="ru-RU"/>
        </w:rPr>
        <w:t>—  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6438C7" w:rsidRPr="009D5101" w:rsidRDefault="009D5101">
      <w:pPr>
        <w:autoSpaceDE w:val="0"/>
        <w:autoSpaceDN w:val="0"/>
        <w:spacing w:before="180" w:after="0" w:line="230" w:lineRule="auto"/>
        <w:ind w:left="180"/>
        <w:rPr>
          <w:lang w:val="ru-RU"/>
        </w:rPr>
      </w:pPr>
      <w:r w:rsidRPr="009D5101">
        <w:rPr>
          <w:rFonts w:ascii="Times New Roman" w:eastAsia="Times New Roman" w:hAnsi="Times New Roman"/>
          <w:b/>
          <w:i/>
          <w:color w:val="000000"/>
          <w:sz w:val="24"/>
          <w:lang w:val="ru-RU"/>
        </w:rPr>
        <w:t>Базовые исследовательские действия:</w:t>
      </w:r>
    </w:p>
    <w:p w:rsidR="006438C7" w:rsidRPr="009D5101" w:rsidRDefault="009D5101">
      <w:pPr>
        <w:autoSpaceDE w:val="0"/>
        <w:autoSpaceDN w:val="0"/>
        <w:spacing w:before="180" w:after="0" w:line="230" w:lineRule="auto"/>
        <w:ind w:left="420"/>
        <w:rPr>
          <w:lang w:val="ru-RU"/>
        </w:rPr>
      </w:pPr>
      <w:r w:rsidRPr="009D5101">
        <w:rPr>
          <w:rFonts w:ascii="Times New Roman" w:eastAsia="Times New Roman" w:hAnsi="Times New Roman"/>
          <w:color w:val="000000"/>
          <w:sz w:val="24"/>
          <w:lang w:val="ru-RU"/>
        </w:rPr>
        <w:t>—  использовать вопросы как исследовательский инструмент познания в языковом образовании;</w:t>
      </w:r>
    </w:p>
    <w:p w:rsidR="006438C7" w:rsidRPr="009D5101" w:rsidRDefault="009D5101">
      <w:pPr>
        <w:autoSpaceDE w:val="0"/>
        <w:autoSpaceDN w:val="0"/>
        <w:spacing w:before="190" w:after="0" w:line="262" w:lineRule="auto"/>
        <w:ind w:left="420" w:right="432"/>
        <w:rPr>
          <w:lang w:val="ru-RU"/>
        </w:rPr>
      </w:pPr>
      <w:r w:rsidRPr="009D5101">
        <w:rPr>
          <w:rFonts w:ascii="Times New Roman" w:eastAsia="Times New Roman" w:hAnsi="Times New Roman"/>
          <w:color w:val="000000"/>
          <w:sz w:val="24"/>
          <w:lang w:val="ru-RU"/>
        </w:rPr>
        <w:t>—  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6438C7" w:rsidRPr="009D5101" w:rsidRDefault="009D5101">
      <w:pPr>
        <w:autoSpaceDE w:val="0"/>
        <w:autoSpaceDN w:val="0"/>
        <w:spacing w:before="190" w:after="0" w:line="262" w:lineRule="auto"/>
        <w:ind w:left="420" w:right="1296"/>
        <w:rPr>
          <w:lang w:val="ru-RU"/>
        </w:rPr>
      </w:pPr>
      <w:r w:rsidRPr="009D5101">
        <w:rPr>
          <w:rFonts w:ascii="Times New Roman" w:eastAsia="Times New Roman" w:hAnsi="Times New Roman"/>
          <w:color w:val="000000"/>
          <w:sz w:val="24"/>
          <w:lang w:val="ru-RU"/>
        </w:rPr>
        <w:t>—  формировать гипотезу об истинности собственных суждений и суждений других, аргументировать свою позицию, мнение;</w:t>
      </w:r>
    </w:p>
    <w:p w:rsidR="006438C7" w:rsidRPr="009D5101" w:rsidRDefault="009D5101">
      <w:pPr>
        <w:autoSpaceDE w:val="0"/>
        <w:autoSpaceDN w:val="0"/>
        <w:spacing w:before="190" w:after="0" w:line="230" w:lineRule="auto"/>
        <w:ind w:left="420"/>
        <w:rPr>
          <w:lang w:val="ru-RU"/>
        </w:rPr>
      </w:pPr>
      <w:r w:rsidRPr="009D5101">
        <w:rPr>
          <w:rFonts w:ascii="Times New Roman" w:eastAsia="Times New Roman" w:hAnsi="Times New Roman"/>
          <w:color w:val="000000"/>
          <w:sz w:val="24"/>
          <w:lang w:val="ru-RU"/>
        </w:rPr>
        <w:t>—  составлять алгоритм действий и использовать его для решения учебных задач;</w:t>
      </w:r>
    </w:p>
    <w:p w:rsidR="006438C7" w:rsidRPr="009D5101" w:rsidRDefault="009D5101">
      <w:pPr>
        <w:autoSpaceDE w:val="0"/>
        <w:autoSpaceDN w:val="0"/>
        <w:spacing w:before="190" w:after="0" w:line="271" w:lineRule="auto"/>
        <w:ind w:left="420" w:right="576"/>
        <w:rPr>
          <w:lang w:val="ru-RU"/>
        </w:rPr>
      </w:pPr>
      <w:r w:rsidRPr="009D5101">
        <w:rPr>
          <w:rFonts w:ascii="Times New Roman" w:eastAsia="Times New Roman" w:hAnsi="Times New Roman"/>
          <w:color w:val="000000"/>
          <w:sz w:val="24"/>
          <w:lang w:val="ru-RU"/>
        </w:rPr>
        <w:t>—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6438C7" w:rsidRPr="009D5101" w:rsidRDefault="009D5101">
      <w:pPr>
        <w:autoSpaceDE w:val="0"/>
        <w:autoSpaceDN w:val="0"/>
        <w:spacing w:before="190" w:after="0" w:line="262" w:lineRule="auto"/>
        <w:ind w:left="420" w:right="1584"/>
        <w:rPr>
          <w:lang w:val="ru-RU"/>
        </w:rPr>
      </w:pPr>
      <w:r w:rsidRPr="009D5101">
        <w:rPr>
          <w:rFonts w:ascii="Times New Roman" w:eastAsia="Times New Roman" w:hAnsi="Times New Roman"/>
          <w:color w:val="000000"/>
          <w:sz w:val="24"/>
          <w:lang w:val="ru-RU"/>
        </w:rPr>
        <w:t>—  оценивать на применимость и достоверность информацию, полученную в ходе лингвистического исследования (эксперимента);</w:t>
      </w:r>
    </w:p>
    <w:p w:rsidR="006438C7" w:rsidRPr="009D5101" w:rsidRDefault="009D5101">
      <w:pPr>
        <w:autoSpaceDE w:val="0"/>
        <w:autoSpaceDN w:val="0"/>
        <w:spacing w:before="190" w:after="0" w:line="230" w:lineRule="auto"/>
        <w:ind w:left="420"/>
        <w:rPr>
          <w:lang w:val="ru-RU"/>
        </w:rPr>
      </w:pPr>
      <w:r w:rsidRPr="009D5101">
        <w:rPr>
          <w:rFonts w:ascii="Times New Roman" w:eastAsia="Times New Roman" w:hAnsi="Times New Roman"/>
          <w:color w:val="000000"/>
          <w:sz w:val="24"/>
          <w:lang w:val="ru-RU"/>
        </w:rPr>
        <w:t>—  самостоятельно формулировать обобщения и выводы по результатам проведённого</w:t>
      </w:r>
    </w:p>
    <w:p w:rsidR="006438C7" w:rsidRPr="009D5101" w:rsidRDefault="006438C7">
      <w:pPr>
        <w:rPr>
          <w:lang w:val="ru-RU"/>
        </w:rPr>
        <w:sectPr w:rsidR="006438C7" w:rsidRPr="009D5101">
          <w:pgSz w:w="11900" w:h="16840"/>
          <w:pgMar w:top="304" w:right="720" w:bottom="312" w:left="666" w:header="720" w:footer="720" w:gutter="0"/>
          <w:cols w:space="720" w:equalWidth="0">
            <w:col w:w="10514" w:space="0"/>
          </w:cols>
          <w:docGrid w:linePitch="360"/>
        </w:sectPr>
      </w:pPr>
    </w:p>
    <w:p w:rsidR="006438C7" w:rsidRPr="009D5101" w:rsidRDefault="006438C7">
      <w:pPr>
        <w:autoSpaceDE w:val="0"/>
        <w:autoSpaceDN w:val="0"/>
        <w:spacing w:after="72" w:line="220" w:lineRule="exact"/>
        <w:rPr>
          <w:lang w:val="ru-RU"/>
        </w:rPr>
      </w:pPr>
    </w:p>
    <w:p w:rsidR="006438C7" w:rsidRPr="009D5101" w:rsidRDefault="009D5101">
      <w:pPr>
        <w:autoSpaceDE w:val="0"/>
        <w:autoSpaceDN w:val="0"/>
        <w:spacing w:after="0" w:line="262" w:lineRule="auto"/>
        <w:ind w:left="240" w:right="144"/>
        <w:rPr>
          <w:lang w:val="ru-RU"/>
        </w:rPr>
      </w:pPr>
      <w:r w:rsidRPr="009D5101">
        <w:rPr>
          <w:rFonts w:ascii="Times New Roman" w:eastAsia="Times New Roman" w:hAnsi="Times New Roman"/>
          <w:color w:val="000000"/>
          <w:sz w:val="24"/>
          <w:lang w:val="ru-RU"/>
        </w:rPr>
        <w:t>наблюдения, исследования; владеть инструментами оценки достоверности полученных выводов и обобщений;</w:t>
      </w:r>
    </w:p>
    <w:p w:rsidR="006438C7" w:rsidRPr="009D5101" w:rsidRDefault="009D5101">
      <w:pPr>
        <w:autoSpaceDE w:val="0"/>
        <w:autoSpaceDN w:val="0"/>
        <w:spacing w:before="190" w:after="0" w:line="271" w:lineRule="auto"/>
        <w:ind w:left="240"/>
        <w:rPr>
          <w:lang w:val="ru-RU"/>
        </w:rPr>
      </w:pPr>
      <w:r w:rsidRPr="009D5101">
        <w:rPr>
          <w:rFonts w:ascii="Times New Roman" w:eastAsia="Times New Roman" w:hAnsi="Times New Roman"/>
          <w:color w:val="000000"/>
          <w:sz w:val="24"/>
          <w:lang w:val="ru-RU"/>
        </w:rPr>
        <w:t>—  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6438C7" w:rsidRPr="009D5101" w:rsidRDefault="009D5101">
      <w:pPr>
        <w:autoSpaceDE w:val="0"/>
        <w:autoSpaceDN w:val="0"/>
        <w:spacing w:before="178" w:after="0" w:line="230" w:lineRule="auto"/>
        <w:rPr>
          <w:lang w:val="ru-RU"/>
        </w:rPr>
      </w:pPr>
      <w:r w:rsidRPr="009D5101">
        <w:rPr>
          <w:rFonts w:ascii="Times New Roman" w:eastAsia="Times New Roman" w:hAnsi="Times New Roman"/>
          <w:b/>
          <w:i/>
          <w:color w:val="000000"/>
          <w:sz w:val="24"/>
          <w:lang w:val="ru-RU"/>
        </w:rPr>
        <w:t>Работа с информацией:</w:t>
      </w:r>
    </w:p>
    <w:p w:rsidR="006438C7" w:rsidRPr="009D5101" w:rsidRDefault="009D5101">
      <w:pPr>
        <w:autoSpaceDE w:val="0"/>
        <w:autoSpaceDN w:val="0"/>
        <w:spacing w:before="178" w:after="0" w:line="262" w:lineRule="auto"/>
        <w:ind w:left="240" w:right="288"/>
        <w:rPr>
          <w:lang w:val="ru-RU"/>
        </w:rPr>
      </w:pPr>
      <w:r w:rsidRPr="009D5101">
        <w:rPr>
          <w:rFonts w:ascii="Times New Roman" w:eastAsia="Times New Roman" w:hAnsi="Times New Roman"/>
          <w:color w:val="000000"/>
          <w:sz w:val="24"/>
          <w:lang w:val="ru-RU"/>
        </w:rPr>
        <w:t>—  применять различные методы, инструменты и запросы при поиске и отборе информации с учётом предложенной учебной задачи и заданных критериев;</w:t>
      </w:r>
    </w:p>
    <w:p w:rsidR="006438C7" w:rsidRPr="009D5101" w:rsidRDefault="009D5101">
      <w:pPr>
        <w:autoSpaceDE w:val="0"/>
        <w:autoSpaceDN w:val="0"/>
        <w:spacing w:before="192" w:after="0" w:line="262" w:lineRule="auto"/>
        <w:ind w:left="240" w:right="288"/>
        <w:rPr>
          <w:lang w:val="ru-RU"/>
        </w:rPr>
      </w:pPr>
      <w:r w:rsidRPr="009D5101">
        <w:rPr>
          <w:rFonts w:ascii="Times New Roman" w:eastAsia="Times New Roman" w:hAnsi="Times New Roman"/>
          <w:color w:val="000000"/>
          <w:sz w:val="24"/>
          <w:lang w:val="ru-RU"/>
        </w:rPr>
        <w:t>—  выбирать, анализировать, интерпретировать, обобщать и систематизировать информацию, представленную в текстах, таблицах, схемах;</w:t>
      </w:r>
    </w:p>
    <w:p w:rsidR="006438C7" w:rsidRPr="009D5101" w:rsidRDefault="009D5101">
      <w:pPr>
        <w:autoSpaceDE w:val="0"/>
        <w:autoSpaceDN w:val="0"/>
        <w:spacing w:before="192" w:after="0" w:line="271" w:lineRule="auto"/>
        <w:ind w:left="240" w:right="576"/>
        <w:rPr>
          <w:lang w:val="ru-RU"/>
        </w:rPr>
      </w:pPr>
      <w:r w:rsidRPr="009D5101">
        <w:rPr>
          <w:rFonts w:ascii="Times New Roman" w:eastAsia="Times New Roman" w:hAnsi="Times New Roman"/>
          <w:color w:val="000000"/>
          <w:sz w:val="24"/>
          <w:lang w:val="ru-RU"/>
        </w:rPr>
        <w:t xml:space="preserve">—  использовать различные виды </w:t>
      </w:r>
      <w:proofErr w:type="spellStart"/>
      <w:r w:rsidRPr="009D5101">
        <w:rPr>
          <w:rFonts w:ascii="Times New Roman" w:eastAsia="Times New Roman" w:hAnsi="Times New Roman"/>
          <w:color w:val="000000"/>
          <w:sz w:val="24"/>
          <w:lang w:val="ru-RU"/>
        </w:rPr>
        <w:t>аудирования</w:t>
      </w:r>
      <w:proofErr w:type="spellEnd"/>
      <w:r w:rsidRPr="009D5101">
        <w:rPr>
          <w:rFonts w:ascii="Times New Roman" w:eastAsia="Times New Roman" w:hAnsi="Times New Roman"/>
          <w:color w:val="000000"/>
          <w:sz w:val="24"/>
          <w:lang w:val="ru-RU"/>
        </w:rPr>
        <w:t xml:space="preserve">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6438C7" w:rsidRPr="009D5101" w:rsidRDefault="009D5101">
      <w:pPr>
        <w:autoSpaceDE w:val="0"/>
        <w:autoSpaceDN w:val="0"/>
        <w:spacing w:before="190" w:after="0" w:line="262" w:lineRule="auto"/>
        <w:ind w:left="240"/>
        <w:rPr>
          <w:lang w:val="ru-RU"/>
        </w:rPr>
      </w:pPr>
      <w:r w:rsidRPr="009D5101">
        <w:rPr>
          <w:rFonts w:ascii="Times New Roman" w:eastAsia="Times New Roman" w:hAnsi="Times New Roman"/>
          <w:color w:val="000000"/>
          <w:sz w:val="24"/>
          <w:lang w:val="ru-RU"/>
        </w:rPr>
        <w:t>—  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6438C7" w:rsidRPr="009D5101" w:rsidRDefault="009D5101">
      <w:pPr>
        <w:autoSpaceDE w:val="0"/>
        <w:autoSpaceDN w:val="0"/>
        <w:spacing w:before="190" w:after="0" w:line="262" w:lineRule="auto"/>
        <w:ind w:left="240" w:right="576"/>
        <w:rPr>
          <w:lang w:val="ru-RU"/>
        </w:rPr>
      </w:pPr>
      <w:r w:rsidRPr="009D5101">
        <w:rPr>
          <w:rFonts w:ascii="Times New Roman" w:eastAsia="Times New Roman" w:hAnsi="Times New Roman"/>
          <w:color w:val="000000"/>
          <w:sz w:val="24"/>
          <w:lang w:val="ru-RU"/>
        </w:rPr>
        <w:t>—  находить сходные аргументы (подтверждающие или опровергающие одну и ту же идею, версию) в различных информационных источниках;</w:t>
      </w:r>
    </w:p>
    <w:p w:rsidR="006438C7" w:rsidRPr="009D5101" w:rsidRDefault="009D5101">
      <w:pPr>
        <w:autoSpaceDE w:val="0"/>
        <w:autoSpaceDN w:val="0"/>
        <w:spacing w:before="190" w:after="0" w:line="271" w:lineRule="auto"/>
        <w:ind w:left="240"/>
        <w:rPr>
          <w:lang w:val="ru-RU"/>
        </w:rPr>
      </w:pPr>
      <w:r w:rsidRPr="009D5101">
        <w:rPr>
          <w:rFonts w:ascii="Times New Roman" w:eastAsia="Times New Roman" w:hAnsi="Times New Roman"/>
          <w:color w:val="000000"/>
          <w:sz w:val="24"/>
          <w:lang w:val="ru-RU"/>
        </w:rPr>
        <w:t xml:space="preserve">—  самостоятельно выбирать оптимальную форму представления информации (текст, </w:t>
      </w:r>
      <w:r w:rsidRPr="009D5101">
        <w:rPr>
          <w:lang w:val="ru-RU"/>
        </w:rPr>
        <w:br/>
      </w:r>
      <w:r w:rsidRPr="009D5101">
        <w:rPr>
          <w:rFonts w:ascii="Times New Roman" w:eastAsia="Times New Roman" w:hAnsi="Times New Roman"/>
          <w:color w:val="000000"/>
          <w:sz w:val="24"/>
          <w:lang w:val="ru-RU"/>
        </w:rPr>
        <w:t>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6438C7" w:rsidRPr="009D5101" w:rsidRDefault="009D5101">
      <w:pPr>
        <w:autoSpaceDE w:val="0"/>
        <w:autoSpaceDN w:val="0"/>
        <w:spacing w:before="190" w:after="0" w:line="262" w:lineRule="auto"/>
        <w:ind w:left="240" w:right="1440"/>
        <w:rPr>
          <w:lang w:val="ru-RU"/>
        </w:rPr>
      </w:pPr>
      <w:r w:rsidRPr="009D5101">
        <w:rPr>
          <w:rFonts w:ascii="Times New Roman" w:eastAsia="Times New Roman" w:hAnsi="Times New Roman"/>
          <w:color w:val="000000"/>
          <w:sz w:val="24"/>
          <w:lang w:val="ru-RU"/>
        </w:rPr>
        <w:t>—  оценивать надёжность информации по критериям, предложенным учителем или сформулированным самостоятельно;</w:t>
      </w:r>
    </w:p>
    <w:p w:rsidR="006438C7" w:rsidRPr="009D5101" w:rsidRDefault="009D5101">
      <w:pPr>
        <w:autoSpaceDE w:val="0"/>
        <w:autoSpaceDN w:val="0"/>
        <w:spacing w:before="190" w:after="0" w:line="230" w:lineRule="auto"/>
        <w:ind w:left="240"/>
        <w:rPr>
          <w:lang w:val="ru-RU"/>
        </w:rPr>
      </w:pPr>
      <w:r w:rsidRPr="009D5101">
        <w:rPr>
          <w:rFonts w:ascii="Times New Roman" w:eastAsia="Times New Roman" w:hAnsi="Times New Roman"/>
          <w:color w:val="000000"/>
          <w:sz w:val="24"/>
          <w:lang w:val="ru-RU"/>
        </w:rPr>
        <w:t>—  эффективно запоминать и систематизировать информацию.</w:t>
      </w:r>
    </w:p>
    <w:p w:rsidR="006438C7" w:rsidRPr="009D5101" w:rsidRDefault="009D5101">
      <w:pPr>
        <w:autoSpaceDE w:val="0"/>
        <w:autoSpaceDN w:val="0"/>
        <w:spacing w:before="298" w:after="0" w:line="230" w:lineRule="auto"/>
        <w:rPr>
          <w:lang w:val="ru-RU"/>
        </w:rPr>
      </w:pPr>
      <w:r w:rsidRPr="009D5101">
        <w:rPr>
          <w:rFonts w:ascii="Times New Roman" w:eastAsia="Times New Roman" w:hAnsi="Times New Roman"/>
          <w:color w:val="000000"/>
          <w:sz w:val="24"/>
          <w:lang w:val="ru-RU"/>
        </w:rPr>
        <w:t xml:space="preserve">Овладение универсальными учебными </w:t>
      </w:r>
      <w:r w:rsidRPr="009D5101">
        <w:rPr>
          <w:rFonts w:ascii="Times New Roman" w:eastAsia="Times New Roman" w:hAnsi="Times New Roman"/>
          <w:b/>
          <w:color w:val="000000"/>
          <w:sz w:val="24"/>
          <w:lang w:val="ru-RU"/>
        </w:rPr>
        <w:t>коммуникативными действиями.</w:t>
      </w:r>
    </w:p>
    <w:p w:rsidR="006438C7" w:rsidRPr="009D5101" w:rsidRDefault="009D5101">
      <w:pPr>
        <w:autoSpaceDE w:val="0"/>
        <w:autoSpaceDN w:val="0"/>
        <w:spacing w:before="190" w:after="0" w:line="230" w:lineRule="auto"/>
        <w:rPr>
          <w:lang w:val="ru-RU"/>
        </w:rPr>
      </w:pPr>
      <w:r w:rsidRPr="009D5101">
        <w:rPr>
          <w:rFonts w:ascii="Times New Roman" w:eastAsia="Times New Roman" w:hAnsi="Times New Roman"/>
          <w:b/>
          <w:i/>
          <w:color w:val="000000"/>
          <w:sz w:val="24"/>
          <w:lang w:val="ru-RU"/>
        </w:rPr>
        <w:t>Общение:</w:t>
      </w:r>
    </w:p>
    <w:p w:rsidR="006438C7" w:rsidRPr="009D5101" w:rsidRDefault="009D5101">
      <w:pPr>
        <w:autoSpaceDE w:val="0"/>
        <w:autoSpaceDN w:val="0"/>
        <w:spacing w:before="178" w:after="0" w:line="262" w:lineRule="auto"/>
        <w:ind w:left="240" w:right="288"/>
        <w:rPr>
          <w:lang w:val="ru-RU"/>
        </w:rPr>
      </w:pPr>
      <w:r w:rsidRPr="009D5101">
        <w:rPr>
          <w:rFonts w:ascii="Times New Roman" w:eastAsia="Times New Roman" w:hAnsi="Times New Roman"/>
          <w:color w:val="000000"/>
          <w:sz w:val="24"/>
          <w:lang w:val="ru-RU"/>
        </w:rPr>
        <w:t xml:space="preserve">—  воспринимать и формулировать суждения, выражать эмоции в соответствии с условиями и целями общения; </w:t>
      </w:r>
    </w:p>
    <w:p w:rsidR="006438C7" w:rsidRPr="009D5101" w:rsidRDefault="009D5101">
      <w:pPr>
        <w:autoSpaceDE w:val="0"/>
        <w:autoSpaceDN w:val="0"/>
        <w:spacing w:before="192" w:after="0" w:line="262" w:lineRule="auto"/>
        <w:ind w:left="240"/>
        <w:rPr>
          <w:lang w:val="ru-RU"/>
        </w:rPr>
      </w:pPr>
      <w:r w:rsidRPr="009D5101">
        <w:rPr>
          <w:rFonts w:ascii="Times New Roman" w:eastAsia="Times New Roman" w:hAnsi="Times New Roman"/>
          <w:color w:val="000000"/>
          <w:sz w:val="24"/>
          <w:lang w:val="ru-RU"/>
        </w:rPr>
        <w:t>—  выражать себя (свою точку зрения) в диалогах и дискуссиях, в устной монологической речи и в письменных текстах;</w:t>
      </w:r>
    </w:p>
    <w:p w:rsidR="006438C7" w:rsidRPr="009D5101" w:rsidRDefault="009D5101">
      <w:pPr>
        <w:autoSpaceDE w:val="0"/>
        <w:autoSpaceDN w:val="0"/>
        <w:spacing w:before="190" w:after="0" w:line="230" w:lineRule="auto"/>
        <w:ind w:left="240"/>
        <w:rPr>
          <w:lang w:val="ru-RU"/>
        </w:rPr>
      </w:pPr>
      <w:r w:rsidRPr="009D5101">
        <w:rPr>
          <w:rFonts w:ascii="Times New Roman" w:eastAsia="Times New Roman" w:hAnsi="Times New Roman"/>
          <w:color w:val="000000"/>
          <w:sz w:val="24"/>
          <w:lang w:val="ru-RU"/>
        </w:rPr>
        <w:t>—  распознавать невербальные средства общения, понимать значение социальных знаков;</w:t>
      </w:r>
    </w:p>
    <w:p w:rsidR="006438C7" w:rsidRPr="009D5101" w:rsidRDefault="009D5101">
      <w:pPr>
        <w:autoSpaceDE w:val="0"/>
        <w:autoSpaceDN w:val="0"/>
        <w:spacing w:before="190" w:after="0" w:line="262" w:lineRule="auto"/>
        <w:ind w:left="240" w:right="576"/>
        <w:rPr>
          <w:lang w:val="ru-RU"/>
        </w:rPr>
      </w:pPr>
      <w:r w:rsidRPr="009D5101">
        <w:rPr>
          <w:rFonts w:ascii="Times New Roman" w:eastAsia="Times New Roman" w:hAnsi="Times New Roman"/>
          <w:color w:val="000000"/>
          <w:sz w:val="24"/>
          <w:lang w:val="ru-RU"/>
        </w:rPr>
        <w:t>—  знать и распознавать предпосылки конфликтных ситуаций и смягчать конфликты, вести переговоры;</w:t>
      </w:r>
    </w:p>
    <w:p w:rsidR="006438C7" w:rsidRPr="009D5101" w:rsidRDefault="009D5101">
      <w:pPr>
        <w:autoSpaceDE w:val="0"/>
        <w:autoSpaceDN w:val="0"/>
        <w:spacing w:before="190" w:after="0" w:line="262" w:lineRule="auto"/>
        <w:ind w:left="240" w:right="1008"/>
        <w:rPr>
          <w:lang w:val="ru-RU"/>
        </w:rPr>
      </w:pPr>
      <w:r w:rsidRPr="009D5101">
        <w:rPr>
          <w:rFonts w:ascii="Times New Roman" w:eastAsia="Times New Roman" w:hAnsi="Times New Roman"/>
          <w:color w:val="000000"/>
          <w:sz w:val="24"/>
          <w:lang w:val="ru-RU"/>
        </w:rPr>
        <w:t>—  понимать намерения других, проявлять уважительное отношение к собеседнику и в корректной форме формулировать свои возражения;</w:t>
      </w:r>
    </w:p>
    <w:p w:rsidR="006438C7" w:rsidRPr="009D5101" w:rsidRDefault="009D5101">
      <w:pPr>
        <w:autoSpaceDE w:val="0"/>
        <w:autoSpaceDN w:val="0"/>
        <w:spacing w:before="190" w:after="0" w:line="262" w:lineRule="auto"/>
        <w:ind w:left="240" w:right="288"/>
        <w:rPr>
          <w:lang w:val="ru-RU"/>
        </w:rPr>
      </w:pPr>
      <w:r w:rsidRPr="009D5101">
        <w:rPr>
          <w:rFonts w:ascii="Times New Roman" w:eastAsia="Times New Roman" w:hAnsi="Times New Roman"/>
          <w:color w:val="000000"/>
          <w:sz w:val="24"/>
          <w:lang w:val="ru-RU"/>
        </w:rPr>
        <w:t>—  в ходе диалога/дискуссии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6438C7" w:rsidRPr="009D5101" w:rsidRDefault="009D5101">
      <w:pPr>
        <w:autoSpaceDE w:val="0"/>
        <w:autoSpaceDN w:val="0"/>
        <w:spacing w:before="190" w:after="0" w:line="262" w:lineRule="auto"/>
        <w:ind w:left="240" w:right="864"/>
        <w:rPr>
          <w:lang w:val="ru-RU"/>
        </w:rPr>
      </w:pPr>
      <w:r w:rsidRPr="009D5101">
        <w:rPr>
          <w:rFonts w:ascii="Times New Roman" w:eastAsia="Times New Roman" w:hAnsi="Times New Roman"/>
          <w:color w:val="000000"/>
          <w:sz w:val="24"/>
          <w:lang w:val="ru-RU"/>
        </w:rPr>
        <w:t>—  сопоставлять свои суждения с суждениями других участников диалога, обнаруживать различие и сходство позиций;</w:t>
      </w:r>
    </w:p>
    <w:p w:rsidR="006438C7" w:rsidRPr="009D5101" w:rsidRDefault="009D5101">
      <w:pPr>
        <w:autoSpaceDE w:val="0"/>
        <w:autoSpaceDN w:val="0"/>
        <w:spacing w:before="190" w:after="0" w:line="230" w:lineRule="auto"/>
        <w:ind w:left="240"/>
        <w:rPr>
          <w:lang w:val="ru-RU"/>
        </w:rPr>
      </w:pPr>
      <w:r w:rsidRPr="009D5101">
        <w:rPr>
          <w:rFonts w:ascii="Times New Roman" w:eastAsia="Times New Roman" w:hAnsi="Times New Roman"/>
          <w:color w:val="000000"/>
          <w:sz w:val="24"/>
          <w:lang w:val="ru-RU"/>
        </w:rPr>
        <w:t>—  публично представлять результаты проведённого языкового анализа, выполненного</w:t>
      </w:r>
    </w:p>
    <w:p w:rsidR="006438C7" w:rsidRPr="009D5101" w:rsidRDefault="006438C7">
      <w:pPr>
        <w:rPr>
          <w:lang w:val="ru-RU"/>
        </w:rPr>
        <w:sectPr w:rsidR="006438C7" w:rsidRPr="009D5101">
          <w:pgSz w:w="11900" w:h="16840"/>
          <w:pgMar w:top="292" w:right="740" w:bottom="372" w:left="846" w:header="720" w:footer="720" w:gutter="0"/>
          <w:cols w:space="720" w:equalWidth="0">
            <w:col w:w="10314" w:space="0"/>
          </w:cols>
          <w:docGrid w:linePitch="360"/>
        </w:sectPr>
      </w:pPr>
    </w:p>
    <w:p w:rsidR="006438C7" w:rsidRPr="009D5101" w:rsidRDefault="006438C7">
      <w:pPr>
        <w:autoSpaceDE w:val="0"/>
        <w:autoSpaceDN w:val="0"/>
        <w:spacing w:after="66" w:line="220" w:lineRule="exact"/>
        <w:rPr>
          <w:lang w:val="ru-RU"/>
        </w:rPr>
      </w:pPr>
    </w:p>
    <w:p w:rsidR="006438C7" w:rsidRPr="009D5101" w:rsidRDefault="009D5101">
      <w:pPr>
        <w:autoSpaceDE w:val="0"/>
        <w:autoSpaceDN w:val="0"/>
        <w:spacing w:after="0" w:line="230" w:lineRule="auto"/>
        <w:ind w:left="240"/>
        <w:rPr>
          <w:lang w:val="ru-RU"/>
        </w:rPr>
      </w:pPr>
      <w:r w:rsidRPr="009D5101">
        <w:rPr>
          <w:rFonts w:ascii="Times New Roman" w:eastAsia="Times New Roman" w:hAnsi="Times New Roman"/>
          <w:color w:val="000000"/>
          <w:sz w:val="24"/>
          <w:lang w:val="ru-RU"/>
        </w:rPr>
        <w:t>лингвистического эксперимента, исследования, проекта;</w:t>
      </w:r>
    </w:p>
    <w:p w:rsidR="006438C7" w:rsidRPr="009D5101" w:rsidRDefault="009D5101">
      <w:pPr>
        <w:autoSpaceDE w:val="0"/>
        <w:autoSpaceDN w:val="0"/>
        <w:spacing w:before="190" w:after="0" w:line="271" w:lineRule="auto"/>
        <w:ind w:left="240" w:right="288"/>
        <w:rPr>
          <w:lang w:val="ru-RU"/>
        </w:rPr>
      </w:pPr>
      <w:r w:rsidRPr="009D5101">
        <w:rPr>
          <w:rFonts w:ascii="Times New Roman" w:eastAsia="Times New Roman" w:hAnsi="Times New Roman"/>
          <w:color w:val="000000"/>
          <w:sz w:val="24"/>
          <w:lang w:val="ru-RU"/>
        </w:rPr>
        <w:t>—  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6438C7" w:rsidRPr="009D5101" w:rsidRDefault="009D5101">
      <w:pPr>
        <w:autoSpaceDE w:val="0"/>
        <w:autoSpaceDN w:val="0"/>
        <w:spacing w:before="178" w:after="0" w:line="230" w:lineRule="auto"/>
        <w:rPr>
          <w:lang w:val="ru-RU"/>
        </w:rPr>
      </w:pPr>
      <w:r w:rsidRPr="009D5101">
        <w:rPr>
          <w:rFonts w:ascii="Times New Roman" w:eastAsia="Times New Roman" w:hAnsi="Times New Roman"/>
          <w:b/>
          <w:i/>
          <w:color w:val="000000"/>
          <w:sz w:val="24"/>
          <w:lang w:val="ru-RU"/>
        </w:rPr>
        <w:t>Совместная деятельность:</w:t>
      </w:r>
    </w:p>
    <w:p w:rsidR="006438C7" w:rsidRPr="009D5101" w:rsidRDefault="009D5101">
      <w:pPr>
        <w:autoSpaceDE w:val="0"/>
        <w:autoSpaceDN w:val="0"/>
        <w:spacing w:before="178" w:after="0" w:line="271" w:lineRule="auto"/>
        <w:ind w:left="240" w:right="144"/>
        <w:rPr>
          <w:lang w:val="ru-RU"/>
        </w:rPr>
      </w:pPr>
      <w:r w:rsidRPr="009D5101">
        <w:rPr>
          <w:rFonts w:ascii="Times New Roman" w:eastAsia="Times New Roman" w:hAnsi="Times New Roman"/>
          <w:color w:val="000000"/>
          <w:sz w:val="24"/>
          <w:lang w:val="ru-RU"/>
        </w:rPr>
        <w:t xml:space="preserve">—  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w:t>
      </w:r>
      <w:r w:rsidRPr="009D5101">
        <w:rPr>
          <w:lang w:val="ru-RU"/>
        </w:rPr>
        <w:br/>
      </w:r>
      <w:r w:rsidRPr="009D5101">
        <w:rPr>
          <w:rFonts w:ascii="Times New Roman" w:eastAsia="Times New Roman" w:hAnsi="Times New Roman"/>
          <w:color w:val="000000"/>
          <w:sz w:val="24"/>
          <w:lang w:val="ru-RU"/>
        </w:rPr>
        <w:t>взаимодействия при решении поставленной задачи;</w:t>
      </w:r>
    </w:p>
    <w:p w:rsidR="006438C7" w:rsidRPr="009D5101" w:rsidRDefault="009D5101">
      <w:pPr>
        <w:autoSpaceDE w:val="0"/>
        <w:autoSpaceDN w:val="0"/>
        <w:spacing w:before="192" w:after="0"/>
        <w:ind w:left="240"/>
        <w:rPr>
          <w:lang w:val="ru-RU"/>
        </w:rPr>
      </w:pPr>
      <w:r w:rsidRPr="009D5101">
        <w:rPr>
          <w:rFonts w:ascii="Times New Roman" w:eastAsia="Times New Roman" w:hAnsi="Times New Roman"/>
          <w:color w:val="000000"/>
          <w:sz w:val="24"/>
          <w:lang w:val="ru-RU"/>
        </w:rPr>
        <w:t>—  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6438C7" w:rsidRPr="009D5101" w:rsidRDefault="009D5101">
      <w:pPr>
        <w:autoSpaceDE w:val="0"/>
        <w:autoSpaceDN w:val="0"/>
        <w:spacing w:before="190" w:after="0"/>
        <w:ind w:left="240"/>
        <w:rPr>
          <w:lang w:val="ru-RU"/>
        </w:rPr>
      </w:pPr>
      <w:r w:rsidRPr="009D5101">
        <w:rPr>
          <w:rFonts w:ascii="Times New Roman" w:eastAsia="Times New Roman" w:hAnsi="Times New Roman"/>
          <w:color w:val="000000"/>
          <w:sz w:val="24"/>
          <w:lang w:val="ru-RU"/>
        </w:rPr>
        <w:t>—  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6438C7" w:rsidRPr="009D5101" w:rsidRDefault="009D5101">
      <w:pPr>
        <w:autoSpaceDE w:val="0"/>
        <w:autoSpaceDN w:val="0"/>
        <w:spacing w:before="190" w:after="0" w:line="262" w:lineRule="auto"/>
        <w:ind w:left="240" w:right="144"/>
        <w:rPr>
          <w:lang w:val="ru-RU"/>
        </w:rPr>
      </w:pPr>
      <w:r w:rsidRPr="009D5101">
        <w:rPr>
          <w:rFonts w:ascii="Times New Roman" w:eastAsia="Times New Roman" w:hAnsi="Times New Roman"/>
          <w:color w:val="000000"/>
          <w:sz w:val="24"/>
          <w:lang w:val="ru-RU"/>
        </w:rPr>
        <w:t>—  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6438C7" w:rsidRPr="009D5101" w:rsidRDefault="009D5101">
      <w:pPr>
        <w:autoSpaceDE w:val="0"/>
        <w:autoSpaceDN w:val="0"/>
        <w:spacing w:before="190" w:after="0"/>
        <w:ind w:left="240" w:right="144"/>
        <w:rPr>
          <w:lang w:val="ru-RU"/>
        </w:rPr>
      </w:pPr>
      <w:r w:rsidRPr="009D5101">
        <w:rPr>
          <w:rFonts w:ascii="Times New Roman" w:eastAsia="Times New Roman" w:hAnsi="Times New Roman"/>
          <w:color w:val="000000"/>
          <w:sz w:val="24"/>
          <w:lang w:val="ru-RU"/>
        </w:rPr>
        <w:t xml:space="preserve">—  оценивать качество своего вклада в общий продукт по критериям, самостоятельно </w:t>
      </w:r>
      <w:r w:rsidRPr="009D5101">
        <w:rPr>
          <w:lang w:val="ru-RU"/>
        </w:rPr>
        <w:br/>
      </w:r>
      <w:r w:rsidRPr="009D5101">
        <w:rPr>
          <w:rFonts w:ascii="Times New Roman" w:eastAsia="Times New Roman" w:hAnsi="Times New Roman"/>
          <w:color w:val="000000"/>
          <w:sz w:val="24"/>
          <w:lang w:val="ru-RU"/>
        </w:rPr>
        <w:t>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6438C7" w:rsidRPr="009D5101" w:rsidRDefault="009D5101">
      <w:pPr>
        <w:autoSpaceDE w:val="0"/>
        <w:autoSpaceDN w:val="0"/>
        <w:spacing w:before="298" w:after="0" w:line="230" w:lineRule="auto"/>
        <w:rPr>
          <w:lang w:val="ru-RU"/>
        </w:rPr>
      </w:pPr>
      <w:r w:rsidRPr="009D5101">
        <w:rPr>
          <w:rFonts w:ascii="Times New Roman" w:eastAsia="Times New Roman" w:hAnsi="Times New Roman"/>
          <w:color w:val="000000"/>
          <w:sz w:val="24"/>
          <w:lang w:val="ru-RU"/>
        </w:rPr>
        <w:t xml:space="preserve">Овладение универсальными учебными </w:t>
      </w:r>
      <w:r w:rsidRPr="009D5101">
        <w:rPr>
          <w:rFonts w:ascii="Times New Roman" w:eastAsia="Times New Roman" w:hAnsi="Times New Roman"/>
          <w:b/>
          <w:color w:val="000000"/>
          <w:sz w:val="24"/>
          <w:lang w:val="ru-RU"/>
        </w:rPr>
        <w:t>регулятивными действиями.</w:t>
      </w:r>
    </w:p>
    <w:p w:rsidR="006438C7" w:rsidRPr="009D5101" w:rsidRDefault="009D5101">
      <w:pPr>
        <w:autoSpaceDE w:val="0"/>
        <w:autoSpaceDN w:val="0"/>
        <w:spacing w:before="190" w:after="0" w:line="230" w:lineRule="auto"/>
        <w:rPr>
          <w:lang w:val="ru-RU"/>
        </w:rPr>
      </w:pPr>
      <w:r w:rsidRPr="009D5101">
        <w:rPr>
          <w:rFonts w:ascii="Times New Roman" w:eastAsia="Times New Roman" w:hAnsi="Times New Roman"/>
          <w:b/>
          <w:i/>
          <w:color w:val="000000"/>
          <w:sz w:val="24"/>
          <w:lang w:val="ru-RU"/>
        </w:rPr>
        <w:t>Самоорганизация:</w:t>
      </w:r>
    </w:p>
    <w:p w:rsidR="006438C7" w:rsidRPr="009D5101" w:rsidRDefault="009D5101">
      <w:pPr>
        <w:autoSpaceDE w:val="0"/>
        <w:autoSpaceDN w:val="0"/>
        <w:spacing w:before="178" w:after="0" w:line="230" w:lineRule="auto"/>
        <w:ind w:left="240"/>
        <w:rPr>
          <w:lang w:val="ru-RU"/>
        </w:rPr>
      </w:pPr>
      <w:r w:rsidRPr="009D5101">
        <w:rPr>
          <w:rFonts w:ascii="Times New Roman" w:eastAsia="Times New Roman" w:hAnsi="Times New Roman"/>
          <w:color w:val="000000"/>
          <w:sz w:val="24"/>
          <w:lang w:val="ru-RU"/>
        </w:rPr>
        <w:t>—  выявлять проблемы для решения в учебных и жизненных ситуациях;</w:t>
      </w:r>
    </w:p>
    <w:p w:rsidR="006438C7" w:rsidRPr="009D5101" w:rsidRDefault="009D5101">
      <w:pPr>
        <w:autoSpaceDE w:val="0"/>
        <w:autoSpaceDN w:val="0"/>
        <w:spacing w:before="190" w:after="0" w:line="262" w:lineRule="auto"/>
        <w:ind w:left="240" w:right="432"/>
        <w:rPr>
          <w:lang w:val="ru-RU"/>
        </w:rPr>
      </w:pPr>
      <w:r w:rsidRPr="009D5101">
        <w:rPr>
          <w:rFonts w:ascii="Times New Roman" w:eastAsia="Times New Roman" w:hAnsi="Times New Roman"/>
          <w:color w:val="000000"/>
          <w:sz w:val="24"/>
          <w:lang w:val="ru-RU"/>
        </w:rPr>
        <w:t>—  ориентироваться в различных подходах к принятию решений (индивидуальное, принятие решения в группе, принятие решения группой);</w:t>
      </w:r>
    </w:p>
    <w:p w:rsidR="006438C7" w:rsidRPr="009D5101" w:rsidRDefault="009D5101">
      <w:pPr>
        <w:autoSpaceDE w:val="0"/>
        <w:autoSpaceDN w:val="0"/>
        <w:spacing w:before="192" w:after="0" w:line="271" w:lineRule="auto"/>
        <w:ind w:left="240" w:right="720"/>
        <w:rPr>
          <w:lang w:val="ru-RU"/>
        </w:rPr>
      </w:pPr>
      <w:r w:rsidRPr="009D5101">
        <w:rPr>
          <w:rFonts w:ascii="Times New Roman" w:eastAsia="Times New Roman" w:hAnsi="Times New Roman"/>
          <w:color w:val="000000"/>
          <w:sz w:val="24"/>
          <w:lang w:val="ru-RU"/>
        </w:rPr>
        <w:t>—  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6438C7" w:rsidRPr="009D5101" w:rsidRDefault="009D5101">
      <w:pPr>
        <w:autoSpaceDE w:val="0"/>
        <w:autoSpaceDN w:val="0"/>
        <w:spacing w:before="190" w:after="0" w:line="262" w:lineRule="auto"/>
        <w:ind w:left="240" w:right="576"/>
        <w:rPr>
          <w:lang w:val="ru-RU"/>
        </w:rPr>
      </w:pPr>
      <w:r w:rsidRPr="009D5101">
        <w:rPr>
          <w:rFonts w:ascii="Times New Roman" w:eastAsia="Times New Roman" w:hAnsi="Times New Roman"/>
          <w:color w:val="000000"/>
          <w:sz w:val="24"/>
          <w:lang w:val="ru-RU"/>
        </w:rPr>
        <w:t>—  самостоятельно составлять план действий, вносить необходимые коррективы в ходе его реализации;</w:t>
      </w:r>
    </w:p>
    <w:p w:rsidR="006438C7" w:rsidRPr="009D5101" w:rsidRDefault="009D5101">
      <w:pPr>
        <w:autoSpaceDE w:val="0"/>
        <w:autoSpaceDN w:val="0"/>
        <w:spacing w:before="190" w:after="0" w:line="230" w:lineRule="auto"/>
        <w:ind w:left="240"/>
        <w:rPr>
          <w:lang w:val="ru-RU"/>
        </w:rPr>
      </w:pPr>
      <w:r w:rsidRPr="009D5101">
        <w:rPr>
          <w:rFonts w:ascii="Times New Roman" w:eastAsia="Times New Roman" w:hAnsi="Times New Roman"/>
          <w:color w:val="000000"/>
          <w:sz w:val="24"/>
          <w:lang w:val="ru-RU"/>
        </w:rPr>
        <w:t>—  делать выбор и брать ответственность за решение.</w:t>
      </w:r>
    </w:p>
    <w:p w:rsidR="006438C7" w:rsidRPr="009D5101" w:rsidRDefault="009D5101">
      <w:pPr>
        <w:autoSpaceDE w:val="0"/>
        <w:autoSpaceDN w:val="0"/>
        <w:spacing w:before="178" w:after="0" w:line="230" w:lineRule="auto"/>
        <w:rPr>
          <w:lang w:val="ru-RU"/>
        </w:rPr>
      </w:pPr>
      <w:r w:rsidRPr="009D5101">
        <w:rPr>
          <w:rFonts w:ascii="Times New Roman" w:eastAsia="Times New Roman" w:hAnsi="Times New Roman"/>
          <w:b/>
          <w:i/>
          <w:color w:val="000000"/>
          <w:sz w:val="24"/>
          <w:lang w:val="ru-RU"/>
        </w:rPr>
        <w:t>Самоконтроль:</w:t>
      </w:r>
    </w:p>
    <w:p w:rsidR="006438C7" w:rsidRPr="009D5101" w:rsidRDefault="009D5101">
      <w:pPr>
        <w:autoSpaceDE w:val="0"/>
        <w:autoSpaceDN w:val="0"/>
        <w:spacing w:before="178" w:after="0" w:line="262" w:lineRule="auto"/>
        <w:ind w:left="240" w:right="1008"/>
        <w:rPr>
          <w:lang w:val="ru-RU"/>
        </w:rPr>
      </w:pPr>
      <w:r w:rsidRPr="009D5101">
        <w:rPr>
          <w:rFonts w:ascii="Times New Roman" w:eastAsia="Times New Roman" w:hAnsi="Times New Roman"/>
          <w:color w:val="000000"/>
          <w:sz w:val="24"/>
          <w:lang w:val="ru-RU"/>
        </w:rPr>
        <w:t xml:space="preserve">—  владеть разными способами самоконтроля (в том числе речевого), </w:t>
      </w:r>
      <w:proofErr w:type="spellStart"/>
      <w:r w:rsidRPr="009D5101">
        <w:rPr>
          <w:rFonts w:ascii="Times New Roman" w:eastAsia="Times New Roman" w:hAnsi="Times New Roman"/>
          <w:color w:val="000000"/>
          <w:sz w:val="24"/>
          <w:lang w:val="ru-RU"/>
        </w:rPr>
        <w:t>самомотивации</w:t>
      </w:r>
      <w:proofErr w:type="spellEnd"/>
      <w:r w:rsidRPr="009D5101">
        <w:rPr>
          <w:rFonts w:ascii="Times New Roman" w:eastAsia="Times New Roman" w:hAnsi="Times New Roman"/>
          <w:color w:val="000000"/>
          <w:sz w:val="24"/>
          <w:lang w:val="ru-RU"/>
        </w:rPr>
        <w:t xml:space="preserve"> и рефлексии;</w:t>
      </w:r>
    </w:p>
    <w:p w:rsidR="006438C7" w:rsidRPr="009D5101" w:rsidRDefault="009D5101">
      <w:pPr>
        <w:autoSpaceDE w:val="0"/>
        <w:autoSpaceDN w:val="0"/>
        <w:spacing w:before="190" w:after="0" w:line="230" w:lineRule="auto"/>
        <w:ind w:left="240"/>
        <w:rPr>
          <w:lang w:val="ru-RU"/>
        </w:rPr>
      </w:pPr>
      <w:r w:rsidRPr="009D5101">
        <w:rPr>
          <w:rFonts w:ascii="Times New Roman" w:eastAsia="Times New Roman" w:hAnsi="Times New Roman"/>
          <w:color w:val="000000"/>
          <w:sz w:val="24"/>
          <w:lang w:val="ru-RU"/>
        </w:rPr>
        <w:t>—  давать адекватную оценку учебной ситуации и предлагать план её изменения;</w:t>
      </w:r>
    </w:p>
    <w:p w:rsidR="006438C7" w:rsidRPr="009D5101" w:rsidRDefault="009D5101">
      <w:pPr>
        <w:autoSpaceDE w:val="0"/>
        <w:autoSpaceDN w:val="0"/>
        <w:spacing w:before="190" w:after="0" w:line="262" w:lineRule="auto"/>
        <w:ind w:left="240" w:right="1296"/>
        <w:rPr>
          <w:lang w:val="ru-RU"/>
        </w:rPr>
      </w:pPr>
      <w:r w:rsidRPr="009D5101">
        <w:rPr>
          <w:rFonts w:ascii="Times New Roman" w:eastAsia="Times New Roman" w:hAnsi="Times New Roman"/>
          <w:color w:val="000000"/>
          <w:sz w:val="24"/>
          <w:lang w:val="ru-RU"/>
        </w:rPr>
        <w:t>—  предвидеть трудности, которые могут возникнуть при решении учебной задачи, и адаптировать решение к меняющимся обстоятельствам;</w:t>
      </w:r>
    </w:p>
    <w:p w:rsidR="006438C7" w:rsidRPr="009D5101" w:rsidRDefault="006438C7">
      <w:pPr>
        <w:rPr>
          <w:lang w:val="ru-RU"/>
        </w:rPr>
        <w:sectPr w:rsidR="006438C7" w:rsidRPr="009D5101">
          <w:pgSz w:w="11900" w:h="16840"/>
          <w:pgMar w:top="286" w:right="736" w:bottom="512" w:left="846" w:header="720" w:footer="720" w:gutter="0"/>
          <w:cols w:space="720" w:equalWidth="0">
            <w:col w:w="10318" w:space="0"/>
          </w:cols>
          <w:docGrid w:linePitch="360"/>
        </w:sectPr>
      </w:pPr>
    </w:p>
    <w:p w:rsidR="006438C7" w:rsidRPr="009D5101" w:rsidRDefault="006438C7">
      <w:pPr>
        <w:autoSpaceDE w:val="0"/>
        <w:autoSpaceDN w:val="0"/>
        <w:spacing w:after="108" w:line="220" w:lineRule="exact"/>
        <w:rPr>
          <w:lang w:val="ru-RU"/>
        </w:rPr>
      </w:pPr>
    </w:p>
    <w:p w:rsidR="006438C7" w:rsidRPr="009D5101" w:rsidRDefault="009D5101">
      <w:pPr>
        <w:autoSpaceDE w:val="0"/>
        <w:autoSpaceDN w:val="0"/>
        <w:spacing w:after="0"/>
        <w:ind w:left="420"/>
        <w:rPr>
          <w:lang w:val="ru-RU"/>
        </w:rPr>
      </w:pPr>
      <w:r w:rsidRPr="009D5101">
        <w:rPr>
          <w:rFonts w:ascii="Times New Roman" w:eastAsia="Times New Roman" w:hAnsi="Times New Roman"/>
          <w:color w:val="000000"/>
          <w:sz w:val="24"/>
          <w:lang w:val="ru-RU"/>
        </w:rPr>
        <w:t>—  объяснять причины достижения (</w:t>
      </w:r>
      <w:proofErr w:type="spellStart"/>
      <w:r w:rsidRPr="009D5101">
        <w:rPr>
          <w:rFonts w:ascii="Times New Roman" w:eastAsia="Times New Roman" w:hAnsi="Times New Roman"/>
          <w:color w:val="000000"/>
          <w:sz w:val="24"/>
          <w:lang w:val="ru-RU"/>
        </w:rPr>
        <w:t>недостижения</w:t>
      </w:r>
      <w:proofErr w:type="spellEnd"/>
      <w:r w:rsidRPr="009D5101">
        <w:rPr>
          <w:rFonts w:ascii="Times New Roman" w:eastAsia="Times New Roman" w:hAnsi="Times New Roman"/>
          <w:color w:val="000000"/>
          <w:sz w:val="24"/>
          <w:lang w:val="ru-RU"/>
        </w:rPr>
        <w:t>) результата деятельности; понимать причины коммуникативных неудач и уметь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6438C7" w:rsidRPr="009D5101" w:rsidRDefault="009D5101">
      <w:pPr>
        <w:autoSpaceDE w:val="0"/>
        <w:autoSpaceDN w:val="0"/>
        <w:spacing w:before="178" w:after="0" w:line="230" w:lineRule="auto"/>
        <w:ind w:left="180"/>
        <w:rPr>
          <w:lang w:val="ru-RU"/>
        </w:rPr>
      </w:pPr>
      <w:r w:rsidRPr="009D5101">
        <w:rPr>
          <w:rFonts w:ascii="Times New Roman" w:eastAsia="Times New Roman" w:hAnsi="Times New Roman"/>
          <w:b/>
          <w:i/>
          <w:color w:val="000000"/>
          <w:sz w:val="24"/>
          <w:lang w:val="ru-RU"/>
        </w:rPr>
        <w:t>Эмоциональный интеллект:</w:t>
      </w:r>
    </w:p>
    <w:p w:rsidR="006438C7" w:rsidRPr="009D5101" w:rsidRDefault="009D5101">
      <w:pPr>
        <w:autoSpaceDE w:val="0"/>
        <w:autoSpaceDN w:val="0"/>
        <w:spacing w:before="178" w:after="0" w:line="230" w:lineRule="auto"/>
        <w:ind w:left="420"/>
        <w:rPr>
          <w:lang w:val="ru-RU"/>
        </w:rPr>
      </w:pPr>
      <w:r w:rsidRPr="009D5101">
        <w:rPr>
          <w:rFonts w:ascii="Times New Roman" w:eastAsia="Times New Roman" w:hAnsi="Times New Roman"/>
          <w:color w:val="000000"/>
          <w:sz w:val="24"/>
          <w:lang w:val="ru-RU"/>
        </w:rPr>
        <w:t>—  развивать способность управлять собственными эмоциями и эмоциями других;</w:t>
      </w:r>
    </w:p>
    <w:p w:rsidR="006438C7" w:rsidRPr="009D5101" w:rsidRDefault="009D5101">
      <w:pPr>
        <w:autoSpaceDE w:val="0"/>
        <w:autoSpaceDN w:val="0"/>
        <w:spacing w:before="190" w:after="0" w:line="262" w:lineRule="auto"/>
        <w:ind w:left="420"/>
        <w:rPr>
          <w:lang w:val="ru-RU"/>
        </w:rPr>
      </w:pPr>
      <w:r w:rsidRPr="009D5101">
        <w:rPr>
          <w:rFonts w:ascii="Times New Roman" w:eastAsia="Times New Roman" w:hAnsi="Times New Roman"/>
          <w:color w:val="000000"/>
          <w:sz w:val="24"/>
          <w:lang w:val="ru-RU"/>
        </w:rPr>
        <w:t>—  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6438C7" w:rsidRPr="009D5101" w:rsidRDefault="009D5101">
      <w:pPr>
        <w:autoSpaceDE w:val="0"/>
        <w:autoSpaceDN w:val="0"/>
        <w:spacing w:before="180" w:after="0" w:line="230" w:lineRule="auto"/>
        <w:ind w:left="180"/>
        <w:rPr>
          <w:lang w:val="ru-RU"/>
        </w:rPr>
      </w:pPr>
      <w:r w:rsidRPr="009D5101">
        <w:rPr>
          <w:rFonts w:ascii="Times New Roman" w:eastAsia="Times New Roman" w:hAnsi="Times New Roman"/>
          <w:b/>
          <w:i/>
          <w:color w:val="000000"/>
          <w:sz w:val="24"/>
          <w:lang w:val="ru-RU"/>
        </w:rPr>
        <w:t>Принятие себя и других:</w:t>
      </w:r>
    </w:p>
    <w:p w:rsidR="006438C7" w:rsidRPr="009D5101" w:rsidRDefault="009D5101">
      <w:pPr>
        <w:autoSpaceDE w:val="0"/>
        <w:autoSpaceDN w:val="0"/>
        <w:spacing w:before="180" w:after="0" w:line="230" w:lineRule="auto"/>
        <w:ind w:left="420"/>
        <w:rPr>
          <w:lang w:val="ru-RU"/>
        </w:rPr>
      </w:pPr>
      <w:r w:rsidRPr="009D5101">
        <w:rPr>
          <w:rFonts w:ascii="Times New Roman" w:eastAsia="Times New Roman" w:hAnsi="Times New Roman"/>
          <w:color w:val="000000"/>
          <w:sz w:val="24"/>
          <w:lang w:val="ru-RU"/>
        </w:rPr>
        <w:t xml:space="preserve">—  осознанно относиться к другому человеку и его мнению; </w:t>
      </w:r>
    </w:p>
    <w:p w:rsidR="006438C7" w:rsidRPr="009D5101" w:rsidRDefault="009D5101">
      <w:pPr>
        <w:autoSpaceDE w:val="0"/>
        <w:autoSpaceDN w:val="0"/>
        <w:spacing w:before="190" w:after="0" w:line="230" w:lineRule="auto"/>
        <w:ind w:left="420"/>
        <w:rPr>
          <w:lang w:val="ru-RU"/>
        </w:rPr>
      </w:pPr>
      <w:r w:rsidRPr="009D5101">
        <w:rPr>
          <w:rFonts w:ascii="Times New Roman" w:eastAsia="Times New Roman" w:hAnsi="Times New Roman"/>
          <w:color w:val="000000"/>
          <w:sz w:val="24"/>
          <w:lang w:val="ru-RU"/>
        </w:rPr>
        <w:t>—  признавать своё и чужое право на ошибку;</w:t>
      </w:r>
    </w:p>
    <w:p w:rsidR="006438C7" w:rsidRPr="009D5101" w:rsidRDefault="009D5101">
      <w:pPr>
        <w:autoSpaceDE w:val="0"/>
        <w:autoSpaceDN w:val="0"/>
        <w:spacing w:before="190" w:after="0" w:line="230" w:lineRule="auto"/>
        <w:ind w:left="420"/>
        <w:rPr>
          <w:lang w:val="ru-RU"/>
        </w:rPr>
      </w:pPr>
      <w:r w:rsidRPr="009D5101">
        <w:rPr>
          <w:rFonts w:ascii="Times New Roman" w:eastAsia="Times New Roman" w:hAnsi="Times New Roman"/>
          <w:color w:val="000000"/>
          <w:sz w:val="24"/>
          <w:lang w:val="ru-RU"/>
        </w:rPr>
        <w:t xml:space="preserve">—  принимать себя и других не осуждая; </w:t>
      </w:r>
    </w:p>
    <w:p w:rsidR="006438C7" w:rsidRPr="009D5101" w:rsidRDefault="009D5101">
      <w:pPr>
        <w:autoSpaceDE w:val="0"/>
        <w:autoSpaceDN w:val="0"/>
        <w:spacing w:before="190" w:after="0" w:line="230" w:lineRule="auto"/>
        <w:ind w:left="420"/>
        <w:rPr>
          <w:lang w:val="ru-RU"/>
        </w:rPr>
      </w:pPr>
      <w:r w:rsidRPr="009D5101">
        <w:rPr>
          <w:rFonts w:ascii="Times New Roman" w:eastAsia="Times New Roman" w:hAnsi="Times New Roman"/>
          <w:color w:val="000000"/>
          <w:sz w:val="24"/>
          <w:lang w:val="ru-RU"/>
        </w:rPr>
        <w:t>—  проявлять открытость;</w:t>
      </w:r>
    </w:p>
    <w:p w:rsidR="006438C7" w:rsidRPr="009D5101" w:rsidRDefault="009D5101">
      <w:pPr>
        <w:autoSpaceDE w:val="0"/>
        <w:autoSpaceDN w:val="0"/>
        <w:spacing w:before="190" w:after="0" w:line="230" w:lineRule="auto"/>
        <w:ind w:left="420"/>
        <w:rPr>
          <w:lang w:val="ru-RU"/>
        </w:rPr>
      </w:pPr>
      <w:r w:rsidRPr="009D5101">
        <w:rPr>
          <w:rFonts w:ascii="Times New Roman" w:eastAsia="Times New Roman" w:hAnsi="Times New Roman"/>
          <w:color w:val="000000"/>
          <w:sz w:val="24"/>
          <w:lang w:val="ru-RU"/>
        </w:rPr>
        <w:t>—  осознавать невозможность контролировать всё вокруг.</w:t>
      </w:r>
    </w:p>
    <w:p w:rsidR="006438C7" w:rsidRPr="009D5101" w:rsidRDefault="009D5101">
      <w:pPr>
        <w:autoSpaceDE w:val="0"/>
        <w:autoSpaceDN w:val="0"/>
        <w:spacing w:before="322" w:after="0" w:line="230" w:lineRule="auto"/>
        <w:rPr>
          <w:lang w:val="ru-RU"/>
        </w:rPr>
      </w:pPr>
      <w:r w:rsidRPr="009D5101">
        <w:rPr>
          <w:rFonts w:ascii="Times New Roman" w:eastAsia="Times New Roman" w:hAnsi="Times New Roman"/>
          <w:b/>
          <w:color w:val="000000"/>
          <w:sz w:val="24"/>
          <w:lang w:val="ru-RU"/>
        </w:rPr>
        <w:t>ПРЕДМЕТНЫЕ РЕЗУЛЬТАТЫ</w:t>
      </w:r>
    </w:p>
    <w:p w:rsidR="006438C7" w:rsidRPr="009D5101" w:rsidRDefault="009D5101">
      <w:pPr>
        <w:autoSpaceDE w:val="0"/>
        <w:autoSpaceDN w:val="0"/>
        <w:spacing w:before="166" w:after="0" w:line="230" w:lineRule="auto"/>
        <w:ind w:left="180"/>
        <w:rPr>
          <w:lang w:val="ru-RU"/>
        </w:rPr>
      </w:pPr>
      <w:r w:rsidRPr="009D5101">
        <w:rPr>
          <w:rFonts w:ascii="Times New Roman" w:eastAsia="Times New Roman" w:hAnsi="Times New Roman"/>
          <w:b/>
          <w:color w:val="000000"/>
          <w:sz w:val="24"/>
          <w:lang w:val="ru-RU"/>
        </w:rPr>
        <w:t>Язык и культура:</w:t>
      </w:r>
    </w:p>
    <w:p w:rsidR="006438C7" w:rsidRPr="009D5101" w:rsidRDefault="009D5101">
      <w:pPr>
        <w:autoSpaceDE w:val="0"/>
        <w:autoSpaceDN w:val="0"/>
        <w:spacing w:before="178" w:after="0" w:line="271" w:lineRule="auto"/>
        <w:ind w:left="420" w:right="432"/>
        <w:rPr>
          <w:lang w:val="ru-RU"/>
        </w:rPr>
      </w:pPr>
      <w:r w:rsidRPr="009D5101">
        <w:rPr>
          <w:rFonts w:ascii="Times New Roman" w:eastAsia="Times New Roman" w:hAnsi="Times New Roman"/>
          <w:color w:val="000000"/>
          <w:sz w:val="24"/>
          <w:lang w:val="ru-RU"/>
        </w:rPr>
        <w:t>—  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6438C7" w:rsidRPr="009D5101" w:rsidRDefault="009D5101">
      <w:pPr>
        <w:autoSpaceDE w:val="0"/>
        <w:autoSpaceDN w:val="0"/>
        <w:spacing w:before="190" w:after="0" w:line="262" w:lineRule="auto"/>
        <w:ind w:left="420" w:right="288"/>
        <w:rPr>
          <w:lang w:val="ru-RU"/>
        </w:rPr>
      </w:pPr>
      <w:r w:rsidRPr="009D5101">
        <w:rPr>
          <w:rFonts w:ascii="Times New Roman" w:eastAsia="Times New Roman" w:hAnsi="Times New Roman"/>
          <w:color w:val="000000"/>
          <w:sz w:val="24"/>
          <w:lang w:val="ru-RU"/>
        </w:rPr>
        <w:t>—  приводить примеры, доказывающие, что изучение русского языка позволяет лучше узнать историю и культуру страны (в рамках изученного);</w:t>
      </w:r>
    </w:p>
    <w:p w:rsidR="006438C7" w:rsidRPr="009D5101" w:rsidRDefault="009D5101">
      <w:pPr>
        <w:autoSpaceDE w:val="0"/>
        <w:autoSpaceDN w:val="0"/>
        <w:spacing w:before="190" w:after="0"/>
        <w:ind w:left="420" w:right="288"/>
        <w:rPr>
          <w:lang w:val="ru-RU"/>
        </w:rPr>
      </w:pPr>
      <w:r w:rsidRPr="009D5101">
        <w:rPr>
          <w:rFonts w:ascii="Times New Roman" w:eastAsia="Times New Roman" w:hAnsi="Times New Roman"/>
          <w:color w:val="000000"/>
          <w:sz w:val="24"/>
          <w:lang w:val="ru-RU"/>
        </w:rPr>
        <w:t>—  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6438C7" w:rsidRPr="009D5101" w:rsidRDefault="009D5101">
      <w:pPr>
        <w:autoSpaceDE w:val="0"/>
        <w:autoSpaceDN w:val="0"/>
        <w:spacing w:before="192" w:after="0" w:line="281" w:lineRule="auto"/>
        <w:ind w:left="420" w:right="144"/>
        <w:rPr>
          <w:lang w:val="ru-RU"/>
        </w:rPr>
      </w:pPr>
      <w:r w:rsidRPr="009D5101">
        <w:rPr>
          <w:rFonts w:ascii="Times New Roman" w:eastAsia="Times New Roman" w:hAnsi="Times New Roman"/>
          <w:color w:val="000000"/>
          <w:sz w:val="24"/>
          <w:lang w:val="ru-RU"/>
        </w:rPr>
        <w:t xml:space="preserve">—  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w:t>
      </w:r>
      <w:r w:rsidRPr="009D5101">
        <w:rPr>
          <w:lang w:val="ru-RU"/>
        </w:rPr>
        <w:br/>
      </w:r>
      <w:r w:rsidRPr="009D5101">
        <w:rPr>
          <w:rFonts w:ascii="Times New Roman" w:eastAsia="Times New Roman" w:hAnsi="Times New Roman"/>
          <w:color w:val="000000"/>
          <w:sz w:val="24"/>
          <w:lang w:val="ru-RU"/>
        </w:rPr>
        <w:t xml:space="preserve">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w:t>
      </w:r>
      <w:r w:rsidRPr="009D5101">
        <w:rPr>
          <w:lang w:val="ru-RU"/>
        </w:rPr>
        <w:br/>
      </w:r>
      <w:r w:rsidRPr="009D5101">
        <w:rPr>
          <w:rFonts w:ascii="Times New Roman" w:eastAsia="Times New Roman" w:hAnsi="Times New Roman"/>
          <w:color w:val="000000"/>
          <w:sz w:val="24"/>
          <w:lang w:val="ru-RU"/>
        </w:rPr>
        <w:t>употреблять их;</w:t>
      </w:r>
    </w:p>
    <w:p w:rsidR="006438C7" w:rsidRPr="009D5101" w:rsidRDefault="009D5101">
      <w:pPr>
        <w:autoSpaceDE w:val="0"/>
        <w:autoSpaceDN w:val="0"/>
        <w:spacing w:before="190" w:after="0" w:line="271" w:lineRule="auto"/>
        <w:ind w:left="420"/>
        <w:rPr>
          <w:lang w:val="ru-RU"/>
        </w:rPr>
      </w:pPr>
      <w:r w:rsidRPr="009D5101">
        <w:rPr>
          <w:rFonts w:ascii="Times New Roman" w:eastAsia="Times New Roman" w:hAnsi="Times New Roman"/>
          <w:color w:val="000000"/>
          <w:sz w:val="24"/>
          <w:lang w:val="ru-RU"/>
        </w:rPr>
        <w:t>—  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6438C7" w:rsidRPr="009D5101" w:rsidRDefault="009D5101">
      <w:pPr>
        <w:autoSpaceDE w:val="0"/>
        <w:autoSpaceDN w:val="0"/>
        <w:spacing w:before="190" w:after="0" w:line="271" w:lineRule="auto"/>
        <w:ind w:left="420" w:right="144"/>
        <w:rPr>
          <w:lang w:val="ru-RU"/>
        </w:rPr>
      </w:pPr>
      <w:r w:rsidRPr="009D5101">
        <w:rPr>
          <w:rFonts w:ascii="Times New Roman" w:eastAsia="Times New Roman" w:hAnsi="Times New Roman"/>
          <w:color w:val="000000"/>
          <w:sz w:val="24"/>
          <w:lang w:val="ru-RU"/>
        </w:rPr>
        <w:t>—  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6438C7" w:rsidRPr="009D5101" w:rsidRDefault="009D5101">
      <w:pPr>
        <w:autoSpaceDE w:val="0"/>
        <w:autoSpaceDN w:val="0"/>
        <w:spacing w:before="190" w:after="0" w:line="262" w:lineRule="auto"/>
        <w:ind w:left="420" w:right="288"/>
        <w:rPr>
          <w:lang w:val="ru-RU"/>
        </w:rPr>
      </w:pPr>
      <w:r w:rsidRPr="009D5101">
        <w:rPr>
          <w:rFonts w:ascii="Times New Roman" w:eastAsia="Times New Roman" w:hAnsi="Times New Roman"/>
          <w:color w:val="000000"/>
          <w:sz w:val="24"/>
          <w:lang w:val="ru-RU"/>
        </w:rPr>
        <w:t>—  понимать и объяснять взаимосвязь происхождения названий старинных русских городов и истории народа, истории языка (в рамках изученного);</w:t>
      </w:r>
    </w:p>
    <w:p w:rsidR="006438C7" w:rsidRPr="009D5101" w:rsidRDefault="009D5101">
      <w:pPr>
        <w:autoSpaceDE w:val="0"/>
        <w:autoSpaceDN w:val="0"/>
        <w:spacing w:before="190" w:after="0" w:line="230" w:lineRule="auto"/>
        <w:ind w:left="420"/>
        <w:rPr>
          <w:lang w:val="ru-RU"/>
        </w:rPr>
      </w:pPr>
      <w:r w:rsidRPr="009D5101">
        <w:rPr>
          <w:rFonts w:ascii="Times New Roman" w:eastAsia="Times New Roman" w:hAnsi="Times New Roman"/>
          <w:color w:val="000000"/>
          <w:sz w:val="24"/>
          <w:lang w:val="ru-RU"/>
        </w:rPr>
        <w:t>—  использовать толковые словари, словари пословиц и поговорок; словари синонимов,</w:t>
      </w:r>
    </w:p>
    <w:p w:rsidR="006438C7" w:rsidRPr="009D5101" w:rsidRDefault="006438C7">
      <w:pPr>
        <w:rPr>
          <w:lang w:val="ru-RU"/>
        </w:rPr>
        <w:sectPr w:rsidR="006438C7" w:rsidRPr="009D5101">
          <w:pgSz w:w="11900" w:h="16840"/>
          <w:pgMar w:top="328" w:right="736" w:bottom="408" w:left="666" w:header="720" w:footer="720" w:gutter="0"/>
          <w:cols w:space="720" w:equalWidth="0">
            <w:col w:w="10498" w:space="0"/>
          </w:cols>
          <w:docGrid w:linePitch="360"/>
        </w:sectPr>
      </w:pPr>
    </w:p>
    <w:p w:rsidR="006438C7" w:rsidRPr="009D5101" w:rsidRDefault="006438C7">
      <w:pPr>
        <w:autoSpaceDE w:val="0"/>
        <w:autoSpaceDN w:val="0"/>
        <w:spacing w:after="66" w:line="220" w:lineRule="exact"/>
        <w:rPr>
          <w:lang w:val="ru-RU"/>
        </w:rPr>
      </w:pPr>
    </w:p>
    <w:p w:rsidR="006438C7" w:rsidRPr="009D5101" w:rsidRDefault="009D5101">
      <w:pPr>
        <w:autoSpaceDE w:val="0"/>
        <w:autoSpaceDN w:val="0"/>
        <w:spacing w:after="0" w:line="271" w:lineRule="auto"/>
        <w:ind w:left="240" w:right="144"/>
        <w:rPr>
          <w:lang w:val="ru-RU"/>
        </w:rPr>
      </w:pPr>
      <w:r w:rsidRPr="009D5101">
        <w:rPr>
          <w:rFonts w:ascii="Times New Roman" w:eastAsia="Times New Roman" w:hAnsi="Times New Roman"/>
          <w:color w:val="000000"/>
          <w:sz w:val="24"/>
          <w:lang w:val="ru-RU"/>
        </w:rPr>
        <w:t>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6438C7" w:rsidRPr="009D5101" w:rsidRDefault="009D5101">
      <w:pPr>
        <w:autoSpaceDE w:val="0"/>
        <w:autoSpaceDN w:val="0"/>
        <w:spacing w:before="178" w:after="0" w:line="230" w:lineRule="auto"/>
        <w:rPr>
          <w:lang w:val="ru-RU"/>
        </w:rPr>
      </w:pPr>
      <w:r w:rsidRPr="009D5101">
        <w:rPr>
          <w:rFonts w:ascii="Times New Roman" w:eastAsia="Times New Roman" w:hAnsi="Times New Roman"/>
          <w:b/>
          <w:color w:val="000000"/>
          <w:sz w:val="24"/>
          <w:lang w:val="ru-RU"/>
        </w:rPr>
        <w:t>Культура речи:</w:t>
      </w:r>
    </w:p>
    <w:p w:rsidR="006438C7" w:rsidRPr="009D5101" w:rsidRDefault="009D5101">
      <w:pPr>
        <w:autoSpaceDE w:val="0"/>
        <w:autoSpaceDN w:val="0"/>
        <w:spacing w:before="178" w:after="0" w:line="230" w:lineRule="auto"/>
        <w:ind w:left="240"/>
        <w:rPr>
          <w:lang w:val="ru-RU"/>
        </w:rPr>
      </w:pPr>
      <w:r w:rsidRPr="009D5101">
        <w:rPr>
          <w:rFonts w:ascii="Times New Roman" w:eastAsia="Times New Roman" w:hAnsi="Times New Roman"/>
          <w:color w:val="000000"/>
          <w:sz w:val="24"/>
          <w:lang w:val="ru-RU"/>
        </w:rPr>
        <w:t>—  иметь общее представление о современном русском литературном языке;</w:t>
      </w:r>
    </w:p>
    <w:p w:rsidR="006438C7" w:rsidRPr="009D5101" w:rsidRDefault="009D5101">
      <w:pPr>
        <w:autoSpaceDE w:val="0"/>
        <w:autoSpaceDN w:val="0"/>
        <w:spacing w:before="190" w:after="0" w:line="230" w:lineRule="auto"/>
        <w:ind w:left="240"/>
        <w:rPr>
          <w:lang w:val="ru-RU"/>
        </w:rPr>
      </w:pPr>
      <w:r w:rsidRPr="009D5101">
        <w:rPr>
          <w:rFonts w:ascii="Times New Roman" w:eastAsia="Times New Roman" w:hAnsi="Times New Roman"/>
          <w:color w:val="000000"/>
          <w:sz w:val="24"/>
          <w:lang w:val="ru-RU"/>
        </w:rPr>
        <w:t>—  иметь общее представление о показателях хорошей и правильной речи;</w:t>
      </w:r>
    </w:p>
    <w:p w:rsidR="006438C7" w:rsidRPr="009D5101" w:rsidRDefault="009D5101">
      <w:pPr>
        <w:autoSpaceDE w:val="0"/>
        <w:autoSpaceDN w:val="0"/>
        <w:spacing w:before="190" w:after="0" w:line="262" w:lineRule="auto"/>
        <w:ind w:left="240" w:right="864"/>
        <w:rPr>
          <w:lang w:val="ru-RU"/>
        </w:rPr>
      </w:pPr>
      <w:r w:rsidRPr="009D5101">
        <w:rPr>
          <w:rFonts w:ascii="Times New Roman" w:eastAsia="Times New Roman" w:hAnsi="Times New Roman"/>
          <w:color w:val="000000"/>
          <w:sz w:val="24"/>
          <w:lang w:val="ru-RU"/>
        </w:rPr>
        <w:t>—  иметь общее представление о роли А. С. Пушкина в развитии современного русского литературного языка (в рамках изученного);</w:t>
      </w:r>
    </w:p>
    <w:p w:rsidR="006438C7" w:rsidRPr="009D5101" w:rsidRDefault="009D5101">
      <w:pPr>
        <w:autoSpaceDE w:val="0"/>
        <w:autoSpaceDN w:val="0"/>
        <w:spacing w:before="192" w:after="0" w:line="262" w:lineRule="auto"/>
        <w:ind w:left="240"/>
        <w:rPr>
          <w:lang w:val="ru-RU"/>
        </w:rPr>
      </w:pPr>
      <w:r w:rsidRPr="009D5101">
        <w:rPr>
          <w:rFonts w:ascii="Times New Roman" w:eastAsia="Times New Roman" w:hAnsi="Times New Roman"/>
          <w:color w:val="000000"/>
          <w:sz w:val="24"/>
          <w:lang w:val="ru-RU"/>
        </w:rPr>
        <w:t>—  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6438C7" w:rsidRPr="009D5101" w:rsidRDefault="009D5101">
      <w:pPr>
        <w:autoSpaceDE w:val="0"/>
        <w:autoSpaceDN w:val="0"/>
        <w:spacing w:before="192" w:after="0" w:line="281" w:lineRule="auto"/>
        <w:ind w:left="240" w:right="720"/>
        <w:rPr>
          <w:lang w:val="ru-RU"/>
        </w:rPr>
      </w:pPr>
      <w:r w:rsidRPr="009D5101">
        <w:rPr>
          <w:rFonts w:ascii="Times New Roman" w:eastAsia="Times New Roman" w:hAnsi="Times New Roman"/>
          <w:color w:val="000000"/>
          <w:sz w:val="24"/>
          <w:lang w:val="ru-RU"/>
        </w:rPr>
        <w:t>—  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6438C7" w:rsidRPr="009D5101" w:rsidRDefault="009D5101">
      <w:pPr>
        <w:autoSpaceDE w:val="0"/>
        <w:autoSpaceDN w:val="0"/>
        <w:spacing w:before="190" w:after="0"/>
        <w:ind w:left="240" w:right="288"/>
        <w:rPr>
          <w:lang w:val="ru-RU"/>
        </w:rPr>
      </w:pPr>
      <w:r w:rsidRPr="009D5101">
        <w:rPr>
          <w:rFonts w:ascii="Times New Roman" w:eastAsia="Times New Roman" w:hAnsi="Times New Roman"/>
          <w:color w:val="000000"/>
          <w:sz w:val="24"/>
          <w:lang w:val="ru-RU"/>
        </w:rPr>
        <w:t>—  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6438C7" w:rsidRPr="009D5101" w:rsidRDefault="009D5101">
      <w:pPr>
        <w:autoSpaceDE w:val="0"/>
        <w:autoSpaceDN w:val="0"/>
        <w:spacing w:before="190" w:after="0" w:line="271" w:lineRule="auto"/>
        <w:ind w:left="240"/>
        <w:rPr>
          <w:lang w:val="ru-RU"/>
        </w:rPr>
      </w:pPr>
      <w:r w:rsidRPr="009D5101">
        <w:rPr>
          <w:rFonts w:ascii="Times New Roman" w:eastAsia="Times New Roman" w:hAnsi="Times New Roman"/>
          <w:color w:val="000000"/>
          <w:sz w:val="24"/>
          <w:lang w:val="ru-RU"/>
        </w:rPr>
        <w:t>—  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6438C7" w:rsidRPr="009D5101" w:rsidRDefault="009D5101">
      <w:pPr>
        <w:autoSpaceDE w:val="0"/>
        <w:autoSpaceDN w:val="0"/>
        <w:spacing w:before="190" w:after="0"/>
        <w:ind w:left="240"/>
        <w:rPr>
          <w:lang w:val="ru-RU"/>
        </w:rPr>
      </w:pPr>
      <w:r w:rsidRPr="009D5101">
        <w:rPr>
          <w:rFonts w:ascii="Times New Roman" w:eastAsia="Times New Roman" w:hAnsi="Times New Roman"/>
          <w:color w:val="000000"/>
          <w:sz w:val="24"/>
          <w:lang w:val="ru-RU"/>
        </w:rPr>
        <w:t>—  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6438C7" w:rsidRPr="009D5101" w:rsidRDefault="009D5101">
      <w:pPr>
        <w:autoSpaceDE w:val="0"/>
        <w:autoSpaceDN w:val="0"/>
        <w:spacing w:before="190" w:after="0" w:line="271" w:lineRule="auto"/>
        <w:ind w:left="240" w:right="1362"/>
        <w:jc w:val="both"/>
        <w:rPr>
          <w:lang w:val="ru-RU"/>
        </w:rPr>
      </w:pPr>
      <w:r w:rsidRPr="009D5101">
        <w:rPr>
          <w:rFonts w:ascii="Times New Roman" w:eastAsia="Times New Roman" w:hAnsi="Times New Roman"/>
          <w:color w:val="000000"/>
          <w:sz w:val="24"/>
          <w:lang w:val="ru-RU"/>
        </w:rPr>
        <w:t>—  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6438C7" w:rsidRPr="009D5101" w:rsidRDefault="009D5101">
      <w:pPr>
        <w:autoSpaceDE w:val="0"/>
        <w:autoSpaceDN w:val="0"/>
        <w:spacing w:before="180" w:after="0" w:line="230" w:lineRule="auto"/>
        <w:rPr>
          <w:lang w:val="ru-RU"/>
        </w:rPr>
      </w:pPr>
      <w:r w:rsidRPr="009D5101">
        <w:rPr>
          <w:rFonts w:ascii="Times New Roman" w:eastAsia="Times New Roman" w:hAnsi="Times New Roman"/>
          <w:b/>
          <w:color w:val="000000"/>
          <w:sz w:val="24"/>
          <w:lang w:val="ru-RU"/>
        </w:rPr>
        <w:t>Речь. Речевая деятельность. Текст:</w:t>
      </w:r>
    </w:p>
    <w:p w:rsidR="006438C7" w:rsidRPr="009D5101" w:rsidRDefault="009D5101">
      <w:pPr>
        <w:autoSpaceDE w:val="0"/>
        <w:autoSpaceDN w:val="0"/>
        <w:spacing w:before="178" w:after="0"/>
        <w:ind w:left="240" w:right="144"/>
        <w:rPr>
          <w:lang w:val="ru-RU"/>
        </w:rPr>
      </w:pPr>
      <w:r w:rsidRPr="009D5101">
        <w:rPr>
          <w:rFonts w:ascii="Times New Roman" w:eastAsia="Times New Roman" w:hAnsi="Times New Roman"/>
          <w:color w:val="000000"/>
          <w:sz w:val="24"/>
          <w:lang w:val="ru-RU"/>
        </w:rPr>
        <w:t>—  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6438C7" w:rsidRPr="009D5101" w:rsidRDefault="009D5101">
      <w:pPr>
        <w:autoSpaceDE w:val="0"/>
        <w:autoSpaceDN w:val="0"/>
        <w:spacing w:before="190" w:after="0" w:line="271" w:lineRule="auto"/>
        <w:ind w:left="240" w:right="144"/>
        <w:rPr>
          <w:lang w:val="ru-RU"/>
        </w:rPr>
      </w:pPr>
      <w:r w:rsidRPr="009D5101">
        <w:rPr>
          <w:rFonts w:ascii="Times New Roman" w:eastAsia="Times New Roman" w:hAnsi="Times New Roman"/>
          <w:color w:val="000000"/>
          <w:sz w:val="24"/>
          <w:lang w:val="ru-RU"/>
        </w:rPr>
        <w:t>—  анализировать и создавать (в том числе с опорой на образец) тексты разных функционально-смысловых типов речи; составлять планы разных видов; план устного ответа на уроке, план прочитанного текста;</w:t>
      </w:r>
    </w:p>
    <w:p w:rsidR="006438C7" w:rsidRPr="009D5101" w:rsidRDefault="009D5101">
      <w:pPr>
        <w:autoSpaceDE w:val="0"/>
        <w:autoSpaceDN w:val="0"/>
        <w:spacing w:before="190" w:after="0" w:line="230" w:lineRule="auto"/>
        <w:ind w:left="240"/>
        <w:rPr>
          <w:lang w:val="ru-RU"/>
        </w:rPr>
      </w:pPr>
      <w:r w:rsidRPr="009D5101">
        <w:rPr>
          <w:rFonts w:ascii="Times New Roman" w:eastAsia="Times New Roman" w:hAnsi="Times New Roman"/>
          <w:color w:val="000000"/>
          <w:sz w:val="24"/>
          <w:lang w:val="ru-RU"/>
        </w:rPr>
        <w:t>—  создавать объявления (в устной и письменной форме) с учётом речевой ситуации;</w:t>
      </w:r>
    </w:p>
    <w:p w:rsidR="006438C7" w:rsidRPr="009D5101" w:rsidRDefault="009D5101">
      <w:pPr>
        <w:autoSpaceDE w:val="0"/>
        <w:autoSpaceDN w:val="0"/>
        <w:spacing w:before="190" w:after="0" w:line="230" w:lineRule="auto"/>
        <w:ind w:left="240"/>
        <w:rPr>
          <w:lang w:val="ru-RU"/>
        </w:rPr>
      </w:pPr>
      <w:r w:rsidRPr="009D5101">
        <w:rPr>
          <w:rFonts w:ascii="Times New Roman" w:eastAsia="Times New Roman" w:hAnsi="Times New Roman"/>
          <w:color w:val="000000"/>
          <w:sz w:val="24"/>
          <w:lang w:val="ru-RU"/>
        </w:rPr>
        <w:t>—  распознавать и создавать тексты публицистических жанров (девиз, слоган);</w:t>
      </w:r>
    </w:p>
    <w:p w:rsidR="006438C7" w:rsidRPr="009D5101" w:rsidRDefault="009D5101">
      <w:pPr>
        <w:autoSpaceDE w:val="0"/>
        <w:autoSpaceDN w:val="0"/>
        <w:spacing w:before="190" w:after="0" w:line="262" w:lineRule="auto"/>
        <w:ind w:left="240"/>
        <w:rPr>
          <w:lang w:val="ru-RU"/>
        </w:rPr>
      </w:pPr>
      <w:r w:rsidRPr="009D5101">
        <w:rPr>
          <w:rFonts w:ascii="Times New Roman" w:eastAsia="Times New Roman" w:hAnsi="Times New Roman"/>
          <w:color w:val="000000"/>
          <w:sz w:val="24"/>
          <w:lang w:val="ru-RU"/>
        </w:rPr>
        <w:t>—  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6438C7" w:rsidRPr="009D5101" w:rsidRDefault="006438C7">
      <w:pPr>
        <w:rPr>
          <w:lang w:val="ru-RU"/>
        </w:rPr>
        <w:sectPr w:rsidR="006438C7" w:rsidRPr="009D5101">
          <w:pgSz w:w="11900" w:h="16840"/>
          <w:pgMar w:top="286" w:right="730" w:bottom="342" w:left="846" w:header="720" w:footer="720" w:gutter="0"/>
          <w:cols w:space="720" w:equalWidth="0">
            <w:col w:w="10324" w:space="0"/>
          </w:cols>
          <w:docGrid w:linePitch="360"/>
        </w:sectPr>
      </w:pPr>
    </w:p>
    <w:p w:rsidR="006438C7" w:rsidRPr="009D5101" w:rsidRDefault="006438C7">
      <w:pPr>
        <w:autoSpaceDE w:val="0"/>
        <w:autoSpaceDN w:val="0"/>
        <w:spacing w:after="102" w:line="220" w:lineRule="exact"/>
        <w:rPr>
          <w:lang w:val="ru-RU"/>
        </w:rPr>
      </w:pPr>
    </w:p>
    <w:p w:rsidR="006438C7" w:rsidRPr="009D5101" w:rsidRDefault="009D5101">
      <w:pPr>
        <w:autoSpaceDE w:val="0"/>
        <w:autoSpaceDN w:val="0"/>
        <w:spacing w:after="0" w:line="262" w:lineRule="auto"/>
        <w:rPr>
          <w:lang w:val="ru-RU"/>
        </w:rPr>
      </w:pPr>
      <w:r w:rsidRPr="009D5101">
        <w:rPr>
          <w:rFonts w:ascii="Times New Roman" w:eastAsia="Times New Roman" w:hAnsi="Times New Roman"/>
          <w:color w:val="000000"/>
          <w:sz w:val="24"/>
          <w:lang w:val="ru-RU"/>
        </w:rPr>
        <w:t>—  редактировать собственные тексты с целью совершенствования их содержания и формы; сопоставлять черновой и отредактированный тексты;</w:t>
      </w:r>
    </w:p>
    <w:p w:rsidR="006438C7" w:rsidRPr="009D5101" w:rsidRDefault="009D5101">
      <w:pPr>
        <w:autoSpaceDE w:val="0"/>
        <w:autoSpaceDN w:val="0"/>
        <w:spacing w:before="190" w:after="0" w:line="262" w:lineRule="auto"/>
        <w:rPr>
          <w:lang w:val="ru-RU"/>
        </w:rPr>
      </w:pPr>
      <w:r w:rsidRPr="009D5101">
        <w:rPr>
          <w:rFonts w:ascii="Times New Roman" w:eastAsia="Times New Roman" w:hAnsi="Times New Roman"/>
          <w:color w:val="000000"/>
          <w:sz w:val="24"/>
          <w:lang w:val="ru-RU"/>
        </w:rPr>
        <w:t>—  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6438C7" w:rsidRPr="009D5101" w:rsidRDefault="006438C7">
      <w:pPr>
        <w:rPr>
          <w:lang w:val="ru-RU"/>
        </w:rPr>
        <w:sectPr w:rsidR="006438C7" w:rsidRPr="009D5101">
          <w:pgSz w:w="11900" w:h="16840"/>
          <w:pgMar w:top="322" w:right="1274" w:bottom="1440" w:left="1086" w:header="720" w:footer="720" w:gutter="0"/>
          <w:cols w:space="720" w:equalWidth="0">
            <w:col w:w="9539" w:space="0"/>
          </w:cols>
          <w:docGrid w:linePitch="360"/>
        </w:sectPr>
      </w:pPr>
    </w:p>
    <w:p w:rsidR="009D5101" w:rsidRPr="00980D6C" w:rsidRDefault="009D5101" w:rsidP="00986F26">
      <w:pPr>
        <w:pStyle w:val="a9"/>
        <w:rPr>
          <w:lang w:val="ru-RU"/>
        </w:rPr>
      </w:pPr>
    </w:p>
    <w:p w:rsidR="009D5101" w:rsidRPr="00C26269" w:rsidRDefault="00E7730B" w:rsidP="00986F26">
      <w:pPr>
        <w:pStyle w:val="a9"/>
        <w:rPr>
          <w:lang w:val="ru-RU"/>
        </w:rPr>
      </w:pPr>
      <w:r>
        <w:rPr>
          <w:lang w:val="ru-RU"/>
        </w:rPr>
        <w:t xml:space="preserve">Тематическое </w:t>
      </w:r>
      <w:r w:rsidR="00986F26">
        <w:rPr>
          <w:lang w:val="ru-RU"/>
        </w:rPr>
        <w:t>планирование</w:t>
      </w:r>
    </w:p>
    <w:tbl>
      <w:tblPr>
        <w:tblW w:w="10772" w:type="dxa"/>
        <w:tblInd w:w="6" w:type="dxa"/>
        <w:tblLayout w:type="fixed"/>
        <w:tblLook w:val="04A0" w:firstRow="1" w:lastRow="0" w:firstColumn="1" w:lastColumn="0" w:noHBand="0" w:noVBand="1"/>
      </w:tblPr>
      <w:tblGrid>
        <w:gridCol w:w="504"/>
        <w:gridCol w:w="4882"/>
        <w:gridCol w:w="992"/>
        <w:gridCol w:w="1276"/>
        <w:gridCol w:w="1276"/>
        <w:gridCol w:w="1842"/>
      </w:tblGrid>
      <w:tr w:rsidR="009D5101" w:rsidTr="00353927">
        <w:trPr>
          <w:trHeight w:hRule="exact" w:val="348"/>
        </w:trPr>
        <w:tc>
          <w:tcPr>
            <w:tcW w:w="5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45" w:lineRule="auto"/>
              <w:ind w:right="144"/>
              <w:jc w:val="center"/>
            </w:pPr>
            <w:r>
              <w:rPr>
                <w:rFonts w:ascii="Times New Roman" w:eastAsia="Times New Roman" w:hAnsi="Times New Roman"/>
                <w:b/>
                <w:color w:val="000000"/>
                <w:w w:val="97"/>
                <w:sz w:val="16"/>
              </w:rPr>
              <w:t>№</w:t>
            </w:r>
            <w:r>
              <w:br/>
            </w:r>
            <w:r>
              <w:rPr>
                <w:rFonts w:ascii="Times New Roman" w:eastAsia="Times New Roman" w:hAnsi="Times New Roman"/>
                <w:b/>
                <w:color w:val="000000"/>
                <w:w w:val="97"/>
                <w:sz w:val="16"/>
              </w:rPr>
              <w:t>п/п</w:t>
            </w:r>
          </w:p>
        </w:tc>
        <w:tc>
          <w:tcPr>
            <w:tcW w:w="488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Pr="00980D6C" w:rsidRDefault="009D5101" w:rsidP="009D5101">
            <w:pPr>
              <w:autoSpaceDE w:val="0"/>
              <w:autoSpaceDN w:val="0"/>
              <w:spacing w:before="78" w:after="0" w:line="230" w:lineRule="auto"/>
              <w:ind w:left="72"/>
              <w:rPr>
                <w:lang w:val="ru-RU"/>
              </w:rPr>
            </w:pPr>
            <w:r w:rsidRPr="00980D6C">
              <w:rPr>
                <w:rFonts w:ascii="Times New Roman" w:eastAsia="Times New Roman" w:hAnsi="Times New Roman"/>
                <w:b/>
                <w:color w:val="000000"/>
                <w:w w:val="97"/>
                <w:sz w:val="16"/>
                <w:lang w:val="ru-RU"/>
              </w:rPr>
              <w:t>Наименование разделов и тем программы</w:t>
            </w:r>
          </w:p>
        </w:tc>
        <w:tc>
          <w:tcPr>
            <w:tcW w:w="354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proofErr w:type="spellStart"/>
            <w:r>
              <w:rPr>
                <w:rFonts w:ascii="Times New Roman" w:eastAsia="Times New Roman" w:hAnsi="Times New Roman"/>
                <w:b/>
                <w:color w:val="000000"/>
                <w:w w:val="97"/>
                <w:sz w:val="16"/>
              </w:rPr>
              <w:t>Количество</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часов</w:t>
            </w:r>
            <w:proofErr w:type="spellEnd"/>
          </w:p>
        </w:tc>
        <w:tc>
          <w:tcPr>
            <w:tcW w:w="1842"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proofErr w:type="spellStart"/>
            <w:r>
              <w:rPr>
                <w:rFonts w:ascii="Times New Roman" w:eastAsia="Times New Roman" w:hAnsi="Times New Roman"/>
                <w:b/>
                <w:color w:val="000000"/>
                <w:w w:val="97"/>
                <w:sz w:val="16"/>
              </w:rPr>
              <w:t>Электронные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цифровые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образовательные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ресурсы</w:t>
            </w:r>
            <w:proofErr w:type="spellEnd"/>
          </w:p>
        </w:tc>
      </w:tr>
      <w:tr w:rsidR="009D5101" w:rsidTr="00353927">
        <w:trPr>
          <w:trHeight w:hRule="exact" w:val="466"/>
        </w:trPr>
        <w:tc>
          <w:tcPr>
            <w:tcW w:w="504" w:type="dxa"/>
            <w:vMerge/>
            <w:tcBorders>
              <w:top w:val="single" w:sz="4" w:space="0" w:color="000000"/>
              <w:left w:val="single" w:sz="4" w:space="0" w:color="000000"/>
              <w:bottom w:val="single" w:sz="4" w:space="0" w:color="000000"/>
              <w:right w:val="single" w:sz="4" w:space="0" w:color="000000"/>
            </w:tcBorders>
          </w:tcPr>
          <w:p w:rsidR="009D5101" w:rsidRDefault="009D5101" w:rsidP="009D5101"/>
        </w:tc>
        <w:tc>
          <w:tcPr>
            <w:tcW w:w="4882" w:type="dxa"/>
            <w:vMerge/>
            <w:tcBorders>
              <w:top w:val="single" w:sz="4" w:space="0" w:color="000000"/>
              <w:left w:val="single" w:sz="4" w:space="0" w:color="000000"/>
              <w:bottom w:val="single" w:sz="4" w:space="0" w:color="000000"/>
              <w:right w:val="single" w:sz="4" w:space="0" w:color="000000"/>
            </w:tcBorders>
          </w:tcPr>
          <w:p w:rsidR="009D5101" w:rsidRDefault="009D5101" w:rsidP="009D5101"/>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jc w:val="center"/>
            </w:pPr>
            <w:proofErr w:type="spellStart"/>
            <w:r>
              <w:rPr>
                <w:rFonts w:ascii="Times New Roman" w:eastAsia="Times New Roman" w:hAnsi="Times New Roman"/>
                <w:b/>
                <w:color w:val="000000"/>
                <w:w w:val="97"/>
                <w:sz w:val="16"/>
              </w:rPr>
              <w:t>всего</w:t>
            </w:r>
            <w:proofErr w:type="spellEnd"/>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proofErr w:type="spellStart"/>
            <w:r>
              <w:rPr>
                <w:rFonts w:ascii="Times New Roman" w:eastAsia="Times New Roman" w:hAnsi="Times New Roman"/>
                <w:b/>
                <w:color w:val="000000"/>
                <w:w w:val="97"/>
                <w:sz w:val="16"/>
              </w:rPr>
              <w:t>контрольные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работы</w:t>
            </w:r>
            <w:proofErr w:type="spellEnd"/>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proofErr w:type="spellStart"/>
            <w:r>
              <w:rPr>
                <w:rFonts w:ascii="Times New Roman" w:eastAsia="Times New Roman" w:hAnsi="Times New Roman"/>
                <w:b/>
                <w:color w:val="000000"/>
                <w:w w:val="97"/>
                <w:sz w:val="16"/>
              </w:rPr>
              <w:t>практические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работы</w:t>
            </w:r>
            <w:proofErr w:type="spellEnd"/>
          </w:p>
        </w:tc>
        <w:tc>
          <w:tcPr>
            <w:tcW w:w="1842" w:type="dxa"/>
            <w:vMerge/>
            <w:tcBorders>
              <w:top w:val="single" w:sz="4" w:space="0" w:color="000000"/>
              <w:left w:val="single" w:sz="4" w:space="0" w:color="000000"/>
              <w:bottom w:val="single" w:sz="4" w:space="0" w:color="000000"/>
              <w:right w:val="single" w:sz="4" w:space="0" w:color="000000"/>
            </w:tcBorders>
          </w:tcPr>
          <w:p w:rsidR="009D5101" w:rsidRDefault="009D5101" w:rsidP="009D5101"/>
        </w:tc>
      </w:tr>
      <w:tr w:rsidR="009D5101" w:rsidTr="00353927">
        <w:trPr>
          <w:trHeight w:hRule="exact" w:val="348"/>
        </w:trPr>
        <w:tc>
          <w:tcPr>
            <w:tcW w:w="10772" w:type="dxa"/>
            <w:gridSpan w:val="6"/>
            <w:tcBorders>
              <w:top w:val="single" w:sz="4" w:space="0" w:color="000000"/>
              <w:left w:val="single" w:sz="4" w:space="0" w:color="000000"/>
              <w:bottom w:val="single" w:sz="5"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proofErr w:type="spellStart"/>
            <w:r>
              <w:rPr>
                <w:rFonts w:ascii="Times New Roman" w:eastAsia="Times New Roman" w:hAnsi="Times New Roman"/>
                <w:color w:val="000000"/>
                <w:w w:val="97"/>
                <w:sz w:val="16"/>
              </w:rPr>
              <w:t>Раздел</w:t>
            </w:r>
            <w:proofErr w:type="spellEnd"/>
            <w:r>
              <w:rPr>
                <w:rFonts w:ascii="Times New Roman" w:eastAsia="Times New Roman" w:hAnsi="Times New Roman"/>
                <w:color w:val="000000"/>
                <w:w w:val="97"/>
                <w:sz w:val="16"/>
              </w:rPr>
              <w:t xml:space="preserve"> 1.</w:t>
            </w:r>
            <w:r>
              <w:rPr>
                <w:rFonts w:ascii="Times New Roman" w:eastAsia="Times New Roman" w:hAnsi="Times New Roman"/>
                <w:b/>
                <w:color w:val="000000"/>
                <w:w w:val="97"/>
                <w:sz w:val="16"/>
              </w:rPr>
              <w:t xml:space="preserve"> ЯЗЫК И КУЛЬТУРА</w:t>
            </w:r>
          </w:p>
        </w:tc>
      </w:tr>
      <w:tr w:rsidR="009D5101" w:rsidTr="00353927">
        <w:trPr>
          <w:trHeight w:hRule="exact" w:val="542"/>
        </w:trPr>
        <w:tc>
          <w:tcPr>
            <w:tcW w:w="504" w:type="dxa"/>
            <w:tcBorders>
              <w:top w:val="single" w:sz="5"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0" w:lineRule="auto"/>
              <w:ind w:left="72"/>
            </w:pPr>
            <w:r>
              <w:rPr>
                <w:rFonts w:ascii="Times New Roman" w:eastAsia="Times New Roman" w:hAnsi="Times New Roman"/>
                <w:color w:val="000000"/>
                <w:w w:val="97"/>
                <w:sz w:val="16"/>
              </w:rPr>
              <w:t>1.1.</w:t>
            </w:r>
          </w:p>
        </w:tc>
        <w:tc>
          <w:tcPr>
            <w:tcW w:w="4882" w:type="dxa"/>
            <w:tcBorders>
              <w:top w:val="single" w:sz="5" w:space="0" w:color="000000"/>
              <w:left w:val="single" w:sz="4" w:space="0" w:color="000000"/>
              <w:bottom w:val="single" w:sz="4" w:space="0" w:color="000000"/>
              <w:right w:val="single" w:sz="4" w:space="0" w:color="000000"/>
            </w:tcBorders>
            <w:tcMar>
              <w:left w:w="0" w:type="dxa"/>
              <w:right w:w="0" w:type="dxa"/>
            </w:tcMar>
          </w:tcPr>
          <w:p w:rsidR="009D5101" w:rsidRPr="00980D6C" w:rsidRDefault="009D5101" w:rsidP="009D5101">
            <w:pPr>
              <w:autoSpaceDE w:val="0"/>
              <w:autoSpaceDN w:val="0"/>
              <w:spacing w:before="76" w:after="0" w:line="245" w:lineRule="auto"/>
              <w:ind w:left="72" w:right="3888"/>
              <w:rPr>
                <w:lang w:val="ru-RU"/>
              </w:rPr>
            </w:pPr>
            <w:r w:rsidRPr="00980D6C">
              <w:rPr>
                <w:rFonts w:ascii="Times New Roman" w:eastAsia="Times New Roman" w:hAnsi="Times New Roman"/>
                <w:b/>
                <w:color w:val="000000"/>
                <w:w w:val="97"/>
                <w:sz w:val="16"/>
                <w:lang w:val="ru-RU"/>
              </w:rPr>
              <w:t xml:space="preserve">Русский язык — национальный </w:t>
            </w:r>
            <w:r w:rsidRPr="00980D6C">
              <w:rPr>
                <w:lang w:val="ru-RU"/>
              </w:rPr>
              <w:br/>
            </w:r>
            <w:r w:rsidRPr="00980D6C">
              <w:rPr>
                <w:rFonts w:ascii="Times New Roman" w:eastAsia="Times New Roman" w:hAnsi="Times New Roman"/>
                <w:b/>
                <w:color w:val="000000"/>
                <w:w w:val="97"/>
                <w:sz w:val="16"/>
                <w:lang w:val="ru-RU"/>
              </w:rPr>
              <w:t>язык русского народа</w:t>
            </w:r>
          </w:p>
        </w:tc>
        <w:tc>
          <w:tcPr>
            <w:tcW w:w="992" w:type="dxa"/>
            <w:tcBorders>
              <w:top w:val="single" w:sz="5"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0" w:lineRule="auto"/>
              <w:ind w:left="72"/>
            </w:pPr>
            <w:r>
              <w:rPr>
                <w:rFonts w:ascii="Times New Roman" w:eastAsia="Times New Roman" w:hAnsi="Times New Roman"/>
                <w:color w:val="000000"/>
                <w:w w:val="97"/>
                <w:sz w:val="16"/>
              </w:rPr>
              <w:t>1</w:t>
            </w:r>
          </w:p>
        </w:tc>
        <w:tc>
          <w:tcPr>
            <w:tcW w:w="1276" w:type="dxa"/>
            <w:tcBorders>
              <w:top w:val="single" w:sz="5"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276" w:type="dxa"/>
            <w:tcBorders>
              <w:top w:val="single" w:sz="5"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842" w:type="dxa"/>
            <w:tcBorders>
              <w:top w:val="single" w:sz="5"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0" w:lineRule="auto"/>
              <w:ind w:left="72"/>
            </w:pPr>
            <w:r>
              <w:rPr>
                <w:rFonts w:ascii="Times New Roman" w:eastAsia="Times New Roman" w:hAnsi="Times New Roman"/>
                <w:color w:val="000000"/>
                <w:w w:val="97"/>
                <w:sz w:val="16"/>
              </w:rPr>
              <w:t>feb-web.ru</w:t>
            </w:r>
          </w:p>
        </w:tc>
      </w:tr>
      <w:tr w:rsidR="009D5101" w:rsidTr="00353927">
        <w:trPr>
          <w:trHeight w:hRule="exact" w:val="34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3" w:lineRule="auto"/>
              <w:ind w:left="72"/>
            </w:pPr>
            <w:r>
              <w:rPr>
                <w:rFonts w:ascii="Times New Roman" w:eastAsia="Times New Roman" w:hAnsi="Times New Roman"/>
                <w:color w:val="000000"/>
                <w:w w:val="97"/>
                <w:sz w:val="16"/>
              </w:rPr>
              <w:t>1.</w:t>
            </w:r>
            <w:r>
              <w:rPr>
                <w:rFonts w:ascii="Times New Roman" w:eastAsia="Times New Roman" w:hAnsi="Times New Roman"/>
                <w:color w:val="000000"/>
                <w:w w:val="97"/>
                <w:sz w:val="16"/>
                <w:lang w:val="ru-RU"/>
              </w:rPr>
              <w:t>2</w:t>
            </w:r>
            <w:r>
              <w:rPr>
                <w:rFonts w:ascii="Times New Roman" w:eastAsia="Times New Roman" w:hAnsi="Times New Roman"/>
                <w:color w:val="000000"/>
                <w:w w:val="97"/>
                <w:sz w:val="16"/>
              </w:rPr>
              <w:t>.</w:t>
            </w:r>
          </w:p>
        </w:tc>
        <w:tc>
          <w:tcPr>
            <w:tcW w:w="488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Pr="00980D6C" w:rsidRDefault="009D5101" w:rsidP="009D5101">
            <w:pPr>
              <w:autoSpaceDE w:val="0"/>
              <w:autoSpaceDN w:val="0"/>
              <w:spacing w:before="76" w:after="0" w:line="233" w:lineRule="auto"/>
              <w:ind w:left="72"/>
              <w:rPr>
                <w:lang w:val="ru-RU"/>
              </w:rPr>
            </w:pPr>
            <w:r w:rsidRPr="00980D6C">
              <w:rPr>
                <w:rFonts w:ascii="Times New Roman" w:eastAsia="Times New Roman" w:hAnsi="Times New Roman"/>
                <w:b/>
                <w:color w:val="000000"/>
                <w:w w:val="97"/>
                <w:sz w:val="16"/>
                <w:lang w:val="ru-RU"/>
              </w:rPr>
              <w:t xml:space="preserve">Язык как зеркало национальной культуры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3" w:lineRule="auto"/>
              <w:ind w:left="72"/>
            </w:pPr>
            <w:r>
              <w:rPr>
                <w:rFonts w:ascii="Times New Roman" w:eastAsia="Times New Roman" w:hAnsi="Times New Roman"/>
                <w:color w:val="000000"/>
                <w:w w:val="97"/>
                <w:sz w:val="16"/>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84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353927">
            <w:pPr>
              <w:tabs>
                <w:tab w:val="right" w:pos="2399"/>
              </w:tabs>
              <w:autoSpaceDE w:val="0"/>
              <w:autoSpaceDN w:val="0"/>
              <w:spacing w:before="76" w:after="0" w:line="233" w:lineRule="auto"/>
              <w:ind w:left="72" w:right="567"/>
            </w:pPr>
            <w:r>
              <w:rPr>
                <w:rFonts w:ascii="Times New Roman" w:eastAsia="Times New Roman" w:hAnsi="Times New Roman"/>
                <w:color w:val="000000"/>
                <w:w w:val="97"/>
                <w:sz w:val="16"/>
              </w:rPr>
              <w:t>feb-web.ru</w:t>
            </w:r>
            <w:r w:rsidR="00353927">
              <w:rPr>
                <w:rFonts w:ascii="Times New Roman" w:eastAsia="Times New Roman" w:hAnsi="Times New Roman"/>
                <w:color w:val="000000"/>
                <w:w w:val="97"/>
                <w:sz w:val="16"/>
              </w:rPr>
              <w:tab/>
            </w:r>
          </w:p>
        </w:tc>
      </w:tr>
      <w:tr w:rsidR="009D5101" w:rsidTr="00353927">
        <w:trPr>
          <w:trHeight w:hRule="exact" w:val="34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3" w:lineRule="auto"/>
              <w:ind w:left="72"/>
            </w:pPr>
            <w:r>
              <w:rPr>
                <w:rFonts w:ascii="Times New Roman" w:eastAsia="Times New Roman" w:hAnsi="Times New Roman"/>
                <w:color w:val="000000"/>
                <w:w w:val="97"/>
                <w:sz w:val="16"/>
              </w:rPr>
              <w:t>1.</w:t>
            </w:r>
            <w:r>
              <w:rPr>
                <w:rFonts w:ascii="Times New Roman" w:eastAsia="Times New Roman" w:hAnsi="Times New Roman"/>
                <w:color w:val="000000"/>
                <w:w w:val="97"/>
                <w:sz w:val="16"/>
                <w:lang w:val="ru-RU"/>
              </w:rPr>
              <w:t>3</w:t>
            </w:r>
            <w:r>
              <w:rPr>
                <w:rFonts w:ascii="Times New Roman" w:eastAsia="Times New Roman" w:hAnsi="Times New Roman"/>
                <w:color w:val="000000"/>
                <w:w w:val="97"/>
                <w:sz w:val="16"/>
              </w:rPr>
              <w:t>.</w:t>
            </w:r>
          </w:p>
        </w:tc>
        <w:tc>
          <w:tcPr>
            <w:tcW w:w="488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Pr="00980D6C" w:rsidRDefault="009D5101" w:rsidP="009D5101">
            <w:pPr>
              <w:autoSpaceDE w:val="0"/>
              <w:autoSpaceDN w:val="0"/>
              <w:spacing w:before="76" w:after="0" w:line="233" w:lineRule="auto"/>
              <w:ind w:left="72"/>
              <w:rPr>
                <w:lang w:val="ru-RU"/>
              </w:rPr>
            </w:pPr>
            <w:r w:rsidRPr="00980D6C">
              <w:rPr>
                <w:rFonts w:ascii="Times New Roman" w:eastAsia="Times New Roman" w:hAnsi="Times New Roman"/>
                <w:b/>
                <w:color w:val="000000"/>
                <w:w w:val="97"/>
                <w:sz w:val="16"/>
                <w:lang w:val="ru-RU"/>
              </w:rPr>
              <w:t>Слово как хранилище материальной и духовной культуры народа</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3" w:lineRule="auto"/>
              <w:ind w:left="72"/>
            </w:pPr>
            <w:r>
              <w:rPr>
                <w:rFonts w:ascii="Times New Roman" w:eastAsia="Times New Roman" w:hAnsi="Times New Roman"/>
                <w:color w:val="000000"/>
                <w:w w:val="97"/>
                <w:sz w:val="16"/>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84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3" w:lineRule="auto"/>
              <w:ind w:left="72"/>
            </w:pPr>
            <w:r>
              <w:rPr>
                <w:rFonts w:ascii="Times New Roman" w:eastAsia="Times New Roman" w:hAnsi="Times New Roman"/>
                <w:color w:val="000000"/>
                <w:w w:val="97"/>
                <w:sz w:val="16"/>
              </w:rPr>
              <w:t>feb-web.ru</w:t>
            </w:r>
          </w:p>
        </w:tc>
      </w:tr>
      <w:tr w:rsidR="009D5101" w:rsidTr="00353927">
        <w:trPr>
          <w:trHeight w:hRule="exact" w:val="34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1.</w:t>
            </w:r>
            <w:r>
              <w:rPr>
                <w:rFonts w:ascii="Times New Roman" w:eastAsia="Times New Roman" w:hAnsi="Times New Roman"/>
                <w:color w:val="000000"/>
                <w:w w:val="97"/>
                <w:sz w:val="16"/>
                <w:lang w:val="ru-RU"/>
              </w:rPr>
              <w:t>4</w:t>
            </w:r>
            <w:r>
              <w:rPr>
                <w:rFonts w:ascii="Times New Roman" w:eastAsia="Times New Roman" w:hAnsi="Times New Roman"/>
                <w:color w:val="000000"/>
                <w:w w:val="97"/>
                <w:sz w:val="16"/>
              </w:rPr>
              <w:t>.</w:t>
            </w:r>
          </w:p>
        </w:tc>
        <w:tc>
          <w:tcPr>
            <w:tcW w:w="488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proofErr w:type="spellStart"/>
            <w:r>
              <w:rPr>
                <w:rFonts w:ascii="Times New Roman" w:eastAsia="Times New Roman" w:hAnsi="Times New Roman"/>
                <w:b/>
                <w:color w:val="000000"/>
                <w:w w:val="97"/>
                <w:sz w:val="16"/>
              </w:rPr>
              <w:t>Национальная</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специфика</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русского</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фольклора</w:t>
            </w:r>
            <w:proofErr w:type="spellEnd"/>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84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feb-web.ru</w:t>
            </w:r>
          </w:p>
        </w:tc>
      </w:tr>
      <w:tr w:rsidR="009D5101" w:rsidTr="00353927">
        <w:trPr>
          <w:trHeight w:hRule="exact" w:val="34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1.</w:t>
            </w:r>
            <w:r>
              <w:rPr>
                <w:rFonts w:ascii="Times New Roman" w:eastAsia="Times New Roman" w:hAnsi="Times New Roman"/>
                <w:color w:val="000000"/>
                <w:w w:val="97"/>
                <w:sz w:val="16"/>
                <w:lang w:val="ru-RU"/>
              </w:rPr>
              <w:t>5</w:t>
            </w:r>
            <w:r>
              <w:rPr>
                <w:rFonts w:ascii="Times New Roman" w:eastAsia="Times New Roman" w:hAnsi="Times New Roman"/>
                <w:color w:val="000000"/>
                <w:w w:val="97"/>
                <w:sz w:val="16"/>
              </w:rPr>
              <w:t>.</w:t>
            </w:r>
          </w:p>
        </w:tc>
        <w:tc>
          <w:tcPr>
            <w:tcW w:w="488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proofErr w:type="spellStart"/>
            <w:r>
              <w:rPr>
                <w:rFonts w:ascii="Times New Roman" w:eastAsia="Times New Roman" w:hAnsi="Times New Roman"/>
                <w:b/>
                <w:color w:val="000000"/>
                <w:w w:val="97"/>
                <w:sz w:val="16"/>
              </w:rPr>
              <w:t>Крылатые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слова</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пословицы</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поговорки</w:t>
            </w:r>
            <w:proofErr w:type="spellEnd"/>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84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feb-web.ru</w:t>
            </w:r>
          </w:p>
        </w:tc>
      </w:tr>
      <w:tr w:rsidR="009D5101" w:rsidTr="00353927">
        <w:trPr>
          <w:trHeight w:hRule="exact" w:val="348"/>
        </w:trPr>
        <w:tc>
          <w:tcPr>
            <w:tcW w:w="504" w:type="dxa"/>
            <w:tcBorders>
              <w:top w:val="single" w:sz="4" w:space="0" w:color="000000"/>
              <w:left w:val="single" w:sz="4" w:space="0" w:color="000000"/>
              <w:bottom w:val="single" w:sz="5"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1.</w:t>
            </w:r>
            <w:r>
              <w:rPr>
                <w:rFonts w:ascii="Times New Roman" w:eastAsia="Times New Roman" w:hAnsi="Times New Roman"/>
                <w:color w:val="000000"/>
                <w:w w:val="97"/>
                <w:sz w:val="16"/>
                <w:lang w:val="ru-RU"/>
              </w:rPr>
              <w:t>6</w:t>
            </w:r>
            <w:r>
              <w:rPr>
                <w:rFonts w:ascii="Times New Roman" w:eastAsia="Times New Roman" w:hAnsi="Times New Roman"/>
                <w:color w:val="000000"/>
                <w:w w:val="97"/>
                <w:sz w:val="16"/>
              </w:rPr>
              <w:t>.</w:t>
            </w:r>
          </w:p>
        </w:tc>
        <w:tc>
          <w:tcPr>
            <w:tcW w:w="4882" w:type="dxa"/>
            <w:tcBorders>
              <w:top w:val="single" w:sz="4" w:space="0" w:color="000000"/>
              <w:left w:val="single" w:sz="4" w:space="0" w:color="000000"/>
              <w:bottom w:val="single" w:sz="5"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proofErr w:type="spellStart"/>
            <w:r>
              <w:rPr>
                <w:rFonts w:ascii="Times New Roman" w:eastAsia="Times New Roman" w:hAnsi="Times New Roman"/>
                <w:b/>
                <w:color w:val="000000"/>
                <w:w w:val="97"/>
                <w:sz w:val="16"/>
              </w:rPr>
              <w:t>Русские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имена</w:t>
            </w:r>
            <w:proofErr w:type="spellEnd"/>
          </w:p>
        </w:tc>
        <w:tc>
          <w:tcPr>
            <w:tcW w:w="992" w:type="dxa"/>
            <w:tcBorders>
              <w:top w:val="single" w:sz="4" w:space="0" w:color="000000"/>
              <w:left w:val="single" w:sz="4" w:space="0" w:color="000000"/>
              <w:bottom w:val="single" w:sz="5"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1</w:t>
            </w:r>
          </w:p>
        </w:tc>
        <w:tc>
          <w:tcPr>
            <w:tcW w:w="1276" w:type="dxa"/>
            <w:tcBorders>
              <w:top w:val="single" w:sz="4" w:space="0" w:color="000000"/>
              <w:left w:val="single" w:sz="4" w:space="0" w:color="000000"/>
              <w:bottom w:val="single" w:sz="5" w:space="0" w:color="000000"/>
              <w:right w:val="single" w:sz="4" w:space="0" w:color="000000"/>
            </w:tcBorders>
            <w:tcMar>
              <w:left w:w="0" w:type="dxa"/>
              <w:right w:w="0" w:type="dxa"/>
            </w:tcMar>
          </w:tcPr>
          <w:p w:rsidR="009D5101" w:rsidRDefault="009D5101" w:rsidP="009D5101"/>
        </w:tc>
        <w:tc>
          <w:tcPr>
            <w:tcW w:w="1276" w:type="dxa"/>
            <w:tcBorders>
              <w:top w:val="single" w:sz="4" w:space="0" w:color="000000"/>
              <w:left w:val="single" w:sz="4" w:space="0" w:color="000000"/>
              <w:bottom w:val="single" w:sz="5" w:space="0" w:color="000000"/>
              <w:right w:val="single" w:sz="4" w:space="0" w:color="000000"/>
            </w:tcBorders>
            <w:tcMar>
              <w:left w:w="0" w:type="dxa"/>
              <w:right w:w="0" w:type="dxa"/>
            </w:tcMar>
          </w:tcPr>
          <w:p w:rsidR="009D5101" w:rsidRDefault="009D5101" w:rsidP="009D5101"/>
        </w:tc>
        <w:tc>
          <w:tcPr>
            <w:tcW w:w="1842" w:type="dxa"/>
            <w:tcBorders>
              <w:top w:val="single" w:sz="4" w:space="0" w:color="000000"/>
              <w:left w:val="single" w:sz="4" w:space="0" w:color="000000"/>
              <w:bottom w:val="single" w:sz="5"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feb-web.ru</w:t>
            </w:r>
          </w:p>
        </w:tc>
      </w:tr>
      <w:tr w:rsidR="009D5101" w:rsidTr="00353927">
        <w:trPr>
          <w:trHeight w:hRule="exact" w:val="348"/>
        </w:trPr>
        <w:tc>
          <w:tcPr>
            <w:tcW w:w="53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3" w:lineRule="auto"/>
              <w:ind w:left="72"/>
            </w:pPr>
            <w:proofErr w:type="spellStart"/>
            <w:r>
              <w:rPr>
                <w:rFonts w:ascii="Times New Roman" w:eastAsia="Times New Roman" w:hAnsi="Times New Roman"/>
                <w:color w:val="000000"/>
                <w:w w:val="97"/>
                <w:sz w:val="16"/>
              </w:rPr>
              <w:t>Итого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по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разделу</w:t>
            </w:r>
            <w:proofErr w:type="spellEnd"/>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3" w:lineRule="auto"/>
              <w:ind w:left="72"/>
            </w:pPr>
            <w:r>
              <w:rPr>
                <w:rFonts w:ascii="Times New Roman" w:eastAsia="Times New Roman" w:hAnsi="Times New Roman"/>
                <w:color w:val="000000"/>
                <w:w w:val="97"/>
                <w:sz w:val="16"/>
              </w:rPr>
              <w:t>6</w:t>
            </w:r>
          </w:p>
        </w:tc>
        <w:tc>
          <w:tcPr>
            <w:tcW w:w="439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r>
      <w:tr w:rsidR="009D5101" w:rsidTr="00353927">
        <w:trPr>
          <w:trHeight w:hRule="exact" w:val="348"/>
        </w:trPr>
        <w:tc>
          <w:tcPr>
            <w:tcW w:w="1077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3" w:lineRule="auto"/>
              <w:ind w:left="72"/>
            </w:pPr>
            <w:proofErr w:type="spellStart"/>
            <w:r>
              <w:rPr>
                <w:rFonts w:ascii="Times New Roman" w:eastAsia="Times New Roman" w:hAnsi="Times New Roman"/>
                <w:color w:val="000000"/>
                <w:w w:val="97"/>
                <w:sz w:val="16"/>
              </w:rPr>
              <w:t>Раздел</w:t>
            </w:r>
            <w:proofErr w:type="spellEnd"/>
            <w:r>
              <w:rPr>
                <w:rFonts w:ascii="Times New Roman" w:eastAsia="Times New Roman" w:hAnsi="Times New Roman"/>
                <w:color w:val="000000"/>
                <w:w w:val="97"/>
                <w:sz w:val="16"/>
              </w:rPr>
              <w:t xml:space="preserve"> 2.</w:t>
            </w:r>
            <w:r>
              <w:rPr>
                <w:rFonts w:ascii="Times New Roman" w:eastAsia="Times New Roman" w:hAnsi="Times New Roman"/>
                <w:b/>
                <w:color w:val="000000"/>
                <w:w w:val="97"/>
                <w:sz w:val="16"/>
              </w:rPr>
              <w:t xml:space="preserve"> КУЛЬТУРА РЕЧИ</w:t>
            </w:r>
          </w:p>
        </w:tc>
      </w:tr>
      <w:tr w:rsidR="009D5101" w:rsidTr="00353927">
        <w:trPr>
          <w:trHeight w:hRule="exact" w:val="34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2.1.</w:t>
            </w:r>
          </w:p>
        </w:tc>
        <w:tc>
          <w:tcPr>
            <w:tcW w:w="488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proofErr w:type="spellStart"/>
            <w:r>
              <w:rPr>
                <w:rFonts w:ascii="Times New Roman" w:eastAsia="Times New Roman" w:hAnsi="Times New Roman"/>
                <w:b/>
                <w:color w:val="000000"/>
                <w:w w:val="97"/>
                <w:sz w:val="16"/>
              </w:rPr>
              <w:t>Современный</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русский</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литературный</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язык</w:t>
            </w:r>
            <w:proofErr w:type="spellEnd"/>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84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gramota.ru</w:t>
            </w:r>
          </w:p>
        </w:tc>
      </w:tr>
      <w:tr w:rsidR="009D5101" w:rsidTr="00353927">
        <w:trPr>
          <w:trHeight w:hRule="exact" w:val="34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2.2.</w:t>
            </w:r>
          </w:p>
        </w:tc>
        <w:tc>
          <w:tcPr>
            <w:tcW w:w="488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Pr="00980D6C" w:rsidRDefault="009D5101" w:rsidP="009D5101">
            <w:pPr>
              <w:autoSpaceDE w:val="0"/>
              <w:autoSpaceDN w:val="0"/>
              <w:spacing w:before="78" w:after="0" w:line="230" w:lineRule="auto"/>
              <w:ind w:left="72"/>
              <w:rPr>
                <w:lang w:val="ru-RU"/>
              </w:rPr>
            </w:pPr>
            <w:r w:rsidRPr="00980D6C">
              <w:rPr>
                <w:rFonts w:ascii="Times New Roman" w:eastAsia="Times New Roman" w:hAnsi="Times New Roman"/>
                <w:b/>
                <w:color w:val="000000"/>
                <w:w w:val="97"/>
                <w:sz w:val="16"/>
                <w:lang w:val="ru-RU"/>
              </w:rPr>
              <w:t>Русская орфоэпия. Нормы произношения и ударения</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84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gramota.ru</w:t>
            </w:r>
          </w:p>
        </w:tc>
      </w:tr>
      <w:tr w:rsidR="009D5101" w:rsidTr="00353927">
        <w:trPr>
          <w:trHeight w:hRule="exact" w:val="54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2.3.</w:t>
            </w:r>
          </w:p>
        </w:tc>
        <w:tc>
          <w:tcPr>
            <w:tcW w:w="488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Pr="00980D6C" w:rsidRDefault="009D5101" w:rsidP="009D5101">
            <w:pPr>
              <w:autoSpaceDE w:val="0"/>
              <w:autoSpaceDN w:val="0"/>
              <w:spacing w:before="78" w:after="0" w:line="230" w:lineRule="auto"/>
              <w:ind w:left="72"/>
              <w:rPr>
                <w:lang w:val="ru-RU"/>
              </w:rPr>
            </w:pPr>
            <w:r w:rsidRPr="00980D6C">
              <w:rPr>
                <w:rFonts w:ascii="Times New Roman" w:eastAsia="Times New Roman" w:hAnsi="Times New Roman"/>
                <w:b/>
                <w:color w:val="000000"/>
                <w:w w:val="97"/>
                <w:sz w:val="16"/>
                <w:lang w:val="ru-RU"/>
              </w:rPr>
              <w:t>Речь точная и выразительная.</w:t>
            </w:r>
          </w:p>
          <w:p w:rsidR="009D5101" w:rsidRPr="00980D6C" w:rsidRDefault="009D5101" w:rsidP="009D5101">
            <w:pPr>
              <w:autoSpaceDE w:val="0"/>
              <w:autoSpaceDN w:val="0"/>
              <w:spacing w:before="20" w:after="0" w:line="230" w:lineRule="auto"/>
              <w:ind w:left="72"/>
              <w:rPr>
                <w:lang w:val="ru-RU"/>
              </w:rPr>
            </w:pPr>
            <w:r w:rsidRPr="00980D6C">
              <w:rPr>
                <w:rFonts w:ascii="Times New Roman" w:eastAsia="Times New Roman" w:hAnsi="Times New Roman"/>
                <w:b/>
                <w:color w:val="000000"/>
                <w:w w:val="97"/>
                <w:sz w:val="16"/>
                <w:lang w:val="ru-RU"/>
              </w:rPr>
              <w:t>Основные лексические нормы современного русского литературного языка</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84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gramota.ru</w:t>
            </w:r>
          </w:p>
        </w:tc>
      </w:tr>
      <w:tr w:rsidR="009D5101" w:rsidTr="00353927">
        <w:trPr>
          <w:trHeight w:hRule="exact" w:val="35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2.4.</w:t>
            </w:r>
          </w:p>
        </w:tc>
        <w:tc>
          <w:tcPr>
            <w:tcW w:w="488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Pr="00980D6C" w:rsidRDefault="009D5101" w:rsidP="009D5101">
            <w:pPr>
              <w:autoSpaceDE w:val="0"/>
              <w:autoSpaceDN w:val="0"/>
              <w:spacing w:before="78" w:after="0" w:line="230" w:lineRule="auto"/>
              <w:ind w:left="72"/>
              <w:rPr>
                <w:lang w:val="ru-RU"/>
              </w:rPr>
            </w:pPr>
            <w:r w:rsidRPr="00980D6C">
              <w:rPr>
                <w:rFonts w:ascii="Times New Roman" w:eastAsia="Times New Roman" w:hAnsi="Times New Roman"/>
                <w:b/>
                <w:color w:val="000000"/>
                <w:w w:val="97"/>
                <w:sz w:val="16"/>
                <w:lang w:val="ru-RU"/>
              </w:rPr>
              <w:t xml:space="preserve">Речь правильная. Основные грамматические нормы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84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gramota.ru</w:t>
            </w:r>
          </w:p>
        </w:tc>
      </w:tr>
      <w:tr w:rsidR="009D5101" w:rsidTr="00353927">
        <w:trPr>
          <w:trHeight w:hRule="exact" w:val="34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2.5.</w:t>
            </w:r>
          </w:p>
        </w:tc>
        <w:tc>
          <w:tcPr>
            <w:tcW w:w="488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Pr="00980D6C" w:rsidRDefault="009D5101" w:rsidP="009D5101">
            <w:pPr>
              <w:autoSpaceDE w:val="0"/>
              <w:autoSpaceDN w:val="0"/>
              <w:spacing w:before="78" w:after="0" w:line="230" w:lineRule="auto"/>
              <w:ind w:left="72"/>
              <w:rPr>
                <w:lang w:val="ru-RU"/>
              </w:rPr>
            </w:pPr>
            <w:r w:rsidRPr="00980D6C">
              <w:rPr>
                <w:rFonts w:ascii="Times New Roman" w:eastAsia="Times New Roman" w:hAnsi="Times New Roman"/>
                <w:b/>
                <w:color w:val="000000"/>
                <w:w w:val="97"/>
                <w:sz w:val="16"/>
                <w:lang w:val="ru-RU"/>
              </w:rPr>
              <w:t>Речевой этикет: нормы и традиции</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84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8" w:after="0" w:line="230" w:lineRule="auto"/>
              <w:ind w:left="72"/>
            </w:pPr>
            <w:r>
              <w:rPr>
                <w:rFonts w:ascii="Times New Roman" w:eastAsia="Times New Roman" w:hAnsi="Times New Roman"/>
                <w:color w:val="000000"/>
                <w:w w:val="97"/>
                <w:sz w:val="16"/>
              </w:rPr>
              <w:t>gramota.ru</w:t>
            </w:r>
          </w:p>
        </w:tc>
      </w:tr>
      <w:tr w:rsidR="009D5101" w:rsidTr="00353927">
        <w:trPr>
          <w:trHeight w:hRule="exact" w:val="67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0" w:lineRule="auto"/>
              <w:ind w:left="72"/>
            </w:pPr>
            <w:r>
              <w:rPr>
                <w:rFonts w:ascii="Times New Roman" w:eastAsia="Times New Roman" w:hAnsi="Times New Roman"/>
                <w:color w:val="000000"/>
                <w:w w:val="97"/>
                <w:sz w:val="16"/>
              </w:rPr>
              <w:t>2.6.</w:t>
            </w:r>
          </w:p>
        </w:tc>
        <w:tc>
          <w:tcPr>
            <w:tcW w:w="488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Pr="00980D6C" w:rsidRDefault="009D5101" w:rsidP="009D5101">
            <w:pPr>
              <w:autoSpaceDE w:val="0"/>
              <w:autoSpaceDN w:val="0"/>
              <w:spacing w:before="76" w:after="0" w:line="230" w:lineRule="auto"/>
              <w:ind w:left="72"/>
              <w:rPr>
                <w:lang w:val="ru-RU"/>
              </w:rPr>
            </w:pPr>
            <w:r w:rsidRPr="00980D6C">
              <w:rPr>
                <w:rFonts w:ascii="Times New Roman" w:eastAsia="Times New Roman" w:hAnsi="Times New Roman"/>
                <w:b/>
                <w:color w:val="000000"/>
                <w:w w:val="97"/>
                <w:sz w:val="16"/>
                <w:lang w:val="ru-RU"/>
              </w:rPr>
              <w:t>«Живой как жизнь». Норма и её варианты.</w:t>
            </w:r>
          </w:p>
          <w:p w:rsidR="009D5101" w:rsidRPr="00980D6C" w:rsidRDefault="009D5101" w:rsidP="009D5101">
            <w:pPr>
              <w:autoSpaceDE w:val="0"/>
              <w:autoSpaceDN w:val="0"/>
              <w:spacing w:before="20" w:after="0" w:line="233" w:lineRule="auto"/>
              <w:ind w:left="72"/>
              <w:rPr>
                <w:lang w:val="ru-RU"/>
              </w:rPr>
            </w:pPr>
            <w:r w:rsidRPr="00980D6C">
              <w:rPr>
                <w:rFonts w:ascii="Times New Roman" w:eastAsia="Times New Roman" w:hAnsi="Times New Roman"/>
                <w:b/>
                <w:color w:val="000000"/>
                <w:w w:val="97"/>
                <w:sz w:val="16"/>
                <w:lang w:val="ru-RU"/>
              </w:rPr>
              <w:t>Представление проектных, исследовательских работ. Проверочная работа № 2</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0" w:lineRule="auto"/>
              <w:ind w:left="72"/>
            </w:pPr>
            <w:r>
              <w:rPr>
                <w:rFonts w:ascii="Times New Roman" w:eastAsia="Times New Roman" w:hAnsi="Times New Roman"/>
                <w:color w:val="000000"/>
                <w:w w:val="97"/>
                <w:sz w:val="16"/>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0" w:lineRule="auto"/>
              <w:ind w:left="72"/>
            </w:pPr>
            <w:r>
              <w:rPr>
                <w:rFonts w:ascii="Times New Roman" w:eastAsia="Times New Roman" w:hAnsi="Times New Roman"/>
                <w:color w:val="000000"/>
                <w:w w:val="97"/>
                <w:sz w:val="16"/>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84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0" w:lineRule="auto"/>
              <w:ind w:left="72"/>
            </w:pPr>
            <w:r>
              <w:rPr>
                <w:rFonts w:ascii="Times New Roman" w:eastAsia="Times New Roman" w:hAnsi="Times New Roman"/>
                <w:color w:val="000000"/>
                <w:w w:val="97"/>
                <w:sz w:val="16"/>
              </w:rPr>
              <w:t>gramota.ru</w:t>
            </w:r>
          </w:p>
        </w:tc>
      </w:tr>
      <w:tr w:rsidR="009D5101" w:rsidTr="00353927">
        <w:trPr>
          <w:trHeight w:hRule="exact" w:val="420"/>
        </w:trPr>
        <w:tc>
          <w:tcPr>
            <w:tcW w:w="53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3" w:lineRule="auto"/>
              <w:ind w:left="72"/>
            </w:pPr>
            <w:proofErr w:type="spellStart"/>
            <w:r>
              <w:rPr>
                <w:rFonts w:ascii="Times New Roman" w:eastAsia="Times New Roman" w:hAnsi="Times New Roman"/>
                <w:color w:val="000000"/>
                <w:w w:val="97"/>
                <w:sz w:val="16"/>
              </w:rPr>
              <w:t>Итого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по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разделу</w:t>
            </w:r>
            <w:proofErr w:type="spellEnd"/>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3" w:lineRule="auto"/>
              <w:ind w:left="72"/>
            </w:pPr>
            <w:r>
              <w:rPr>
                <w:rFonts w:ascii="Times New Roman" w:eastAsia="Times New Roman" w:hAnsi="Times New Roman"/>
                <w:color w:val="000000"/>
                <w:w w:val="97"/>
                <w:sz w:val="16"/>
              </w:rPr>
              <w:t>6</w:t>
            </w:r>
          </w:p>
        </w:tc>
        <w:tc>
          <w:tcPr>
            <w:tcW w:w="439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r>
      <w:tr w:rsidR="009D5101" w:rsidRPr="00986F26" w:rsidTr="00353927">
        <w:trPr>
          <w:trHeight w:hRule="exact" w:val="348"/>
        </w:trPr>
        <w:tc>
          <w:tcPr>
            <w:tcW w:w="10772" w:type="dxa"/>
            <w:gridSpan w:val="6"/>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Pr="00980D6C" w:rsidRDefault="009D5101" w:rsidP="009D5101">
            <w:pPr>
              <w:autoSpaceDE w:val="0"/>
              <w:autoSpaceDN w:val="0"/>
              <w:spacing w:before="76" w:after="0" w:line="233" w:lineRule="auto"/>
              <w:ind w:left="72"/>
              <w:rPr>
                <w:lang w:val="ru-RU"/>
              </w:rPr>
            </w:pPr>
            <w:r w:rsidRPr="00980D6C">
              <w:rPr>
                <w:rFonts w:ascii="Times New Roman" w:eastAsia="Times New Roman" w:hAnsi="Times New Roman"/>
                <w:color w:val="000000"/>
                <w:w w:val="97"/>
                <w:sz w:val="16"/>
                <w:lang w:val="ru-RU"/>
              </w:rPr>
              <w:t xml:space="preserve">Раздел 3. </w:t>
            </w:r>
            <w:r w:rsidRPr="00980D6C">
              <w:rPr>
                <w:rFonts w:ascii="Times New Roman" w:eastAsia="Times New Roman" w:hAnsi="Times New Roman"/>
                <w:b/>
                <w:color w:val="000000"/>
                <w:w w:val="97"/>
                <w:sz w:val="16"/>
                <w:lang w:val="ru-RU"/>
              </w:rPr>
              <w:t>РЕЧЬ. РЕЧЕВАЯ ДЕЯТЕЛЬНОСТЬ. ТЕКСТ</w:t>
            </w:r>
          </w:p>
        </w:tc>
      </w:tr>
      <w:tr w:rsidR="009D5101" w:rsidTr="00353927">
        <w:trPr>
          <w:trHeight w:hRule="exact" w:val="52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3" w:lineRule="auto"/>
              <w:ind w:left="72"/>
            </w:pPr>
            <w:r>
              <w:rPr>
                <w:rFonts w:ascii="Times New Roman" w:eastAsia="Times New Roman" w:hAnsi="Times New Roman"/>
                <w:color w:val="000000"/>
                <w:w w:val="97"/>
                <w:sz w:val="16"/>
              </w:rPr>
              <w:t>3.1.</w:t>
            </w:r>
          </w:p>
        </w:tc>
        <w:tc>
          <w:tcPr>
            <w:tcW w:w="488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Pr="00980D6C" w:rsidRDefault="009D5101" w:rsidP="009D5101">
            <w:pPr>
              <w:autoSpaceDE w:val="0"/>
              <w:autoSpaceDN w:val="0"/>
              <w:spacing w:before="76" w:after="0" w:line="233" w:lineRule="auto"/>
              <w:ind w:left="72"/>
              <w:rPr>
                <w:lang w:val="ru-RU"/>
              </w:rPr>
            </w:pPr>
            <w:r w:rsidRPr="00980D6C">
              <w:rPr>
                <w:rFonts w:ascii="Times New Roman" w:eastAsia="Times New Roman" w:hAnsi="Times New Roman"/>
                <w:b/>
                <w:color w:val="000000"/>
                <w:w w:val="97"/>
                <w:sz w:val="16"/>
                <w:lang w:val="ru-RU"/>
              </w:rPr>
              <w:t>Язык и речь.</w:t>
            </w:r>
          </w:p>
          <w:p w:rsidR="009D5101" w:rsidRPr="00980D6C" w:rsidRDefault="009D5101" w:rsidP="009D5101">
            <w:pPr>
              <w:autoSpaceDE w:val="0"/>
              <w:autoSpaceDN w:val="0"/>
              <w:spacing w:before="20" w:after="0" w:line="230" w:lineRule="auto"/>
              <w:ind w:left="72"/>
              <w:rPr>
                <w:lang w:val="ru-RU"/>
              </w:rPr>
            </w:pPr>
            <w:r w:rsidRPr="00980D6C">
              <w:rPr>
                <w:rFonts w:ascii="Times New Roman" w:eastAsia="Times New Roman" w:hAnsi="Times New Roman"/>
                <w:b/>
                <w:color w:val="000000"/>
                <w:w w:val="97"/>
                <w:sz w:val="16"/>
                <w:lang w:val="ru-RU"/>
              </w:rPr>
              <w:t>Средства выразительности устной речи</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3" w:lineRule="auto"/>
              <w:ind w:left="72"/>
            </w:pPr>
            <w:r>
              <w:rPr>
                <w:rFonts w:ascii="Times New Roman" w:eastAsia="Times New Roman" w:hAnsi="Times New Roman"/>
                <w:color w:val="000000"/>
                <w:w w:val="97"/>
                <w:sz w:val="16"/>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tc>
        <w:tc>
          <w:tcPr>
            <w:tcW w:w="1842" w:type="dxa"/>
            <w:tcBorders>
              <w:top w:val="single" w:sz="4" w:space="0" w:color="000000"/>
              <w:left w:val="single" w:sz="4" w:space="0" w:color="000000"/>
              <w:bottom w:val="single" w:sz="4" w:space="0" w:color="000000"/>
              <w:right w:val="single" w:sz="4" w:space="0" w:color="000000"/>
            </w:tcBorders>
            <w:tcMar>
              <w:left w:w="0" w:type="dxa"/>
              <w:right w:w="0" w:type="dxa"/>
            </w:tcMar>
          </w:tcPr>
          <w:p w:rsidR="009D5101" w:rsidRDefault="009D5101" w:rsidP="009D5101">
            <w:pPr>
              <w:autoSpaceDE w:val="0"/>
              <w:autoSpaceDN w:val="0"/>
              <w:spacing w:before="76" w:after="0" w:line="233" w:lineRule="auto"/>
              <w:ind w:left="72"/>
            </w:pPr>
            <w:proofErr w:type="spellStart"/>
            <w:r>
              <w:rPr>
                <w:rFonts w:ascii="Times New Roman" w:eastAsia="Times New Roman" w:hAnsi="Times New Roman"/>
                <w:color w:val="000000"/>
                <w:w w:val="97"/>
                <w:sz w:val="16"/>
              </w:rPr>
              <w:t>русское-слово.рф</w:t>
            </w:r>
            <w:proofErr w:type="spellEnd"/>
          </w:p>
        </w:tc>
      </w:tr>
    </w:tbl>
    <w:p w:rsidR="009D5101" w:rsidRDefault="009D5101" w:rsidP="009D5101">
      <w:pPr>
        <w:autoSpaceDE w:val="0"/>
        <w:autoSpaceDN w:val="0"/>
        <w:spacing w:after="0" w:line="14" w:lineRule="exact"/>
      </w:pPr>
    </w:p>
    <w:tbl>
      <w:tblPr>
        <w:tblW w:w="10772" w:type="dxa"/>
        <w:tblInd w:w="6" w:type="dxa"/>
        <w:tblLayout w:type="fixed"/>
        <w:tblLook w:val="04A0" w:firstRow="1" w:lastRow="0" w:firstColumn="1" w:lastColumn="0" w:noHBand="0" w:noVBand="1"/>
      </w:tblPr>
      <w:tblGrid>
        <w:gridCol w:w="508"/>
        <w:gridCol w:w="4878"/>
        <w:gridCol w:w="992"/>
        <w:gridCol w:w="1276"/>
        <w:gridCol w:w="1276"/>
        <w:gridCol w:w="1842"/>
      </w:tblGrid>
      <w:tr w:rsidR="00353927" w:rsidTr="00353927">
        <w:trPr>
          <w:trHeight w:hRule="exact" w:val="813"/>
        </w:trPr>
        <w:tc>
          <w:tcPr>
            <w:tcW w:w="508"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8" w:after="0" w:line="230" w:lineRule="auto"/>
              <w:ind w:left="72"/>
            </w:pPr>
            <w:r>
              <w:rPr>
                <w:rFonts w:ascii="Times New Roman" w:eastAsia="Times New Roman" w:hAnsi="Times New Roman"/>
                <w:color w:val="000000"/>
                <w:w w:val="97"/>
                <w:sz w:val="16"/>
              </w:rPr>
              <w:t>3.2.</w:t>
            </w:r>
          </w:p>
        </w:tc>
        <w:tc>
          <w:tcPr>
            <w:tcW w:w="4878"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Pr="00980D6C" w:rsidRDefault="00353927" w:rsidP="009D5101">
            <w:pPr>
              <w:autoSpaceDE w:val="0"/>
              <w:autoSpaceDN w:val="0"/>
              <w:spacing w:before="78" w:after="0" w:line="230" w:lineRule="auto"/>
              <w:ind w:left="72"/>
              <w:rPr>
                <w:lang w:val="ru-RU"/>
              </w:rPr>
            </w:pPr>
            <w:r w:rsidRPr="00980D6C">
              <w:rPr>
                <w:rFonts w:ascii="Times New Roman" w:eastAsia="Times New Roman" w:hAnsi="Times New Roman"/>
                <w:b/>
                <w:color w:val="000000"/>
                <w:w w:val="97"/>
                <w:sz w:val="16"/>
                <w:lang w:val="ru-RU"/>
              </w:rPr>
              <w:t>Текст и его строение.</w:t>
            </w:r>
          </w:p>
          <w:p w:rsidR="00353927" w:rsidRPr="00980D6C" w:rsidRDefault="00353927" w:rsidP="009D5101">
            <w:pPr>
              <w:autoSpaceDE w:val="0"/>
              <w:autoSpaceDN w:val="0"/>
              <w:spacing w:before="20" w:after="0" w:line="230" w:lineRule="auto"/>
              <w:ind w:left="72"/>
              <w:rPr>
                <w:lang w:val="ru-RU"/>
              </w:rPr>
            </w:pPr>
            <w:r w:rsidRPr="00980D6C">
              <w:rPr>
                <w:rFonts w:ascii="Times New Roman" w:eastAsia="Times New Roman" w:hAnsi="Times New Roman"/>
                <w:b/>
                <w:color w:val="000000"/>
                <w:w w:val="97"/>
                <w:sz w:val="16"/>
                <w:lang w:val="ru-RU"/>
              </w:rPr>
              <w:t>Композиционные особенности описания, повествования, рассуждения</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8" w:after="0" w:line="230" w:lineRule="auto"/>
              <w:ind w:left="72"/>
            </w:pPr>
            <w:r>
              <w:rPr>
                <w:rFonts w:ascii="Times New Roman" w:eastAsia="Times New Roman" w:hAnsi="Times New Roman"/>
                <w:color w:val="000000"/>
                <w:w w:val="97"/>
                <w:sz w:val="16"/>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tc>
        <w:tc>
          <w:tcPr>
            <w:tcW w:w="1842"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8" w:after="0" w:line="230" w:lineRule="auto"/>
              <w:ind w:left="72"/>
            </w:pPr>
            <w:proofErr w:type="spellStart"/>
            <w:r>
              <w:rPr>
                <w:rFonts w:ascii="Times New Roman" w:eastAsia="Times New Roman" w:hAnsi="Times New Roman"/>
                <w:color w:val="000000"/>
                <w:w w:val="97"/>
                <w:sz w:val="16"/>
              </w:rPr>
              <w:t>русское-слово.рф</w:t>
            </w:r>
            <w:proofErr w:type="spellEnd"/>
          </w:p>
        </w:tc>
      </w:tr>
      <w:tr w:rsidR="00353927" w:rsidTr="00353927">
        <w:trPr>
          <w:trHeight w:hRule="exact" w:val="365"/>
        </w:trPr>
        <w:tc>
          <w:tcPr>
            <w:tcW w:w="508"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8" w:after="0" w:line="230" w:lineRule="auto"/>
              <w:ind w:left="72"/>
            </w:pPr>
            <w:r>
              <w:rPr>
                <w:rFonts w:ascii="Times New Roman" w:eastAsia="Times New Roman" w:hAnsi="Times New Roman"/>
                <w:color w:val="000000"/>
                <w:w w:val="97"/>
                <w:sz w:val="16"/>
              </w:rPr>
              <w:t>3.3.</w:t>
            </w:r>
          </w:p>
        </w:tc>
        <w:tc>
          <w:tcPr>
            <w:tcW w:w="4878"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8" w:after="0" w:line="230" w:lineRule="auto"/>
              <w:ind w:left="72"/>
            </w:pPr>
            <w:proofErr w:type="spellStart"/>
            <w:r>
              <w:rPr>
                <w:rFonts w:ascii="Times New Roman" w:eastAsia="Times New Roman" w:hAnsi="Times New Roman"/>
                <w:b/>
                <w:color w:val="000000"/>
                <w:w w:val="97"/>
                <w:sz w:val="16"/>
              </w:rPr>
              <w:t>Функциональные</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разновидности</w:t>
            </w:r>
            <w:proofErr w:type="spellEnd"/>
            <w:r>
              <w:rPr>
                <w:rFonts w:ascii="Times New Roman" w:eastAsia="Times New Roman" w:hAnsi="Times New Roman"/>
                <w:b/>
                <w:color w:val="000000"/>
                <w:w w:val="97"/>
                <w:sz w:val="16"/>
              </w:rPr>
              <w:t xml:space="preserve"> </w:t>
            </w:r>
            <w:proofErr w:type="spellStart"/>
            <w:r>
              <w:rPr>
                <w:rFonts w:ascii="Times New Roman" w:eastAsia="Times New Roman" w:hAnsi="Times New Roman"/>
                <w:b/>
                <w:color w:val="000000"/>
                <w:w w:val="97"/>
                <w:sz w:val="16"/>
              </w:rPr>
              <w:t>языка</w:t>
            </w:r>
            <w:proofErr w:type="spellEnd"/>
            <w:r>
              <w:rPr>
                <w:rFonts w:ascii="Times New Roman" w:eastAsia="Times New Roman" w:hAnsi="Times New Roman"/>
                <w:b/>
                <w:color w:val="000000"/>
                <w:w w:val="97"/>
                <w:sz w:val="16"/>
              </w:rPr>
              <w:t xml:space="preserve"> </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8" w:after="0" w:line="230" w:lineRule="auto"/>
              <w:ind w:left="72"/>
            </w:pPr>
            <w:r>
              <w:rPr>
                <w:rFonts w:ascii="Times New Roman" w:eastAsia="Times New Roman" w:hAnsi="Times New Roman"/>
                <w:color w:val="000000"/>
                <w:w w:val="97"/>
                <w:sz w:val="16"/>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tc>
        <w:tc>
          <w:tcPr>
            <w:tcW w:w="1842"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8" w:after="0" w:line="230" w:lineRule="auto"/>
              <w:ind w:left="72"/>
            </w:pPr>
            <w:proofErr w:type="spellStart"/>
            <w:r>
              <w:rPr>
                <w:rFonts w:ascii="Times New Roman" w:eastAsia="Times New Roman" w:hAnsi="Times New Roman"/>
                <w:color w:val="000000"/>
                <w:w w:val="97"/>
                <w:sz w:val="16"/>
              </w:rPr>
              <w:t>русское-слово.рф</w:t>
            </w:r>
            <w:proofErr w:type="spellEnd"/>
          </w:p>
        </w:tc>
      </w:tr>
      <w:tr w:rsidR="00353927" w:rsidTr="00353927">
        <w:trPr>
          <w:trHeight w:hRule="exact" w:val="631"/>
        </w:trPr>
        <w:tc>
          <w:tcPr>
            <w:tcW w:w="508"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8" w:after="0" w:line="230" w:lineRule="auto"/>
            </w:pPr>
            <w:r>
              <w:rPr>
                <w:rFonts w:ascii="Times New Roman" w:eastAsia="Times New Roman" w:hAnsi="Times New Roman"/>
                <w:color w:val="000000"/>
                <w:w w:val="97"/>
                <w:sz w:val="16"/>
                <w:lang w:val="ru-RU"/>
              </w:rPr>
              <w:t xml:space="preserve">  </w:t>
            </w:r>
            <w:r>
              <w:rPr>
                <w:rFonts w:ascii="Times New Roman" w:eastAsia="Times New Roman" w:hAnsi="Times New Roman"/>
                <w:color w:val="000000"/>
                <w:w w:val="97"/>
                <w:sz w:val="16"/>
              </w:rPr>
              <w:t>3</w:t>
            </w:r>
            <w:r>
              <w:rPr>
                <w:rFonts w:ascii="Times New Roman" w:eastAsia="Times New Roman" w:hAnsi="Times New Roman"/>
                <w:color w:val="000000"/>
                <w:w w:val="97"/>
                <w:sz w:val="16"/>
                <w:lang w:val="ru-RU"/>
              </w:rPr>
              <w:t>.4</w:t>
            </w:r>
            <w:r>
              <w:rPr>
                <w:rFonts w:ascii="Times New Roman" w:eastAsia="Times New Roman" w:hAnsi="Times New Roman"/>
                <w:color w:val="000000"/>
                <w:w w:val="97"/>
                <w:sz w:val="16"/>
              </w:rPr>
              <w:t>.</w:t>
            </w:r>
          </w:p>
        </w:tc>
        <w:tc>
          <w:tcPr>
            <w:tcW w:w="4878"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Pr="00980D6C" w:rsidRDefault="00353927" w:rsidP="00C26269">
            <w:pPr>
              <w:autoSpaceDE w:val="0"/>
              <w:autoSpaceDN w:val="0"/>
              <w:spacing w:before="78" w:after="0" w:line="230" w:lineRule="auto"/>
              <w:ind w:left="72"/>
              <w:rPr>
                <w:lang w:val="ru-RU"/>
              </w:rPr>
            </w:pPr>
            <w:r w:rsidRPr="00980D6C">
              <w:rPr>
                <w:rFonts w:ascii="Times New Roman" w:eastAsia="Times New Roman" w:hAnsi="Times New Roman"/>
                <w:b/>
                <w:color w:val="000000"/>
                <w:w w:val="97"/>
                <w:sz w:val="16"/>
                <w:lang w:val="ru-RU"/>
              </w:rPr>
              <w:t xml:space="preserve">Текст и его </w:t>
            </w:r>
            <w:proofErr w:type="spellStart"/>
            <w:r w:rsidRPr="00980D6C">
              <w:rPr>
                <w:rFonts w:ascii="Times New Roman" w:eastAsia="Times New Roman" w:hAnsi="Times New Roman"/>
                <w:b/>
                <w:color w:val="000000"/>
                <w:w w:val="97"/>
                <w:sz w:val="16"/>
                <w:lang w:val="ru-RU"/>
              </w:rPr>
              <w:t>строение.Представление</w:t>
            </w:r>
            <w:proofErr w:type="spellEnd"/>
            <w:r w:rsidRPr="00980D6C">
              <w:rPr>
                <w:rFonts w:ascii="Times New Roman" w:eastAsia="Times New Roman" w:hAnsi="Times New Roman"/>
                <w:b/>
                <w:color w:val="000000"/>
                <w:w w:val="97"/>
                <w:sz w:val="16"/>
                <w:lang w:val="ru-RU"/>
              </w:rPr>
              <w:t xml:space="preserve"> проектных, </w:t>
            </w:r>
            <w:r w:rsidRPr="00980D6C">
              <w:rPr>
                <w:lang w:val="ru-RU"/>
              </w:rPr>
              <w:br/>
            </w:r>
            <w:r w:rsidRPr="00980D6C">
              <w:rPr>
                <w:rFonts w:ascii="Times New Roman" w:eastAsia="Times New Roman" w:hAnsi="Times New Roman"/>
                <w:b/>
                <w:color w:val="000000"/>
                <w:w w:val="97"/>
                <w:sz w:val="16"/>
                <w:lang w:val="ru-RU"/>
              </w:rPr>
              <w:t>исследовательских работ.</w:t>
            </w:r>
            <w:r>
              <w:rPr>
                <w:rFonts w:ascii="Times New Roman" w:eastAsia="Times New Roman" w:hAnsi="Times New Roman"/>
                <w:b/>
                <w:color w:val="000000"/>
                <w:w w:val="97"/>
                <w:sz w:val="16"/>
                <w:lang w:val="ru-RU"/>
              </w:rPr>
              <w:t xml:space="preserve"> </w:t>
            </w:r>
            <w:proofErr w:type="spellStart"/>
            <w:r>
              <w:rPr>
                <w:rFonts w:ascii="Times New Roman" w:eastAsia="Times New Roman" w:hAnsi="Times New Roman"/>
                <w:b/>
                <w:color w:val="000000"/>
                <w:w w:val="97"/>
                <w:sz w:val="16"/>
                <w:lang w:val="ru-RU"/>
              </w:rPr>
              <w:t>Проверотчная</w:t>
            </w:r>
            <w:proofErr w:type="spellEnd"/>
            <w:r>
              <w:rPr>
                <w:rFonts w:ascii="Times New Roman" w:eastAsia="Times New Roman" w:hAnsi="Times New Roman"/>
                <w:b/>
                <w:color w:val="000000"/>
                <w:w w:val="97"/>
                <w:sz w:val="16"/>
                <w:lang w:val="ru-RU"/>
              </w:rPr>
              <w:t xml:space="preserve"> работа № 3.</w:t>
            </w:r>
          </w:p>
          <w:p w:rsidR="00353927" w:rsidRPr="00C26269" w:rsidRDefault="00353927" w:rsidP="00C26269">
            <w:pPr>
              <w:autoSpaceDE w:val="0"/>
              <w:autoSpaceDN w:val="0"/>
              <w:spacing w:before="20" w:after="0" w:line="245" w:lineRule="auto"/>
              <w:ind w:left="72" w:right="5184"/>
              <w:rPr>
                <w:lang w:val="ru-RU"/>
              </w:rPr>
            </w:pP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8" w:after="0" w:line="230" w:lineRule="auto"/>
              <w:ind w:left="72"/>
            </w:pPr>
            <w:r>
              <w:rPr>
                <w:rFonts w:ascii="Times New Roman" w:eastAsia="Times New Roman" w:hAnsi="Times New Roman"/>
                <w:color w:val="000000"/>
                <w:w w:val="97"/>
                <w:sz w:val="16"/>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8" w:after="0" w:line="230" w:lineRule="auto"/>
              <w:ind w:left="72"/>
            </w:pPr>
            <w:r>
              <w:rPr>
                <w:rFonts w:ascii="Times New Roman" w:eastAsia="Times New Roman" w:hAnsi="Times New Roman"/>
                <w:color w:val="000000"/>
                <w:w w:val="97"/>
                <w:sz w:val="16"/>
              </w:rPr>
              <w:t>1</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tc>
        <w:tc>
          <w:tcPr>
            <w:tcW w:w="1842"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8" w:after="0" w:line="230" w:lineRule="auto"/>
              <w:ind w:left="72"/>
            </w:pPr>
            <w:proofErr w:type="spellStart"/>
            <w:r>
              <w:rPr>
                <w:rFonts w:ascii="Times New Roman" w:eastAsia="Times New Roman" w:hAnsi="Times New Roman"/>
                <w:color w:val="000000"/>
                <w:w w:val="97"/>
                <w:sz w:val="16"/>
              </w:rPr>
              <w:t>русское-слово.рф</w:t>
            </w:r>
            <w:proofErr w:type="spellEnd"/>
          </w:p>
        </w:tc>
      </w:tr>
      <w:tr w:rsidR="00353927" w:rsidTr="00353927">
        <w:trPr>
          <w:trHeight w:hRule="exact" w:val="365"/>
        </w:trPr>
        <w:tc>
          <w:tcPr>
            <w:tcW w:w="53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6" w:after="0" w:line="233" w:lineRule="auto"/>
              <w:ind w:left="72"/>
            </w:pPr>
            <w:proofErr w:type="spellStart"/>
            <w:r>
              <w:rPr>
                <w:rFonts w:ascii="Times New Roman" w:eastAsia="Times New Roman" w:hAnsi="Times New Roman"/>
                <w:color w:val="000000"/>
                <w:w w:val="97"/>
                <w:sz w:val="16"/>
              </w:rPr>
              <w:t>Итого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по</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разделу</w:t>
            </w:r>
            <w:proofErr w:type="spellEnd"/>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6" w:after="0" w:line="233" w:lineRule="auto"/>
              <w:ind w:left="72"/>
            </w:pPr>
            <w:r>
              <w:rPr>
                <w:rFonts w:ascii="Times New Roman" w:eastAsia="Times New Roman" w:hAnsi="Times New Roman"/>
                <w:color w:val="000000"/>
                <w:w w:val="97"/>
                <w:sz w:val="16"/>
              </w:rPr>
              <w:t>4</w:t>
            </w:r>
          </w:p>
        </w:tc>
        <w:tc>
          <w:tcPr>
            <w:tcW w:w="439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tc>
      </w:tr>
      <w:tr w:rsidR="00353927" w:rsidTr="00353927">
        <w:trPr>
          <w:trHeight w:hRule="exact" w:val="365"/>
        </w:trPr>
        <w:tc>
          <w:tcPr>
            <w:tcW w:w="53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6" w:after="0" w:line="233" w:lineRule="auto"/>
              <w:ind w:left="72"/>
            </w:pPr>
            <w:proofErr w:type="spellStart"/>
            <w:r>
              <w:rPr>
                <w:rFonts w:ascii="Times New Roman" w:eastAsia="Times New Roman" w:hAnsi="Times New Roman"/>
                <w:color w:val="000000"/>
                <w:w w:val="97"/>
                <w:sz w:val="16"/>
              </w:rPr>
              <w:t>Резервное</w:t>
            </w:r>
            <w:proofErr w:type="spellEnd"/>
            <w:r>
              <w:rPr>
                <w:rFonts w:ascii="Times New Roman" w:eastAsia="Times New Roman" w:hAnsi="Times New Roman"/>
                <w:color w:val="000000"/>
                <w:w w:val="97"/>
                <w:sz w:val="16"/>
              </w:rPr>
              <w:t xml:space="preserve"> </w:t>
            </w:r>
            <w:proofErr w:type="spellStart"/>
            <w:r>
              <w:rPr>
                <w:rFonts w:ascii="Times New Roman" w:eastAsia="Times New Roman" w:hAnsi="Times New Roman"/>
                <w:color w:val="000000"/>
                <w:w w:val="97"/>
                <w:sz w:val="16"/>
              </w:rPr>
              <w:t>время</w:t>
            </w:r>
            <w:proofErr w:type="spellEnd"/>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6" w:after="0" w:line="233" w:lineRule="auto"/>
              <w:ind w:left="72"/>
            </w:pPr>
            <w:r>
              <w:rPr>
                <w:rFonts w:ascii="Times New Roman" w:eastAsia="Times New Roman" w:hAnsi="Times New Roman"/>
                <w:color w:val="000000"/>
                <w:w w:val="97"/>
                <w:sz w:val="16"/>
              </w:rPr>
              <w:t>1</w:t>
            </w:r>
          </w:p>
        </w:tc>
        <w:tc>
          <w:tcPr>
            <w:tcW w:w="439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tc>
      </w:tr>
      <w:tr w:rsidR="00353927" w:rsidTr="00353927">
        <w:trPr>
          <w:trHeight w:hRule="exact" w:val="365"/>
        </w:trPr>
        <w:tc>
          <w:tcPr>
            <w:tcW w:w="5386"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Pr="00980D6C" w:rsidRDefault="00353927" w:rsidP="009D5101">
            <w:pPr>
              <w:autoSpaceDE w:val="0"/>
              <w:autoSpaceDN w:val="0"/>
              <w:spacing w:before="76" w:after="0" w:line="233" w:lineRule="auto"/>
              <w:ind w:left="72"/>
              <w:rPr>
                <w:lang w:val="ru-RU"/>
              </w:rPr>
            </w:pPr>
            <w:r w:rsidRPr="00980D6C">
              <w:rPr>
                <w:rFonts w:ascii="Times New Roman" w:eastAsia="Times New Roman" w:hAnsi="Times New Roman"/>
                <w:color w:val="000000"/>
                <w:w w:val="97"/>
                <w:sz w:val="16"/>
                <w:lang w:val="ru-RU"/>
              </w:rPr>
              <w:t>ОБЩЕЕ КОЛИЧЕСТВО ЧАСОВ ПО ПРОГРАММЕ</w:t>
            </w:r>
          </w:p>
        </w:tc>
        <w:tc>
          <w:tcPr>
            <w:tcW w:w="992"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6" w:after="0" w:line="233" w:lineRule="auto"/>
              <w:ind w:left="72"/>
            </w:pPr>
            <w:r>
              <w:rPr>
                <w:rFonts w:ascii="Times New Roman" w:eastAsia="Times New Roman" w:hAnsi="Times New Roman"/>
                <w:color w:val="000000"/>
                <w:w w:val="97"/>
                <w:sz w:val="16"/>
              </w:rPr>
              <w:t>17</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6" w:after="0" w:line="233" w:lineRule="auto"/>
              <w:ind w:left="72"/>
            </w:pPr>
            <w:r>
              <w:rPr>
                <w:rFonts w:ascii="Times New Roman" w:eastAsia="Times New Roman" w:hAnsi="Times New Roman"/>
                <w:color w:val="000000"/>
                <w:w w:val="97"/>
                <w:sz w:val="16"/>
              </w:rPr>
              <w:t>2</w:t>
            </w:r>
          </w:p>
        </w:tc>
        <w:tc>
          <w:tcPr>
            <w:tcW w:w="1276"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pPr>
              <w:autoSpaceDE w:val="0"/>
              <w:autoSpaceDN w:val="0"/>
              <w:spacing w:before="76" w:after="0" w:line="233" w:lineRule="auto"/>
              <w:ind w:left="72"/>
            </w:pPr>
            <w:r>
              <w:rPr>
                <w:rFonts w:ascii="Times New Roman" w:eastAsia="Times New Roman" w:hAnsi="Times New Roman"/>
                <w:color w:val="000000"/>
                <w:w w:val="97"/>
                <w:sz w:val="16"/>
              </w:rPr>
              <w:t>0</w:t>
            </w:r>
          </w:p>
        </w:tc>
        <w:tc>
          <w:tcPr>
            <w:tcW w:w="1842" w:type="dxa"/>
            <w:tcBorders>
              <w:top w:val="single" w:sz="4" w:space="0" w:color="000000"/>
              <w:left w:val="single" w:sz="4" w:space="0" w:color="000000"/>
              <w:bottom w:val="single" w:sz="4" w:space="0" w:color="000000"/>
              <w:right w:val="single" w:sz="4" w:space="0" w:color="000000"/>
            </w:tcBorders>
            <w:tcMar>
              <w:left w:w="0" w:type="dxa"/>
              <w:right w:w="0" w:type="dxa"/>
            </w:tcMar>
          </w:tcPr>
          <w:p w:rsidR="00353927" w:rsidRDefault="00353927" w:rsidP="009D5101"/>
        </w:tc>
      </w:tr>
    </w:tbl>
    <w:p w:rsidR="009D5101" w:rsidRDefault="009D5101" w:rsidP="009D5101">
      <w:pPr>
        <w:autoSpaceDE w:val="0"/>
        <w:autoSpaceDN w:val="0"/>
        <w:spacing w:before="188" w:after="92" w:line="233" w:lineRule="auto"/>
        <w:rPr>
          <w:rFonts w:ascii="Times New Roman" w:eastAsia="Times New Roman" w:hAnsi="Times New Roman"/>
          <w:b/>
          <w:color w:val="000000"/>
          <w:sz w:val="18"/>
          <w:lang w:val="ru-RU"/>
        </w:rPr>
      </w:pPr>
    </w:p>
    <w:p w:rsidR="009D5101" w:rsidRDefault="009D5101" w:rsidP="009D5101">
      <w:pPr>
        <w:autoSpaceDE w:val="0"/>
        <w:autoSpaceDN w:val="0"/>
        <w:spacing w:before="188" w:after="92" w:line="233" w:lineRule="auto"/>
        <w:rPr>
          <w:rFonts w:ascii="Times New Roman" w:eastAsia="Times New Roman" w:hAnsi="Times New Roman"/>
          <w:b/>
          <w:color w:val="000000"/>
          <w:sz w:val="18"/>
          <w:lang w:val="ru-RU"/>
        </w:rPr>
      </w:pPr>
    </w:p>
    <w:p w:rsidR="009D5101" w:rsidRDefault="009D5101" w:rsidP="009D5101">
      <w:pPr>
        <w:autoSpaceDE w:val="0"/>
        <w:autoSpaceDN w:val="0"/>
        <w:spacing w:before="188" w:after="92" w:line="233" w:lineRule="auto"/>
        <w:rPr>
          <w:rFonts w:ascii="Times New Roman" w:eastAsia="Times New Roman" w:hAnsi="Times New Roman"/>
          <w:b/>
          <w:color w:val="000000"/>
          <w:sz w:val="18"/>
          <w:lang w:val="ru-RU"/>
        </w:rPr>
      </w:pPr>
    </w:p>
    <w:p w:rsidR="009D5101" w:rsidRDefault="009D5101" w:rsidP="009D5101">
      <w:pPr>
        <w:autoSpaceDE w:val="0"/>
        <w:autoSpaceDN w:val="0"/>
        <w:spacing w:before="188" w:after="92" w:line="233" w:lineRule="auto"/>
        <w:rPr>
          <w:rFonts w:ascii="Times New Roman" w:eastAsia="Times New Roman" w:hAnsi="Times New Roman"/>
          <w:b/>
          <w:color w:val="000000"/>
          <w:sz w:val="18"/>
          <w:lang w:val="ru-RU"/>
        </w:rPr>
      </w:pPr>
    </w:p>
    <w:p w:rsidR="009D5101" w:rsidRDefault="009D5101" w:rsidP="009D5101">
      <w:pPr>
        <w:autoSpaceDE w:val="0"/>
        <w:autoSpaceDN w:val="0"/>
        <w:spacing w:before="188" w:after="92" w:line="233" w:lineRule="auto"/>
        <w:rPr>
          <w:rFonts w:ascii="Times New Roman" w:eastAsia="Times New Roman" w:hAnsi="Times New Roman"/>
          <w:b/>
          <w:color w:val="000000"/>
          <w:sz w:val="18"/>
          <w:lang w:val="ru-RU"/>
        </w:rPr>
      </w:pPr>
    </w:p>
    <w:p w:rsidR="009D5101" w:rsidRDefault="009D5101" w:rsidP="009D5101">
      <w:pPr>
        <w:autoSpaceDE w:val="0"/>
        <w:autoSpaceDN w:val="0"/>
        <w:spacing w:before="188" w:after="92" w:line="233" w:lineRule="auto"/>
        <w:rPr>
          <w:rFonts w:ascii="Times New Roman" w:eastAsia="Times New Roman" w:hAnsi="Times New Roman"/>
          <w:b/>
          <w:color w:val="000000"/>
          <w:sz w:val="18"/>
          <w:lang w:val="ru-RU"/>
        </w:rPr>
      </w:pPr>
    </w:p>
    <w:p w:rsidR="009D5101" w:rsidRDefault="009D5101" w:rsidP="009D5101">
      <w:pPr>
        <w:autoSpaceDE w:val="0"/>
        <w:autoSpaceDN w:val="0"/>
        <w:spacing w:before="188" w:after="92" w:line="233" w:lineRule="auto"/>
        <w:rPr>
          <w:rFonts w:ascii="Times New Roman" w:eastAsia="Times New Roman" w:hAnsi="Times New Roman"/>
          <w:b/>
          <w:color w:val="000000"/>
          <w:sz w:val="18"/>
          <w:lang w:val="ru-RU"/>
        </w:rPr>
      </w:pPr>
    </w:p>
    <w:p w:rsidR="009D5101" w:rsidRDefault="009D5101" w:rsidP="009D5101">
      <w:pPr>
        <w:autoSpaceDE w:val="0"/>
        <w:autoSpaceDN w:val="0"/>
        <w:spacing w:before="188" w:after="92" w:line="233" w:lineRule="auto"/>
        <w:rPr>
          <w:rFonts w:ascii="Times New Roman" w:eastAsia="Times New Roman" w:hAnsi="Times New Roman"/>
          <w:b/>
          <w:color w:val="000000"/>
          <w:sz w:val="18"/>
          <w:lang w:val="ru-RU"/>
        </w:rPr>
      </w:pPr>
    </w:p>
    <w:p w:rsidR="009D5101" w:rsidRDefault="009D5101" w:rsidP="009D5101">
      <w:pPr>
        <w:autoSpaceDE w:val="0"/>
        <w:autoSpaceDN w:val="0"/>
        <w:spacing w:before="188" w:after="92" w:line="233" w:lineRule="auto"/>
        <w:rPr>
          <w:rFonts w:ascii="Times New Roman" w:eastAsia="Times New Roman" w:hAnsi="Times New Roman"/>
          <w:b/>
          <w:color w:val="000000"/>
          <w:sz w:val="18"/>
          <w:lang w:val="ru-RU"/>
        </w:rPr>
      </w:pPr>
    </w:p>
    <w:p w:rsidR="00C26269" w:rsidRDefault="00C26269" w:rsidP="009D5101">
      <w:pPr>
        <w:autoSpaceDE w:val="0"/>
        <w:autoSpaceDN w:val="0"/>
        <w:spacing w:before="188" w:after="92" w:line="233" w:lineRule="auto"/>
        <w:rPr>
          <w:rFonts w:ascii="Times New Roman" w:eastAsia="Times New Roman" w:hAnsi="Times New Roman"/>
          <w:b/>
          <w:color w:val="000000"/>
          <w:sz w:val="18"/>
          <w:lang w:val="ru-RU"/>
        </w:rPr>
      </w:pPr>
    </w:p>
    <w:p w:rsidR="009D5101" w:rsidRDefault="009D5101" w:rsidP="009D5101">
      <w:pPr>
        <w:autoSpaceDE w:val="0"/>
        <w:autoSpaceDN w:val="0"/>
        <w:spacing w:before="188" w:after="92" w:line="233" w:lineRule="auto"/>
        <w:rPr>
          <w:rFonts w:ascii="Times New Roman" w:eastAsia="Times New Roman" w:hAnsi="Times New Roman"/>
          <w:b/>
          <w:color w:val="000000"/>
          <w:sz w:val="18"/>
          <w:lang w:val="ru-RU"/>
        </w:rPr>
      </w:pPr>
    </w:p>
    <w:p w:rsidR="009D5101" w:rsidRDefault="009D5101" w:rsidP="009D5101">
      <w:pPr>
        <w:autoSpaceDE w:val="0"/>
        <w:autoSpaceDN w:val="0"/>
        <w:spacing w:after="140" w:line="382" w:lineRule="auto"/>
        <w:ind w:right="6624"/>
      </w:pPr>
      <w:r>
        <w:rPr>
          <w:rFonts w:ascii="Times New Roman" w:eastAsia="Times New Roman" w:hAnsi="Times New Roman"/>
          <w:b/>
          <w:color w:val="000000"/>
          <w:sz w:val="24"/>
        </w:rPr>
        <w:lastRenderedPageBreak/>
        <w:t xml:space="preserve">ПОУРОЧНОЕ ПЛАНИРОВАНИЕ </w:t>
      </w:r>
      <w:r>
        <w:br/>
      </w:r>
      <w:r>
        <w:rPr>
          <w:rFonts w:ascii="Times New Roman" w:eastAsia="Times New Roman" w:hAnsi="Times New Roman"/>
          <w:b/>
          <w:color w:val="000000"/>
          <w:sz w:val="24"/>
        </w:rPr>
        <w:t>5 КЛАСС</w:t>
      </w:r>
    </w:p>
    <w:tbl>
      <w:tblPr>
        <w:tblW w:w="11056" w:type="dxa"/>
        <w:tblInd w:w="6" w:type="dxa"/>
        <w:tblLayout w:type="fixed"/>
        <w:tblLook w:val="04A0" w:firstRow="1" w:lastRow="0" w:firstColumn="1" w:lastColumn="0" w:noHBand="0" w:noVBand="1"/>
      </w:tblPr>
      <w:tblGrid>
        <w:gridCol w:w="504"/>
        <w:gridCol w:w="4106"/>
        <w:gridCol w:w="732"/>
        <w:gridCol w:w="1178"/>
        <w:gridCol w:w="1134"/>
        <w:gridCol w:w="1276"/>
        <w:gridCol w:w="2126"/>
      </w:tblGrid>
      <w:tr w:rsidR="008C1EF5" w:rsidTr="00986F26">
        <w:trPr>
          <w:trHeight w:hRule="exact" w:val="492"/>
        </w:trPr>
        <w:tc>
          <w:tcPr>
            <w:tcW w:w="504"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Default="008C1EF5" w:rsidP="009D5101">
            <w:pPr>
              <w:autoSpaceDE w:val="0"/>
              <w:autoSpaceDN w:val="0"/>
              <w:spacing w:before="98" w:after="0" w:line="262" w:lineRule="auto"/>
              <w:ind w:left="72"/>
            </w:pPr>
            <w:r>
              <w:rPr>
                <w:rFonts w:ascii="Times New Roman" w:eastAsia="Times New Roman" w:hAnsi="Times New Roman"/>
                <w:b/>
                <w:color w:val="000000"/>
                <w:sz w:val="24"/>
              </w:rPr>
              <w:t>№</w:t>
            </w:r>
            <w:r>
              <w:br/>
            </w:r>
            <w:r>
              <w:rPr>
                <w:rFonts w:ascii="Times New Roman" w:eastAsia="Times New Roman" w:hAnsi="Times New Roman"/>
                <w:b/>
                <w:color w:val="000000"/>
                <w:sz w:val="24"/>
              </w:rPr>
              <w:t>п/п</w:t>
            </w:r>
          </w:p>
        </w:tc>
        <w:tc>
          <w:tcPr>
            <w:tcW w:w="410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Default="008C1EF5" w:rsidP="009D5101">
            <w:pPr>
              <w:autoSpaceDE w:val="0"/>
              <w:autoSpaceDN w:val="0"/>
              <w:spacing w:before="98" w:after="0" w:line="230" w:lineRule="auto"/>
              <w:ind w:left="72"/>
            </w:pPr>
            <w:proofErr w:type="spellStart"/>
            <w:r>
              <w:rPr>
                <w:rFonts w:ascii="Times New Roman" w:eastAsia="Times New Roman" w:hAnsi="Times New Roman"/>
                <w:b/>
                <w:color w:val="000000"/>
                <w:sz w:val="24"/>
              </w:rPr>
              <w:t>Тема</w:t>
            </w:r>
            <w:proofErr w:type="spellEnd"/>
            <w:r>
              <w:rPr>
                <w:rFonts w:ascii="Times New Roman" w:eastAsia="Times New Roman" w:hAnsi="Times New Roman"/>
                <w:b/>
                <w:color w:val="000000"/>
                <w:sz w:val="24"/>
              </w:rPr>
              <w:t xml:space="preserve"> </w:t>
            </w:r>
            <w:proofErr w:type="spellStart"/>
            <w:r>
              <w:rPr>
                <w:rFonts w:ascii="Times New Roman" w:eastAsia="Times New Roman" w:hAnsi="Times New Roman"/>
                <w:b/>
                <w:color w:val="000000"/>
                <w:sz w:val="24"/>
              </w:rPr>
              <w:t>урока</w:t>
            </w:r>
            <w:proofErr w:type="spellEnd"/>
          </w:p>
        </w:tc>
        <w:tc>
          <w:tcPr>
            <w:tcW w:w="3044" w:type="dxa"/>
            <w:gridSpan w:val="3"/>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Default="008C1EF5" w:rsidP="009D5101">
            <w:pPr>
              <w:autoSpaceDE w:val="0"/>
              <w:autoSpaceDN w:val="0"/>
              <w:spacing w:before="98" w:after="0" w:line="230" w:lineRule="auto"/>
              <w:ind w:left="72"/>
            </w:pPr>
            <w:proofErr w:type="spellStart"/>
            <w:r>
              <w:rPr>
                <w:rFonts w:ascii="Times New Roman" w:eastAsia="Times New Roman" w:hAnsi="Times New Roman"/>
                <w:b/>
                <w:color w:val="000000"/>
                <w:sz w:val="24"/>
              </w:rPr>
              <w:t>Количество</w:t>
            </w:r>
            <w:proofErr w:type="spellEnd"/>
            <w:r>
              <w:rPr>
                <w:rFonts w:ascii="Times New Roman" w:eastAsia="Times New Roman" w:hAnsi="Times New Roman"/>
                <w:b/>
                <w:color w:val="000000"/>
                <w:sz w:val="24"/>
              </w:rPr>
              <w:t xml:space="preserve"> </w:t>
            </w:r>
            <w:proofErr w:type="spellStart"/>
            <w:r>
              <w:rPr>
                <w:rFonts w:ascii="Times New Roman" w:eastAsia="Times New Roman" w:hAnsi="Times New Roman"/>
                <w:b/>
                <w:color w:val="000000"/>
                <w:sz w:val="24"/>
              </w:rPr>
              <w:t>часов</w:t>
            </w:r>
            <w:proofErr w:type="spellEnd"/>
          </w:p>
        </w:tc>
        <w:tc>
          <w:tcPr>
            <w:tcW w:w="1276" w:type="dxa"/>
            <w:vMerge w:val="restart"/>
            <w:tcBorders>
              <w:top w:val="single" w:sz="4" w:space="0" w:color="000000"/>
              <w:left w:val="single" w:sz="4" w:space="0" w:color="000000"/>
              <w:right w:val="single" w:sz="4" w:space="0" w:color="000000"/>
            </w:tcBorders>
          </w:tcPr>
          <w:p w:rsidR="008C1EF5" w:rsidRDefault="008C1EF5" w:rsidP="009D5101">
            <w:pPr>
              <w:autoSpaceDE w:val="0"/>
              <w:autoSpaceDN w:val="0"/>
              <w:spacing w:before="98" w:after="0" w:line="262" w:lineRule="auto"/>
              <w:ind w:left="72" w:right="288"/>
              <w:rPr>
                <w:rFonts w:ascii="Times New Roman" w:eastAsia="Times New Roman" w:hAnsi="Times New Roman"/>
                <w:b/>
                <w:color w:val="000000"/>
                <w:w w:val="97"/>
                <w:sz w:val="24"/>
                <w:lang w:val="ru-RU"/>
              </w:rPr>
            </w:pPr>
          </w:p>
          <w:p w:rsidR="008C1EF5" w:rsidRPr="008C1EF5" w:rsidRDefault="008C1EF5" w:rsidP="009D5101">
            <w:pPr>
              <w:autoSpaceDE w:val="0"/>
              <w:autoSpaceDN w:val="0"/>
              <w:spacing w:before="98" w:after="0" w:line="262" w:lineRule="auto"/>
              <w:ind w:left="72" w:right="288"/>
              <w:rPr>
                <w:rFonts w:ascii="Times New Roman" w:eastAsia="Times New Roman" w:hAnsi="Times New Roman"/>
                <w:b/>
                <w:color w:val="000000"/>
                <w:w w:val="97"/>
                <w:sz w:val="24"/>
                <w:lang w:val="ru-RU"/>
              </w:rPr>
            </w:pPr>
            <w:r>
              <w:rPr>
                <w:rFonts w:ascii="Times New Roman" w:eastAsia="Times New Roman" w:hAnsi="Times New Roman"/>
                <w:b/>
                <w:color w:val="000000"/>
                <w:w w:val="97"/>
                <w:sz w:val="24"/>
                <w:lang w:val="ru-RU"/>
              </w:rPr>
              <w:t>Дата</w:t>
            </w:r>
          </w:p>
        </w:tc>
        <w:tc>
          <w:tcPr>
            <w:tcW w:w="2126" w:type="dxa"/>
            <w:vMerge w:val="restart"/>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Default="008C1EF5" w:rsidP="009D5101">
            <w:pPr>
              <w:autoSpaceDE w:val="0"/>
              <w:autoSpaceDN w:val="0"/>
              <w:spacing w:before="98" w:after="0" w:line="262" w:lineRule="auto"/>
              <w:ind w:left="72" w:right="288"/>
            </w:pPr>
            <w:proofErr w:type="spellStart"/>
            <w:r w:rsidRPr="008C1EF5">
              <w:rPr>
                <w:rFonts w:ascii="Times New Roman" w:eastAsia="Times New Roman" w:hAnsi="Times New Roman"/>
                <w:b/>
                <w:color w:val="000000"/>
                <w:w w:val="97"/>
                <w:sz w:val="24"/>
              </w:rPr>
              <w:t>Электронные</w:t>
            </w:r>
            <w:proofErr w:type="spellEnd"/>
            <w:r w:rsidRPr="008C1EF5">
              <w:rPr>
                <w:rFonts w:ascii="Times New Roman" w:eastAsia="Times New Roman" w:hAnsi="Times New Roman"/>
                <w:b/>
                <w:color w:val="000000"/>
                <w:w w:val="97"/>
                <w:sz w:val="24"/>
              </w:rPr>
              <w:t xml:space="preserve"> (</w:t>
            </w:r>
            <w:proofErr w:type="spellStart"/>
            <w:r w:rsidRPr="008C1EF5">
              <w:rPr>
                <w:rFonts w:ascii="Times New Roman" w:eastAsia="Times New Roman" w:hAnsi="Times New Roman"/>
                <w:b/>
                <w:color w:val="000000"/>
                <w:w w:val="97"/>
                <w:sz w:val="24"/>
              </w:rPr>
              <w:t>цифровые</w:t>
            </w:r>
            <w:proofErr w:type="spellEnd"/>
            <w:r w:rsidRPr="008C1EF5">
              <w:rPr>
                <w:rFonts w:ascii="Times New Roman" w:eastAsia="Times New Roman" w:hAnsi="Times New Roman"/>
                <w:b/>
                <w:color w:val="000000"/>
                <w:w w:val="97"/>
                <w:sz w:val="24"/>
              </w:rPr>
              <w:t xml:space="preserve">) </w:t>
            </w:r>
            <w:proofErr w:type="spellStart"/>
            <w:r w:rsidRPr="008C1EF5">
              <w:rPr>
                <w:rFonts w:ascii="Times New Roman" w:eastAsia="Times New Roman" w:hAnsi="Times New Roman"/>
                <w:b/>
                <w:color w:val="000000"/>
                <w:w w:val="97"/>
                <w:sz w:val="24"/>
              </w:rPr>
              <w:t>образовательные</w:t>
            </w:r>
            <w:proofErr w:type="spellEnd"/>
            <w:r w:rsidRPr="008C1EF5">
              <w:rPr>
                <w:rFonts w:ascii="Times New Roman" w:eastAsia="Times New Roman" w:hAnsi="Times New Roman"/>
                <w:b/>
                <w:color w:val="000000"/>
                <w:w w:val="97"/>
                <w:sz w:val="24"/>
              </w:rPr>
              <w:t xml:space="preserve"> </w:t>
            </w:r>
            <w:proofErr w:type="spellStart"/>
            <w:r w:rsidRPr="008C1EF5">
              <w:rPr>
                <w:rFonts w:ascii="Times New Roman" w:eastAsia="Times New Roman" w:hAnsi="Times New Roman"/>
                <w:b/>
                <w:color w:val="000000"/>
                <w:w w:val="97"/>
                <w:sz w:val="24"/>
              </w:rPr>
              <w:t>ресурсы</w:t>
            </w:r>
            <w:proofErr w:type="spellEnd"/>
          </w:p>
        </w:tc>
      </w:tr>
      <w:tr w:rsidR="008C1EF5" w:rsidTr="00986F26">
        <w:trPr>
          <w:trHeight w:hRule="exact" w:val="1048"/>
        </w:trPr>
        <w:tc>
          <w:tcPr>
            <w:tcW w:w="504" w:type="dxa"/>
            <w:vMerge/>
            <w:tcBorders>
              <w:top w:val="single" w:sz="4" w:space="0" w:color="000000"/>
              <w:left w:val="single" w:sz="4" w:space="0" w:color="000000"/>
              <w:bottom w:val="single" w:sz="4" w:space="0" w:color="000000"/>
              <w:right w:val="single" w:sz="4" w:space="0" w:color="000000"/>
            </w:tcBorders>
          </w:tcPr>
          <w:p w:rsidR="008C1EF5" w:rsidRDefault="008C1EF5" w:rsidP="009D5101"/>
        </w:tc>
        <w:tc>
          <w:tcPr>
            <w:tcW w:w="4106" w:type="dxa"/>
            <w:vMerge/>
            <w:tcBorders>
              <w:top w:val="single" w:sz="4" w:space="0" w:color="000000"/>
              <w:left w:val="single" w:sz="4" w:space="0" w:color="000000"/>
              <w:bottom w:val="single" w:sz="4" w:space="0" w:color="000000"/>
              <w:right w:val="single" w:sz="4" w:space="0" w:color="000000"/>
            </w:tcBorders>
          </w:tcPr>
          <w:p w:rsidR="008C1EF5" w:rsidRDefault="008C1EF5" w:rsidP="009D5101"/>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Default="008C1EF5" w:rsidP="009D5101">
            <w:pPr>
              <w:autoSpaceDE w:val="0"/>
              <w:autoSpaceDN w:val="0"/>
              <w:spacing w:before="98" w:after="0" w:line="230" w:lineRule="auto"/>
              <w:ind w:left="72"/>
            </w:pPr>
            <w:proofErr w:type="spellStart"/>
            <w:r>
              <w:rPr>
                <w:rFonts w:ascii="Times New Roman" w:eastAsia="Times New Roman" w:hAnsi="Times New Roman"/>
                <w:b/>
                <w:color w:val="000000"/>
                <w:sz w:val="24"/>
              </w:rPr>
              <w:t>всего</w:t>
            </w:r>
            <w:proofErr w:type="spellEnd"/>
            <w:r>
              <w:rPr>
                <w:rFonts w:ascii="Times New Roman" w:eastAsia="Times New Roman" w:hAnsi="Times New Roman"/>
                <w:b/>
                <w:color w:val="000000"/>
                <w:sz w:val="24"/>
              </w:rPr>
              <w:t xml:space="preserve"> </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Default="008C1EF5" w:rsidP="009D5101">
            <w:pPr>
              <w:autoSpaceDE w:val="0"/>
              <w:autoSpaceDN w:val="0"/>
              <w:spacing w:before="98" w:after="0" w:line="262" w:lineRule="auto"/>
              <w:ind w:left="72"/>
            </w:pPr>
            <w:proofErr w:type="spellStart"/>
            <w:r>
              <w:rPr>
                <w:rFonts w:ascii="Times New Roman" w:eastAsia="Times New Roman" w:hAnsi="Times New Roman"/>
                <w:b/>
                <w:color w:val="000000"/>
                <w:sz w:val="24"/>
              </w:rPr>
              <w:t>контрольные</w:t>
            </w:r>
            <w:proofErr w:type="spellEnd"/>
            <w:r>
              <w:rPr>
                <w:rFonts w:ascii="Times New Roman" w:eastAsia="Times New Roman" w:hAnsi="Times New Roman"/>
                <w:b/>
                <w:color w:val="000000"/>
                <w:sz w:val="24"/>
              </w:rPr>
              <w:t xml:space="preserve"> </w:t>
            </w:r>
            <w:proofErr w:type="spellStart"/>
            <w:r>
              <w:rPr>
                <w:rFonts w:ascii="Times New Roman" w:eastAsia="Times New Roman" w:hAnsi="Times New Roman"/>
                <w:b/>
                <w:color w:val="000000"/>
                <w:sz w:val="24"/>
              </w:rPr>
              <w:t>работы</w:t>
            </w:r>
            <w:proofErr w:type="spellEnd"/>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Default="008C1EF5" w:rsidP="009D5101">
            <w:pPr>
              <w:autoSpaceDE w:val="0"/>
              <w:autoSpaceDN w:val="0"/>
              <w:spacing w:before="98" w:after="0" w:line="262" w:lineRule="auto"/>
              <w:ind w:left="72"/>
            </w:pPr>
            <w:proofErr w:type="spellStart"/>
            <w:r>
              <w:rPr>
                <w:rFonts w:ascii="Times New Roman" w:eastAsia="Times New Roman" w:hAnsi="Times New Roman"/>
                <w:b/>
                <w:color w:val="000000"/>
                <w:sz w:val="24"/>
              </w:rPr>
              <w:t>практические</w:t>
            </w:r>
            <w:proofErr w:type="spellEnd"/>
            <w:r>
              <w:rPr>
                <w:rFonts w:ascii="Times New Roman" w:eastAsia="Times New Roman" w:hAnsi="Times New Roman"/>
                <w:b/>
                <w:color w:val="000000"/>
                <w:sz w:val="24"/>
              </w:rPr>
              <w:t xml:space="preserve"> </w:t>
            </w:r>
            <w:proofErr w:type="spellStart"/>
            <w:r>
              <w:rPr>
                <w:rFonts w:ascii="Times New Roman" w:eastAsia="Times New Roman" w:hAnsi="Times New Roman"/>
                <w:b/>
                <w:color w:val="000000"/>
                <w:sz w:val="24"/>
              </w:rPr>
              <w:t>работы</w:t>
            </w:r>
            <w:proofErr w:type="spellEnd"/>
          </w:p>
        </w:tc>
        <w:tc>
          <w:tcPr>
            <w:tcW w:w="1276" w:type="dxa"/>
            <w:vMerge/>
            <w:tcBorders>
              <w:left w:val="single" w:sz="4" w:space="0" w:color="000000"/>
              <w:bottom w:val="single" w:sz="4" w:space="0" w:color="000000"/>
              <w:right w:val="single" w:sz="4" w:space="0" w:color="000000"/>
            </w:tcBorders>
          </w:tcPr>
          <w:p w:rsidR="008C1EF5" w:rsidRDefault="008C1EF5" w:rsidP="009D5101"/>
        </w:tc>
        <w:tc>
          <w:tcPr>
            <w:tcW w:w="2126" w:type="dxa"/>
            <w:vMerge/>
            <w:tcBorders>
              <w:top w:val="single" w:sz="4" w:space="0" w:color="000000"/>
              <w:left w:val="single" w:sz="4" w:space="0" w:color="000000"/>
              <w:bottom w:val="single" w:sz="4" w:space="0" w:color="000000"/>
              <w:right w:val="single" w:sz="4" w:space="0" w:color="000000"/>
            </w:tcBorders>
          </w:tcPr>
          <w:p w:rsidR="008C1EF5" w:rsidRDefault="008C1EF5" w:rsidP="009D5101"/>
        </w:tc>
      </w:tr>
      <w:tr w:rsidR="008C1EF5" w:rsidRPr="008C1EF5" w:rsidTr="008C1EF5">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w:t>
            </w:r>
          </w:p>
        </w:tc>
        <w:tc>
          <w:tcPr>
            <w:tcW w:w="410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62" w:lineRule="auto"/>
              <w:ind w:left="72" w:right="720"/>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Наш родной русский язык. Из истории русской письменности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jc w:val="center"/>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C1EF5" w:rsidRPr="008C1EF5" w:rsidRDefault="008C1EF5">
            <w:pPr>
              <w:rPr>
                <w:rFonts w:ascii="Times New Roman" w:hAnsi="Times New Roman" w:cs="Times New Roman"/>
                <w:sz w:val="24"/>
                <w:szCs w:val="24"/>
                <w:lang w:val="ru-RU"/>
              </w:rPr>
            </w:pPr>
            <w:r>
              <w:rPr>
                <w:rFonts w:ascii="Times New Roman" w:hAnsi="Times New Roman" w:cs="Times New Roman"/>
                <w:sz w:val="24"/>
                <w:szCs w:val="24"/>
                <w:lang w:val="ru-RU"/>
              </w:rPr>
              <w:t>01.09.23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pPr>
              <w:rPr>
                <w:rFonts w:ascii="Times New Roman" w:hAnsi="Times New Roman" w:cs="Times New Roman"/>
                <w:sz w:val="24"/>
                <w:szCs w:val="24"/>
              </w:rPr>
            </w:pPr>
            <w:r w:rsidRPr="008C1EF5">
              <w:rPr>
                <w:rFonts w:ascii="Times New Roman" w:hAnsi="Times New Roman" w:cs="Times New Roman"/>
                <w:sz w:val="24"/>
                <w:szCs w:val="24"/>
              </w:rPr>
              <w:t>feb-web.ru</w:t>
            </w:r>
          </w:p>
        </w:tc>
      </w:tr>
      <w:tr w:rsidR="008C1EF5" w:rsidRPr="008C1EF5" w:rsidTr="008C1EF5">
        <w:trPr>
          <w:trHeight w:hRule="exact" w:val="150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100"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2.</w:t>
            </w:r>
          </w:p>
        </w:tc>
        <w:tc>
          <w:tcPr>
            <w:tcW w:w="410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100" w:after="0" w:line="230" w:lineRule="auto"/>
              <w:ind w:left="72"/>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Язык - волшебное зеркало мира.</w:t>
            </w:r>
          </w:p>
          <w:p w:rsidR="008C1EF5" w:rsidRPr="008C1EF5" w:rsidRDefault="008C1EF5" w:rsidP="009D5101">
            <w:pPr>
              <w:autoSpaceDE w:val="0"/>
              <w:autoSpaceDN w:val="0"/>
              <w:spacing w:before="72" w:after="0" w:line="271" w:lineRule="auto"/>
              <w:ind w:left="72" w:right="432"/>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История в слове: наименования предметов традиционной русской одежды и быта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100"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C1EF5" w:rsidRPr="008C1EF5" w:rsidRDefault="008C1EF5">
            <w:pPr>
              <w:rPr>
                <w:rFonts w:ascii="Times New Roman" w:hAnsi="Times New Roman" w:cs="Times New Roman"/>
                <w:sz w:val="24"/>
                <w:szCs w:val="24"/>
                <w:lang w:val="ru-RU"/>
              </w:rPr>
            </w:pPr>
            <w:r>
              <w:rPr>
                <w:rFonts w:ascii="Times New Roman" w:hAnsi="Times New Roman" w:cs="Times New Roman"/>
                <w:sz w:val="24"/>
                <w:szCs w:val="24"/>
                <w:lang w:val="ru-RU"/>
              </w:rPr>
              <w:t>08.09.23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pPr>
              <w:rPr>
                <w:rFonts w:ascii="Times New Roman" w:hAnsi="Times New Roman" w:cs="Times New Roman"/>
                <w:sz w:val="24"/>
                <w:szCs w:val="24"/>
              </w:rPr>
            </w:pPr>
            <w:r w:rsidRPr="008C1EF5">
              <w:rPr>
                <w:rFonts w:ascii="Times New Roman" w:hAnsi="Times New Roman" w:cs="Times New Roman"/>
                <w:sz w:val="24"/>
                <w:szCs w:val="24"/>
              </w:rPr>
              <w:t>feb-web.ru</w:t>
            </w:r>
          </w:p>
        </w:tc>
      </w:tr>
      <w:tr w:rsidR="008C1EF5" w:rsidRPr="008C1EF5" w:rsidTr="008C1EF5">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3.</w:t>
            </w:r>
          </w:p>
        </w:tc>
        <w:tc>
          <w:tcPr>
            <w:tcW w:w="410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62" w:lineRule="auto"/>
              <w:ind w:left="72" w:right="144"/>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Образность русской речи: метафора, олицетворение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C1EF5" w:rsidRPr="004745A6" w:rsidRDefault="004745A6">
            <w:pPr>
              <w:rPr>
                <w:rFonts w:ascii="Times New Roman" w:hAnsi="Times New Roman" w:cs="Times New Roman"/>
                <w:sz w:val="24"/>
                <w:szCs w:val="24"/>
                <w:lang w:val="ru-RU"/>
              </w:rPr>
            </w:pPr>
            <w:r>
              <w:rPr>
                <w:rFonts w:ascii="Times New Roman" w:hAnsi="Times New Roman" w:cs="Times New Roman"/>
                <w:sz w:val="24"/>
                <w:szCs w:val="24"/>
                <w:lang w:val="ru-RU"/>
              </w:rPr>
              <w:t>15.09.23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pPr>
              <w:rPr>
                <w:rFonts w:ascii="Times New Roman" w:hAnsi="Times New Roman" w:cs="Times New Roman"/>
                <w:sz w:val="24"/>
                <w:szCs w:val="24"/>
              </w:rPr>
            </w:pPr>
            <w:r w:rsidRPr="008C1EF5">
              <w:rPr>
                <w:rFonts w:ascii="Times New Roman" w:hAnsi="Times New Roman" w:cs="Times New Roman"/>
                <w:sz w:val="24"/>
                <w:szCs w:val="24"/>
              </w:rPr>
              <w:t>feb-web.ru</w:t>
            </w:r>
          </w:p>
        </w:tc>
      </w:tr>
      <w:tr w:rsidR="008C1EF5" w:rsidRPr="008C1EF5" w:rsidTr="008C1EF5">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4.</w:t>
            </w:r>
          </w:p>
        </w:tc>
        <w:tc>
          <w:tcPr>
            <w:tcW w:w="410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Живое слово русского фольклора.</w:t>
            </w:r>
          </w:p>
          <w:p w:rsidR="008C1EF5" w:rsidRPr="008C1EF5" w:rsidRDefault="008C1EF5" w:rsidP="009D5101">
            <w:pPr>
              <w:autoSpaceDE w:val="0"/>
              <w:autoSpaceDN w:val="0"/>
              <w:spacing w:before="70" w:after="0" w:line="262" w:lineRule="auto"/>
              <w:ind w:left="72"/>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Меткое слово русской речи: крылатые слова, пословицы, поговорки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C1EF5" w:rsidRPr="004745A6" w:rsidRDefault="004745A6">
            <w:pPr>
              <w:rPr>
                <w:rFonts w:ascii="Times New Roman" w:hAnsi="Times New Roman" w:cs="Times New Roman"/>
                <w:sz w:val="24"/>
                <w:szCs w:val="24"/>
                <w:lang w:val="ru-RU"/>
              </w:rPr>
            </w:pPr>
            <w:r>
              <w:rPr>
                <w:rFonts w:ascii="Times New Roman" w:hAnsi="Times New Roman" w:cs="Times New Roman"/>
                <w:sz w:val="24"/>
                <w:szCs w:val="24"/>
                <w:lang w:val="ru-RU"/>
              </w:rPr>
              <w:t>22.09.23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pPr>
              <w:rPr>
                <w:rFonts w:ascii="Times New Roman" w:hAnsi="Times New Roman" w:cs="Times New Roman"/>
                <w:sz w:val="24"/>
                <w:szCs w:val="24"/>
              </w:rPr>
            </w:pPr>
            <w:r w:rsidRPr="008C1EF5">
              <w:rPr>
                <w:rFonts w:ascii="Times New Roman" w:hAnsi="Times New Roman" w:cs="Times New Roman"/>
                <w:sz w:val="24"/>
                <w:szCs w:val="24"/>
              </w:rPr>
              <w:t>feb-web.ru</w:t>
            </w:r>
          </w:p>
        </w:tc>
      </w:tr>
      <w:tr w:rsidR="008C1EF5" w:rsidRPr="008C1EF5" w:rsidTr="008C1EF5">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5.</w:t>
            </w:r>
          </w:p>
        </w:tc>
        <w:tc>
          <w:tcPr>
            <w:tcW w:w="410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62" w:lineRule="auto"/>
              <w:ind w:left="72" w:right="144"/>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 xml:space="preserve">О чем могут рассказать имена людей и названия городов. </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1</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8C1EF5" w:rsidRPr="004745A6" w:rsidRDefault="004745A6">
            <w:pPr>
              <w:rPr>
                <w:rFonts w:ascii="Times New Roman" w:hAnsi="Times New Roman" w:cs="Times New Roman"/>
                <w:sz w:val="24"/>
                <w:szCs w:val="24"/>
                <w:lang w:val="ru-RU"/>
              </w:rPr>
            </w:pPr>
            <w:r>
              <w:rPr>
                <w:rFonts w:ascii="Times New Roman" w:hAnsi="Times New Roman" w:cs="Times New Roman"/>
                <w:sz w:val="24"/>
                <w:szCs w:val="24"/>
                <w:lang w:val="ru-RU"/>
              </w:rPr>
              <w:t>29.09.23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pPr>
              <w:rPr>
                <w:rFonts w:ascii="Times New Roman" w:hAnsi="Times New Roman" w:cs="Times New Roman"/>
                <w:sz w:val="24"/>
                <w:szCs w:val="24"/>
                <w:lang w:val="ru-RU"/>
              </w:rPr>
            </w:pPr>
            <w:proofErr w:type="spellStart"/>
            <w:r w:rsidRPr="008C1EF5">
              <w:rPr>
                <w:rFonts w:ascii="Times New Roman" w:hAnsi="Times New Roman" w:cs="Times New Roman"/>
                <w:sz w:val="24"/>
                <w:szCs w:val="24"/>
              </w:rPr>
              <w:t>feb</w:t>
            </w:r>
            <w:proofErr w:type="spellEnd"/>
            <w:r w:rsidRPr="008C1EF5">
              <w:rPr>
                <w:rFonts w:ascii="Times New Roman" w:hAnsi="Times New Roman" w:cs="Times New Roman"/>
                <w:sz w:val="24"/>
                <w:szCs w:val="24"/>
                <w:lang w:val="ru-RU"/>
              </w:rPr>
              <w:t>-</w:t>
            </w:r>
            <w:r w:rsidRPr="008C1EF5">
              <w:rPr>
                <w:rFonts w:ascii="Times New Roman" w:hAnsi="Times New Roman" w:cs="Times New Roman"/>
                <w:sz w:val="24"/>
                <w:szCs w:val="24"/>
              </w:rPr>
              <w:t>web</w:t>
            </w:r>
            <w:r w:rsidRPr="008C1EF5">
              <w:rPr>
                <w:rFonts w:ascii="Times New Roman" w:hAnsi="Times New Roman" w:cs="Times New Roman"/>
                <w:sz w:val="24"/>
                <w:szCs w:val="24"/>
                <w:lang w:val="ru-RU"/>
              </w:rPr>
              <w:t>.</w:t>
            </w:r>
            <w:proofErr w:type="spellStart"/>
            <w:r w:rsidRPr="008C1EF5">
              <w:rPr>
                <w:rFonts w:ascii="Times New Roman" w:hAnsi="Times New Roman" w:cs="Times New Roman"/>
                <w:sz w:val="24"/>
                <w:szCs w:val="24"/>
              </w:rPr>
              <w:t>ru</w:t>
            </w:r>
            <w:proofErr w:type="spellEnd"/>
          </w:p>
        </w:tc>
      </w:tr>
      <w:tr w:rsidR="008C1EF5" w:rsidRPr="008C1EF5" w:rsidTr="008C1EF5">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6.</w:t>
            </w:r>
          </w:p>
        </w:tc>
        <w:tc>
          <w:tcPr>
            <w:tcW w:w="410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62" w:lineRule="auto"/>
              <w:ind w:left="72" w:right="144"/>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Современный русский литературный язык</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1</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8C1EF5" w:rsidRPr="004745A6" w:rsidRDefault="004745A6" w:rsidP="004745A6">
            <w:pPr>
              <w:autoSpaceDE w:val="0"/>
              <w:autoSpaceDN w:val="0"/>
              <w:spacing w:before="78" w:after="0" w:line="230" w:lineRule="auto"/>
              <w:ind w:left="72"/>
              <w:rPr>
                <w:rFonts w:ascii="Times New Roman" w:eastAsia="Times New Roman" w:hAnsi="Times New Roman" w:cs="Times New Roman"/>
                <w:color w:val="000000"/>
                <w:w w:val="97"/>
                <w:sz w:val="24"/>
                <w:szCs w:val="24"/>
                <w:lang w:val="ru-RU"/>
              </w:rPr>
            </w:pPr>
            <w:r>
              <w:rPr>
                <w:rFonts w:ascii="Times New Roman" w:eastAsia="Times New Roman" w:hAnsi="Times New Roman" w:cs="Times New Roman"/>
                <w:color w:val="000000"/>
                <w:w w:val="97"/>
                <w:sz w:val="24"/>
                <w:szCs w:val="24"/>
                <w:lang w:val="ru-RU"/>
              </w:rPr>
              <w:t>06.10.23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86F26">
            <w:pPr>
              <w:autoSpaceDE w:val="0"/>
              <w:autoSpaceDN w:val="0"/>
              <w:spacing w:before="78" w:after="0" w:line="230" w:lineRule="auto"/>
              <w:ind w:left="72"/>
              <w:rPr>
                <w:rFonts w:ascii="Times New Roman" w:hAnsi="Times New Roman" w:cs="Times New Roman"/>
                <w:sz w:val="24"/>
                <w:szCs w:val="24"/>
                <w:lang w:val="ru-RU"/>
              </w:rPr>
            </w:pPr>
            <w:proofErr w:type="spellStart"/>
            <w:r w:rsidRPr="008C1EF5">
              <w:rPr>
                <w:rFonts w:ascii="Times New Roman" w:eastAsia="Times New Roman" w:hAnsi="Times New Roman" w:cs="Times New Roman"/>
                <w:color w:val="000000"/>
                <w:w w:val="97"/>
                <w:sz w:val="24"/>
                <w:szCs w:val="24"/>
              </w:rPr>
              <w:t>gramota</w:t>
            </w:r>
            <w:proofErr w:type="spellEnd"/>
            <w:r w:rsidRPr="008C1EF5">
              <w:rPr>
                <w:rFonts w:ascii="Times New Roman" w:eastAsia="Times New Roman" w:hAnsi="Times New Roman" w:cs="Times New Roman"/>
                <w:color w:val="000000"/>
                <w:w w:val="97"/>
                <w:sz w:val="24"/>
                <w:szCs w:val="24"/>
                <w:lang w:val="ru-RU"/>
              </w:rPr>
              <w:t>.</w:t>
            </w:r>
            <w:proofErr w:type="spellStart"/>
            <w:r w:rsidRPr="008C1EF5">
              <w:rPr>
                <w:rFonts w:ascii="Times New Roman" w:eastAsia="Times New Roman" w:hAnsi="Times New Roman" w:cs="Times New Roman"/>
                <w:color w:val="000000"/>
                <w:w w:val="97"/>
                <w:sz w:val="24"/>
                <w:szCs w:val="24"/>
              </w:rPr>
              <w:t>ru</w:t>
            </w:r>
            <w:proofErr w:type="spellEnd"/>
          </w:p>
        </w:tc>
      </w:tr>
      <w:tr w:rsidR="008C1EF5" w:rsidRPr="004745A6" w:rsidTr="008C1EF5">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7.</w:t>
            </w:r>
          </w:p>
        </w:tc>
        <w:tc>
          <w:tcPr>
            <w:tcW w:w="410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62" w:lineRule="auto"/>
              <w:ind w:left="72" w:right="1296"/>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Русская орфоэпия. Нормы произношения и ударения</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1</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8C1EF5" w:rsidRPr="004745A6" w:rsidRDefault="004745A6" w:rsidP="004745A6">
            <w:pPr>
              <w:autoSpaceDE w:val="0"/>
              <w:autoSpaceDN w:val="0"/>
              <w:spacing w:before="78" w:after="0" w:line="230" w:lineRule="auto"/>
              <w:ind w:left="72"/>
              <w:rPr>
                <w:rFonts w:ascii="Times New Roman" w:eastAsia="Times New Roman" w:hAnsi="Times New Roman" w:cs="Times New Roman"/>
                <w:color w:val="000000"/>
                <w:w w:val="97"/>
                <w:sz w:val="24"/>
                <w:szCs w:val="24"/>
                <w:lang w:val="ru-RU"/>
              </w:rPr>
            </w:pPr>
            <w:r>
              <w:rPr>
                <w:rFonts w:ascii="Times New Roman" w:eastAsia="Times New Roman" w:hAnsi="Times New Roman" w:cs="Times New Roman"/>
                <w:color w:val="000000"/>
                <w:w w:val="97"/>
                <w:sz w:val="24"/>
                <w:szCs w:val="24"/>
                <w:lang w:val="ru-RU"/>
              </w:rPr>
              <w:t>13.10.23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4745A6" w:rsidRDefault="008C1EF5" w:rsidP="00986F26">
            <w:pPr>
              <w:autoSpaceDE w:val="0"/>
              <w:autoSpaceDN w:val="0"/>
              <w:spacing w:before="78" w:after="0" w:line="230" w:lineRule="auto"/>
              <w:ind w:left="72"/>
              <w:rPr>
                <w:rFonts w:ascii="Times New Roman" w:hAnsi="Times New Roman" w:cs="Times New Roman"/>
                <w:sz w:val="24"/>
                <w:szCs w:val="24"/>
                <w:lang w:val="ru-RU"/>
              </w:rPr>
            </w:pPr>
            <w:proofErr w:type="spellStart"/>
            <w:r w:rsidRPr="008C1EF5">
              <w:rPr>
                <w:rFonts w:ascii="Times New Roman" w:eastAsia="Times New Roman" w:hAnsi="Times New Roman" w:cs="Times New Roman"/>
                <w:color w:val="000000"/>
                <w:w w:val="97"/>
                <w:sz w:val="24"/>
                <w:szCs w:val="24"/>
              </w:rPr>
              <w:t>gramota</w:t>
            </w:r>
            <w:proofErr w:type="spellEnd"/>
            <w:r w:rsidRPr="004745A6">
              <w:rPr>
                <w:rFonts w:ascii="Times New Roman" w:eastAsia="Times New Roman" w:hAnsi="Times New Roman" w:cs="Times New Roman"/>
                <w:color w:val="000000"/>
                <w:w w:val="97"/>
                <w:sz w:val="24"/>
                <w:szCs w:val="24"/>
                <w:lang w:val="ru-RU"/>
              </w:rPr>
              <w:t>.</w:t>
            </w:r>
            <w:proofErr w:type="spellStart"/>
            <w:r w:rsidRPr="008C1EF5">
              <w:rPr>
                <w:rFonts w:ascii="Times New Roman" w:eastAsia="Times New Roman" w:hAnsi="Times New Roman" w:cs="Times New Roman"/>
                <w:color w:val="000000"/>
                <w:w w:val="97"/>
                <w:sz w:val="24"/>
                <w:szCs w:val="24"/>
              </w:rPr>
              <w:t>ru</w:t>
            </w:r>
            <w:proofErr w:type="spellEnd"/>
          </w:p>
        </w:tc>
      </w:tr>
      <w:tr w:rsidR="008C1EF5" w:rsidRPr="004745A6" w:rsidTr="008C1EF5">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4745A6" w:rsidRDefault="008C1EF5" w:rsidP="009D5101">
            <w:pPr>
              <w:autoSpaceDE w:val="0"/>
              <w:autoSpaceDN w:val="0"/>
              <w:spacing w:before="98" w:after="0" w:line="230" w:lineRule="auto"/>
              <w:ind w:left="72"/>
              <w:rPr>
                <w:rFonts w:ascii="Times New Roman" w:hAnsi="Times New Roman" w:cs="Times New Roman"/>
                <w:sz w:val="24"/>
                <w:szCs w:val="24"/>
                <w:lang w:val="ru-RU"/>
              </w:rPr>
            </w:pPr>
            <w:r w:rsidRPr="004745A6">
              <w:rPr>
                <w:rFonts w:ascii="Times New Roman" w:eastAsia="Times New Roman" w:hAnsi="Times New Roman" w:cs="Times New Roman"/>
                <w:color w:val="000000"/>
                <w:sz w:val="24"/>
                <w:szCs w:val="24"/>
                <w:lang w:val="ru-RU"/>
              </w:rPr>
              <w:t>8.</w:t>
            </w:r>
          </w:p>
        </w:tc>
        <w:tc>
          <w:tcPr>
            <w:tcW w:w="410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62" w:lineRule="auto"/>
              <w:ind w:right="864"/>
              <w:jc w:val="center"/>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Речь точная и выразительная. Основные лексические нормы</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4745A6" w:rsidRDefault="008C1EF5" w:rsidP="009D5101">
            <w:pPr>
              <w:autoSpaceDE w:val="0"/>
              <w:autoSpaceDN w:val="0"/>
              <w:spacing w:before="98" w:after="0" w:line="230" w:lineRule="auto"/>
              <w:ind w:left="72"/>
              <w:rPr>
                <w:rFonts w:ascii="Times New Roman" w:hAnsi="Times New Roman" w:cs="Times New Roman"/>
                <w:sz w:val="24"/>
                <w:szCs w:val="24"/>
                <w:lang w:val="ru-RU"/>
              </w:rPr>
            </w:pPr>
            <w:r w:rsidRPr="004745A6">
              <w:rPr>
                <w:rFonts w:ascii="Times New Roman" w:eastAsia="Times New Roman" w:hAnsi="Times New Roman" w:cs="Times New Roman"/>
                <w:color w:val="000000"/>
                <w:sz w:val="24"/>
                <w:szCs w:val="24"/>
                <w:lang w:val="ru-RU"/>
              </w:rPr>
              <w:t>1</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4745A6" w:rsidRDefault="008C1EF5" w:rsidP="009D5101">
            <w:pPr>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4745A6" w:rsidRDefault="008C1EF5" w:rsidP="009D5101">
            <w:pPr>
              <w:rPr>
                <w:rFonts w:ascii="Times New Roman" w:hAnsi="Times New Roman" w:cs="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8C1EF5" w:rsidRPr="004745A6" w:rsidRDefault="004745A6" w:rsidP="00986F26">
            <w:pPr>
              <w:autoSpaceDE w:val="0"/>
              <w:autoSpaceDN w:val="0"/>
              <w:spacing w:before="78" w:after="0" w:line="230" w:lineRule="auto"/>
              <w:ind w:left="72"/>
              <w:rPr>
                <w:rFonts w:ascii="Times New Roman" w:eastAsia="Times New Roman" w:hAnsi="Times New Roman" w:cs="Times New Roman"/>
                <w:color w:val="000000"/>
                <w:w w:val="97"/>
                <w:sz w:val="24"/>
                <w:szCs w:val="24"/>
                <w:lang w:val="ru-RU"/>
              </w:rPr>
            </w:pPr>
            <w:r>
              <w:rPr>
                <w:rFonts w:ascii="Times New Roman" w:eastAsia="Times New Roman" w:hAnsi="Times New Roman" w:cs="Times New Roman"/>
                <w:color w:val="000000"/>
                <w:w w:val="97"/>
                <w:sz w:val="24"/>
                <w:szCs w:val="24"/>
                <w:lang w:val="ru-RU"/>
              </w:rPr>
              <w:t>20.10.23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4745A6" w:rsidRDefault="008C1EF5" w:rsidP="00986F26">
            <w:pPr>
              <w:autoSpaceDE w:val="0"/>
              <w:autoSpaceDN w:val="0"/>
              <w:spacing w:before="78" w:after="0" w:line="230" w:lineRule="auto"/>
              <w:ind w:left="72"/>
              <w:rPr>
                <w:rFonts w:ascii="Times New Roman" w:hAnsi="Times New Roman" w:cs="Times New Roman"/>
                <w:sz w:val="24"/>
                <w:szCs w:val="24"/>
                <w:lang w:val="ru-RU"/>
              </w:rPr>
            </w:pPr>
            <w:proofErr w:type="spellStart"/>
            <w:r w:rsidRPr="008C1EF5">
              <w:rPr>
                <w:rFonts w:ascii="Times New Roman" w:eastAsia="Times New Roman" w:hAnsi="Times New Roman" w:cs="Times New Roman"/>
                <w:color w:val="000000"/>
                <w:w w:val="97"/>
                <w:sz w:val="24"/>
                <w:szCs w:val="24"/>
              </w:rPr>
              <w:t>gramota</w:t>
            </w:r>
            <w:proofErr w:type="spellEnd"/>
            <w:r w:rsidRPr="004745A6">
              <w:rPr>
                <w:rFonts w:ascii="Times New Roman" w:eastAsia="Times New Roman" w:hAnsi="Times New Roman" w:cs="Times New Roman"/>
                <w:color w:val="000000"/>
                <w:w w:val="97"/>
                <w:sz w:val="24"/>
                <w:szCs w:val="24"/>
                <w:lang w:val="ru-RU"/>
              </w:rPr>
              <w:t>.</w:t>
            </w:r>
            <w:proofErr w:type="spellStart"/>
            <w:r w:rsidRPr="008C1EF5">
              <w:rPr>
                <w:rFonts w:ascii="Times New Roman" w:eastAsia="Times New Roman" w:hAnsi="Times New Roman" w:cs="Times New Roman"/>
                <w:color w:val="000000"/>
                <w:w w:val="97"/>
                <w:sz w:val="24"/>
                <w:szCs w:val="24"/>
              </w:rPr>
              <w:t>ru</w:t>
            </w:r>
            <w:proofErr w:type="spellEnd"/>
          </w:p>
        </w:tc>
      </w:tr>
      <w:tr w:rsidR="008C1EF5" w:rsidRPr="004745A6" w:rsidTr="008C1EF5">
        <w:trPr>
          <w:trHeight w:hRule="exact" w:val="492"/>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4745A6" w:rsidRDefault="008C1EF5" w:rsidP="009D5101">
            <w:pPr>
              <w:autoSpaceDE w:val="0"/>
              <w:autoSpaceDN w:val="0"/>
              <w:spacing w:before="98" w:after="0" w:line="230" w:lineRule="auto"/>
              <w:ind w:left="72"/>
              <w:rPr>
                <w:rFonts w:ascii="Times New Roman" w:hAnsi="Times New Roman" w:cs="Times New Roman"/>
                <w:sz w:val="24"/>
                <w:szCs w:val="24"/>
                <w:lang w:val="ru-RU"/>
              </w:rPr>
            </w:pPr>
            <w:r w:rsidRPr="004745A6">
              <w:rPr>
                <w:rFonts w:ascii="Times New Roman" w:eastAsia="Times New Roman" w:hAnsi="Times New Roman" w:cs="Times New Roman"/>
                <w:color w:val="000000"/>
                <w:sz w:val="24"/>
                <w:szCs w:val="24"/>
                <w:lang w:val="ru-RU"/>
              </w:rPr>
              <w:t>9.</w:t>
            </w:r>
          </w:p>
        </w:tc>
        <w:tc>
          <w:tcPr>
            <w:tcW w:w="410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4745A6" w:rsidRDefault="008C1EF5" w:rsidP="009D5101">
            <w:pPr>
              <w:autoSpaceDE w:val="0"/>
              <w:autoSpaceDN w:val="0"/>
              <w:spacing w:before="98" w:after="0" w:line="230" w:lineRule="auto"/>
              <w:ind w:left="72"/>
              <w:rPr>
                <w:rFonts w:ascii="Times New Roman" w:hAnsi="Times New Roman" w:cs="Times New Roman"/>
                <w:sz w:val="24"/>
                <w:szCs w:val="24"/>
                <w:lang w:val="ru-RU"/>
              </w:rPr>
            </w:pPr>
            <w:r w:rsidRPr="004745A6">
              <w:rPr>
                <w:rFonts w:ascii="Times New Roman" w:eastAsia="Times New Roman" w:hAnsi="Times New Roman" w:cs="Times New Roman"/>
                <w:color w:val="000000"/>
                <w:sz w:val="24"/>
                <w:szCs w:val="24"/>
                <w:lang w:val="ru-RU"/>
              </w:rPr>
              <w:t>Стилистическая окраска слова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C1EF5" w:rsidRPr="004745A6" w:rsidRDefault="004745A6" w:rsidP="00986F26">
            <w:pPr>
              <w:autoSpaceDE w:val="0"/>
              <w:autoSpaceDN w:val="0"/>
              <w:spacing w:before="78" w:after="0" w:line="230" w:lineRule="auto"/>
              <w:ind w:left="72"/>
              <w:rPr>
                <w:rFonts w:ascii="Times New Roman" w:eastAsia="Times New Roman" w:hAnsi="Times New Roman" w:cs="Times New Roman"/>
                <w:color w:val="000000"/>
                <w:w w:val="97"/>
                <w:sz w:val="24"/>
                <w:szCs w:val="24"/>
                <w:lang w:val="ru-RU"/>
              </w:rPr>
            </w:pPr>
            <w:r>
              <w:rPr>
                <w:rFonts w:ascii="Times New Roman" w:eastAsia="Times New Roman" w:hAnsi="Times New Roman" w:cs="Times New Roman"/>
                <w:color w:val="000000"/>
                <w:w w:val="97"/>
                <w:sz w:val="24"/>
                <w:szCs w:val="24"/>
                <w:lang w:val="ru-RU"/>
              </w:rPr>
              <w:t>27.10.23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4745A6" w:rsidRDefault="008C1EF5" w:rsidP="00986F26">
            <w:pPr>
              <w:autoSpaceDE w:val="0"/>
              <w:autoSpaceDN w:val="0"/>
              <w:spacing w:before="78" w:after="0" w:line="230" w:lineRule="auto"/>
              <w:ind w:left="72"/>
              <w:rPr>
                <w:rFonts w:ascii="Times New Roman" w:hAnsi="Times New Roman" w:cs="Times New Roman"/>
                <w:sz w:val="24"/>
                <w:szCs w:val="24"/>
                <w:lang w:val="ru-RU"/>
              </w:rPr>
            </w:pPr>
            <w:proofErr w:type="spellStart"/>
            <w:r w:rsidRPr="008C1EF5">
              <w:rPr>
                <w:rFonts w:ascii="Times New Roman" w:eastAsia="Times New Roman" w:hAnsi="Times New Roman" w:cs="Times New Roman"/>
                <w:color w:val="000000"/>
                <w:w w:val="97"/>
                <w:sz w:val="24"/>
                <w:szCs w:val="24"/>
              </w:rPr>
              <w:t>gramota</w:t>
            </w:r>
            <w:proofErr w:type="spellEnd"/>
            <w:r w:rsidRPr="004745A6">
              <w:rPr>
                <w:rFonts w:ascii="Times New Roman" w:eastAsia="Times New Roman" w:hAnsi="Times New Roman" w:cs="Times New Roman"/>
                <w:color w:val="000000"/>
                <w:w w:val="97"/>
                <w:sz w:val="24"/>
                <w:szCs w:val="24"/>
                <w:lang w:val="ru-RU"/>
              </w:rPr>
              <w:t>.</w:t>
            </w:r>
            <w:proofErr w:type="spellStart"/>
            <w:r w:rsidRPr="008C1EF5">
              <w:rPr>
                <w:rFonts w:ascii="Times New Roman" w:eastAsia="Times New Roman" w:hAnsi="Times New Roman" w:cs="Times New Roman"/>
                <w:color w:val="000000"/>
                <w:w w:val="97"/>
                <w:sz w:val="24"/>
                <w:szCs w:val="24"/>
              </w:rPr>
              <w:t>ru</w:t>
            </w:r>
            <w:proofErr w:type="spellEnd"/>
          </w:p>
        </w:tc>
      </w:tr>
      <w:tr w:rsidR="008C1EF5" w:rsidRPr="004745A6" w:rsidTr="008C1EF5">
        <w:trPr>
          <w:trHeight w:hRule="exact" w:val="1166"/>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4745A6" w:rsidRDefault="008C1EF5" w:rsidP="009D5101">
            <w:pPr>
              <w:autoSpaceDE w:val="0"/>
              <w:autoSpaceDN w:val="0"/>
              <w:spacing w:before="100" w:after="0" w:line="230" w:lineRule="auto"/>
              <w:jc w:val="center"/>
              <w:rPr>
                <w:rFonts w:ascii="Times New Roman" w:hAnsi="Times New Roman" w:cs="Times New Roman"/>
                <w:sz w:val="24"/>
                <w:szCs w:val="24"/>
                <w:lang w:val="ru-RU"/>
              </w:rPr>
            </w:pPr>
            <w:r w:rsidRPr="004745A6">
              <w:rPr>
                <w:rFonts w:ascii="Times New Roman" w:eastAsia="Times New Roman" w:hAnsi="Times New Roman" w:cs="Times New Roman"/>
                <w:color w:val="000000"/>
                <w:sz w:val="24"/>
                <w:szCs w:val="24"/>
                <w:lang w:val="ru-RU"/>
              </w:rPr>
              <w:t>10.</w:t>
            </w:r>
          </w:p>
        </w:tc>
        <w:tc>
          <w:tcPr>
            <w:tcW w:w="410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100" w:after="0" w:line="271" w:lineRule="auto"/>
              <w:ind w:left="72" w:right="576"/>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 xml:space="preserve">Речь правильная. Основные </w:t>
            </w:r>
            <w:r w:rsidRPr="008C1EF5">
              <w:rPr>
                <w:rFonts w:ascii="Times New Roman" w:hAnsi="Times New Roman" w:cs="Times New Roman"/>
                <w:sz w:val="24"/>
                <w:szCs w:val="24"/>
                <w:lang w:val="ru-RU"/>
              </w:rPr>
              <w:br/>
            </w:r>
            <w:r w:rsidRPr="008C1EF5">
              <w:rPr>
                <w:rFonts w:ascii="Times New Roman" w:eastAsia="Times New Roman" w:hAnsi="Times New Roman" w:cs="Times New Roman"/>
                <w:color w:val="000000"/>
                <w:sz w:val="24"/>
                <w:szCs w:val="24"/>
                <w:lang w:val="ru-RU"/>
              </w:rPr>
              <w:t>грамматические нормы. Речевой этикет: нормы и традиции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4745A6" w:rsidRDefault="008C1EF5" w:rsidP="009D5101">
            <w:pPr>
              <w:autoSpaceDE w:val="0"/>
              <w:autoSpaceDN w:val="0"/>
              <w:spacing w:before="100" w:after="0" w:line="230" w:lineRule="auto"/>
              <w:ind w:left="72"/>
              <w:rPr>
                <w:rFonts w:ascii="Times New Roman" w:hAnsi="Times New Roman" w:cs="Times New Roman"/>
                <w:sz w:val="24"/>
                <w:szCs w:val="24"/>
                <w:lang w:val="ru-RU"/>
              </w:rPr>
            </w:pPr>
            <w:r w:rsidRPr="004745A6">
              <w:rPr>
                <w:rFonts w:ascii="Times New Roman" w:eastAsia="Times New Roman" w:hAnsi="Times New Roman" w:cs="Times New Roman"/>
                <w:color w:val="000000"/>
                <w:sz w:val="24"/>
                <w:szCs w:val="24"/>
                <w:lang w:val="ru-RU"/>
              </w:rPr>
              <w:t>1</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4745A6" w:rsidRDefault="008C1EF5" w:rsidP="009D5101">
            <w:pPr>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4745A6" w:rsidRDefault="008C1EF5" w:rsidP="009D5101">
            <w:pPr>
              <w:rPr>
                <w:rFonts w:ascii="Times New Roman" w:hAnsi="Times New Roman" w:cs="Times New Roman"/>
                <w:sz w:val="24"/>
                <w:szCs w:val="24"/>
                <w:lang w:val="ru-RU"/>
              </w:rPr>
            </w:pPr>
          </w:p>
        </w:tc>
        <w:tc>
          <w:tcPr>
            <w:tcW w:w="1276" w:type="dxa"/>
            <w:tcBorders>
              <w:top w:val="single" w:sz="4" w:space="0" w:color="000000"/>
              <w:left w:val="single" w:sz="4" w:space="0" w:color="000000"/>
              <w:bottom w:val="single" w:sz="4" w:space="0" w:color="000000"/>
              <w:right w:val="single" w:sz="4" w:space="0" w:color="000000"/>
            </w:tcBorders>
          </w:tcPr>
          <w:p w:rsidR="008C1EF5" w:rsidRPr="004745A6" w:rsidRDefault="004745A6" w:rsidP="00986F26">
            <w:pPr>
              <w:autoSpaceDE w:val="0"/>
              <w:autoSpaceDN w:val="0"/>
              <w:spacing w:before="78" w:after="0" w:line="230" w:lineRule="auto"/>
              <w:ind w:left="72"/>
              <w:rPr>
                <w:rFonts w:ascii="Times New Roman" w:eastAsia="Times New Roman" w:hAnsi="Times New Roman" w:cs="Times New Roman"/>
                <w:color w:val="000000"/>
                <w:w w:val="97"/>
                <w:sz w:val="24"/>
                <w:szCs w:val="24"/>
                <w:lang w:val="ru-RU"/>
              </w:rPr>
            </w:pPr>
            <w:r>
              <w:rPr>
                <w:rFonts w:ascii="Times New Roman" w:eastAsia="Times New Roman" w:hAnsi="Times New Roman" w:cs="Times New Roman"/>
                <w:color w:val="000000"/>
                <w:w w:val="97"/>
                <w:sz w:val="24"/>
                <w:szCs w:val="24"/>
                <w:lang w:val="ru-RU"/>
              </w:rPr>
              <w:t>10.11.23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4745A6" w:rsidRDefault="008C1EF5" w:rsidP="00986F26">
            <w:pPr>
              <w:autoSpaceDE w:val="0"/>
              <w:autoSpaceDN w:val="0"/>
              <w:spacing w:before="78" w:after="0" w:line="230" w:lineRule="auto"/>
              <w:ind w:left="72"/>
              <w:rPr>
                <w:rFonts w:ascii="Times New Roman" w:hAnsi="Times New Roman" w:cs="Times New Roman"/>
                <w:sz w:val="24"/>
                <w:szCs w:val="24"/>
                <w:lang w:val="ru-RU"/>
              </w:rPr>
            </w:pPr>
            <w:proofErr w:type="spellStart"/>
            <w:r w:rsidRPr="008C1EF5">
              <w:rPr>
                <w:rFonts w:ascii="Times New Roman" w:eastAsia="Times New Roman" w:hAnsi="Times New Roman" w:cs="Times New Roman"/>
                <w:color w:val="000000"/>
                <w:w w:val="97"/>
                <w:sz w:val="24"/>
                <w:szCs w:val="24"/>
              </w:rPr>
              <w:t>gramota</w:t>
            </w:r>
            <w:proofErr w:type="spellEnd"/>
            <w:r w:rsidRPr="004745A6">
              <w:rPr>
                <w:rFonts w:ascii="Times New Roman" w:eastAsia="Times New Roman" w:hAnsi="Times New Roman" w:cs="Times New Roman"/>
                <w:color w:val="000000"/>
                <w:w w:val="97"/>
                <w:sz w:val="24"/>
                <w:szCs w:val="24"/>
                <w:lang w:val="ru-RU"/>
              </w:rPr>
              <w:t>.</w:t>
            </w:r>
            <w:proofErr w:type="spellStart"/>
            <w:r w:rsidRPr="008C1EF5">
              <w:rPr>
                <w:rFonts w:ascii="Times New Roman" w:eastAsia="Times New Roman" w:hAnsi="Times New Roman" w:cs="Times New Roman"/>
                <w:color w:val="000000"/>
                <w:w w:val="97"/>
                <w:sz w:val="24"/>
                <w:szCs w:val="24"/>
              </w:rPr>
              <w:t>ru</w:t>
            </w:r>
            <w:proofErr w:type="spellEnd"/>
          </w:p>
        </w:tc>
      </w:tr>
      <w:tr w:rsidR="008C1EF5" w:rsidRPr="008C1EF5" w:rsidTr="008C1EF5">
        <w:trPr>
          <w:trHeight w:hRule="exact" w:val="828"/>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4745A6" w:rsidRDefault="008C1EF5" w:rsidP="009D5101">
            <w:pPr>
              <w:autoSpaceDE w:val="0"/>
              <w:autoSpaceDN w:val="0"/>
              <w:spacing w:before="98" w:after="0" w:line="230" w:lineRule="auto"/>
              <w:jc w:val="center"/>
              <w:rPr>
                <w:rFonts w:ascii="Times New Roman" w:hAnsi="Times New Roman" w:cs="Times New Roman"/>
                <w:sz w:val="24"/>
                <w:szCs w:val="24"/>
                <w:lang w:val="ru-RU"/>
              </w:rPr>
            </w:pPr>
            <w:r w:rsidRPr="004745A6">
              <w:rPr>
                <w:rFonts w:ascii="Times New Roman" w:eastAsia="Times New Roman" w:hAnsi="Times New Roman" w:cs="Times New Roman"/>
                <w:color w:val="000000"/>
                <w:sz w:val="24"/>
                <w:szCs w:val="24"/>
                <w:lang w:val="ru-RU"/>
              </w:rPr>
              <w:t>11.</w:t>
            </w:r>
          </w:p>
        </w:tc>
        <w:tc>
          <w:tcPr>
            <w:tcW w:w="410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62" w:lineRule="auto"/>
              <w:ind w:left="72" w:right="864"/>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 xml:space="preserve">Язык и речь. Средства </w:t>
            </w:r>
            <w:r w:rsidRPr="008C1EF5">
              <w:rPr>
                <w:rFonts w:ascii="Times New Roman" w:hAnsi="Times New Roman" w:cs="Times New Roman"/>
                <w:sz w:val="24"/>
                <w:szCs w:val="24"/>
                <w:lang w:val="ru-RU"/>
              </w:rPr>
              <w:br/>
            </w:r>
            <w:r w:rsidRPr="008C1EF5">
              <w:rPr>
                <w:rFonts w:ascii="Times New Roman" w:eastAsia="Times New Roman" w:hAnsi="Times New Roman" w:cs="Times New Roman"/>
                <w:color w:val="000000"/>
                <w:sz w:val="24"/>
                <w:szCs w:val="24"/>
                <w:lang w:val="ru-RU"/>
              </w:rPr>
              <w:t>выразительности устной речи</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C1EF5" w:rsidRPr="004745A6" w:rsidRDefault="004745A6" w:rsidP="00986F26">
            <w:pPr>
              <w:autoSpaceDE w:val="0"/>
              <w:autoSpaceDN w:val="0"/>
              <w:spacing w:before="76" w:after="0" w:line="230" w:lineRule="auto"/>
              <w:ind w:left="72"/>
              <w:rPr>
                <w:rFonts w:ascii="Times New Roman" w:eastAsia="Times New Roman" w:hAnsi="Times New Roman" w:cs="Times New Roman"/>
                <w:color w:val="000000"/>
                <w:w w:val="97"/>
                <w:sz w:val="24"/>
                <w:szCs w:val="24"/>
                <w:lang w:val="ru-RU"/>
              </w:rPr>
            </w:pPr>
            <w:r>
              <w:rPr>
                <w:rFonts w:ascii="Times New Roman" w:eastAsia="Times New Roman" w:hAnsi="Times New Roman" w:cs="Times New Roman"/>
                <w:color w:val="000000"/>
                <w:w w:val="97"/>
                <w:sz w:val="24"/>
                <w:szCs w:val="24"/>
                <w:lang w:val="ru-RU"/>
              </w:rPr>
              <w:t>17.11.23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86F26">
            <w:pPr>
              <w:autoSpaceDE w:val="0"/>
              <w:autoSpaceDN w:val="0"/>
              <w:spacing w:before="76"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w w:val="97"/>
                <w:sz w:val="24"/>
                <w:szCs w:val="24"/>
              </w:rPr>
              <w:t>gramota.ru</w:t>
            </w:r>
          </w:p>
        </w:tc>
      </w:tr>
      <w:tr w:rsidR="008C1EF5" w:rsidRPr="008C1EF5" w:rsidTr="008C1EF5">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jc w:val="center"/>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12.</w:t>
            </w:r>
          </w:p>
        </w:tc>
        <w:tc>
          <w:tcPr>
            <w:tcW w:w="410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71" w:lineRule="auto"/>
              <w:ind w:left="72" w:right="144"/>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 xml:space="preserve">«Живой как жизнь». Норма и её </w:t>
            </w:r>
            <w:r w:rsidRPr="008C1EF5">
              <w:rPr>
                <w:rFonts w:ascii="Times New Roman" w:hAnsi="Times New Roman" w:cs="Times New Roman"/>
                <w:sz w:val="24"/>
                <w:szCs w:val="24"/>
                <w:lang w:val="ru-RU"/>
              </w:rPr>
              <w:br/>
            </w:r>
            <w:r w:rsidRPr="008C1EF5">
              <w:rPr>
                <w:rFonts w:ascii="Times New Roman" w:eastAsia="Times New Roman" w:hAnsi="Times New Roman" w:cs="Times New Roman"/>
                <w:color w:val="000000"/>
                <w:sz w:val="24"/>
                <w:szCs w:val="24"/>
                <w:lang w:val="ru-RU"/>
              </w:rPr>
              <w:t>варианты. Представление проектных, исследовательских работ.</w:t>
            </w:r>
          </w:p>
          <w:p w:rsidR="008C1EF5" w:rsidRPr="008C1EF5" w:rsidRDefault="008C1EF5" w:rsidP="008C1EF5">
            <w:pPr>
              <w:autoSpaceDE w:val="0"/>
              <w:autoSpaceDN w:val="0"/>
              <w:spacing w:before="70" w:after="0" w:line="230" w:lineRule="auto"/>
              <w:ind w:left="72"/>
              <w:rPr>
                <w:rFonts w:ascii="Times New Roman" w:hAnsi="Times New Roman" w:cs="Times New Roman"/>
                <w:sz w:val="24"/>
                <w:szCs w:val="24"/>
                <w:lang w:val="ru-RU"/>
              </w:rPr>
            </w:pP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lang w:val="ru-RU"/>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C1EF5" w:rsidRPr="004745A6" w:rsidRDefault="004745A6">
            <w:pPr>
              <w:rPr>
                <w:rFonts w:ascii="Times New Roman" w:hAnsi="Times New Roman" w:cs="Times New Roman"/>
                <w:sz w:val="24"/>
                <w:szCs w:val="24"/>
                <w:lang w:val="ru-RU"/>
              </w:rPr>
            </w:pPr>
            <w:r>
              <w:rPr>
                <w:rFonts w:ascii="Times New Roman" w:hAnsi="Times New Roman" w:cs="Times New Roman"/>
                <w:sz w:val="24"/>
                <w:szCs w:val="24"/>
                <w:lang w:val="ru-RU"/>
              </w:rPr>
              <w:t>24.11.23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pPr>
              <w:rPr>
                <w:rFonts w:ascii="Times New Roman" w:hAnsi="Times New Roman" w:cs="Times New Roman"/>
                <w:sz w:val="24"/>
                <w:szCs w:val="24"/>
              </w:rPr>
            </w:pPr>
            <w:proofErr w:type="spellStart"/>
            <w:r w:rsidRPr="008C1EF5">
              <w:rPr>
                <w:rFonts w:ascii="Times New Roman" w:hAnsi="Times New Roman" w:cs="Times New Roman"/>
                <w:sz w:val="24"/>
                <w:szCs w:val="24"/>
              </w:rPr>
              <w:t>русское-слово.рф</w:t>
            </w:r>
            <w:proofErr w:type="spellEnd"/>
          </w:p>
        </w:tc>
      </w:tr>
      <w:tr w:rsidR="008C1EF5" w:rsidRPr="008C1EF5" w:rsidTr="008C1EF5">
        <w:trPr>
          <w:trHeight w:hRule="exact" w:val="148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jc w:val="center"/>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13.</w:t>
            </w:r>
          </w:p>
        </w:tc>
        <w:tc>
          <w:tcPr>
            <w:tcW w:w="410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ind w:left="72" w:right="864"/>
              <w:rPr>
                <w:rFonts w:ascii="Times New Roman" w:hAnsi="Times New Roman" w:cs="Times New Roman"/>
                <w:sz w:val="24"/>
                <w:szCs w:val="24"/>
              </w:rPr>
            </w:pPr>
            <w:r w:rsidRPr="008C1EF5">
              <w:rPr>
                <w:rFonts w:ascii="Times New Roman" w:eastAsia="Times New Roman" w:hAnsi="Times New Roman" w:cs="Times New Roman"/>
                <w:color w:val="000000"/>
                <w:sz w:val="24"/>
                <w:szCs w:val="24"/>
                <w:lang w:val="ru-RU"/>
              </w:rPr>
              <w:t xml:space="preserve">Композиционные особенности описания, повествования, </w:t>
            </w:r>
            <w:r w:rsidRPr="008C1EF5">
              <w:rPr>
                <w:rFonts w:ascii="Times New Roman" w:hAnsi="Times New Roman" w:cs="Times New Roman"/>
                <w:sz w:val="24"/>
                <w:szCs w:val="24"/>
                <w:lang w:val="ru-RU"/>
              </w:rPr>
              <w:br/>
            </w:r>
            <w:r w:rsidRPr="008C1EF5">
              <w:rPr>
                <w:rFonts w:ascii="Times New Roman" w:eastAsia="Times New Roman" w:hAnsi="Times New Roman" w:cs="Times New Roman"/>
                <w:color w:val="000000"/>
                <w:sz w:val="24"/>
                <w:szCs w:val="24"/>
                <w:lang w:val="ru-RU"/>
              </w:rPr>
              <w:t xml:space="preserve">рассуждения. </w:t>
            </w:r>
            <w:proofErr w:type="spellStart"/>
            <w:r w:rsidRPr="008C1EF5">
              <w:rPr>
                <w:rFonts w:ascii="Times New Roman" w:eastAsia="Times New Roman" w:hAnsi="Times New Roman" w:cs="Times New Roman"/>
                <w:color w:val="000000"/>
                <w:sz w:val="24"/>
                <w:szCs w:val="24"/>
              </w:rPr>
              <w:t>Средства</w:t>
            </w:r>
            <w:proofErr w:type="spellEnd"/>
            <w:r w:rsidRPr="008C1EF5">
              <w:rPr>
                <w:rFonts w:ascii="Times New Roman" w:eastAsia="Times New Roman" w:hAnsi="Times New Roman" w:cs="Times New Roman"/>
                <w:color w:val="000000"/>
                <w:sz w:val="24"/>
                <w:szCs w:val="24"/>
              </w:rPr>
              <w:t xml:space="preserve"> </w:t>
            </w:r>
            <w:proofErr w:type="spellStart"/>
            <w:r w:rsidRPr="008C1EF5">
              <w:rPr>
                <w:rFonts w:ascii="Times New Roman" w:eastAsia="Times New Roman" w:hAnsi="Times New Roman" w:cs="Times New Roman"/>
                <w:color w:val="000000"/>
                <w:sz w:val="24"/>
                <w:szCs w:val="24"/>
              </w:rPr>
              <w:t>связи</w:t>
            </w:r>
            <w:proofErr w:type="spellEnd"/>
            <w:r w:rsidRPr="008C1EF5">
              <w:rPr>
                <w:rFonts w:ascii="Times New Roman" w:eastAsia="Times New Roman" w:hAnsi="Times New Roman" w:cs="Times New Roman"/>
                <w:color w:val="000000"/>
                <w:sz w:val="24"/>
                <w:szCs w:val="24"/>
              </w:rPr>
              <w:t xml:space="preserve"> </w:t>
            </w:r>
            <w:proofErr w:type="spellStart"/>
            <w:r w:rsidRPr="008C1EF5">
              <w:rPr>
                <w:rFonts w:ascii="Times New Roman" w:eastAsia="Times New Roman" w:hAnsi="Times New Roman" w:cs="Times New Roman"/>
                <w:color w:val="000000"/>
                <w:sz w:val="24"/>
                <w:szCs w:val="24"/>
              </w:rPr>
              <w:t>предложений</w:t>
            </w:r>
            <w:proofErr w:type="spellEnd"/>
            <w:r w:rsidRPr="008C1EF5">
              <w:rPr>
                <w:rFonts w:ascii="Times New Roman" w:eastAsia="Times New Roman" w:hAnsi="Times New Roman" w:cs="Times New Roman"/>
                <w:color w:val="000000"/>
                <w:sz w:val="24"/>
                <w:szCs w:val="24"/>
              </w:rPr>
              <w:t xml:space="preserve"> и </w:t>
            </w:r>
            <w:proofErr w:type="spellStart"/>
            <w:r w:rsidRPr="008C1EF5">
              <w:rPr>
                <w:rFonts w:ascii="Times New Roman" w:eastAsia="Times New Roman" w:hAnsi="Times New Roman" w:cs="Times New Roman"/>
                <w:color w:val="000000"/>
                <w:sz w:val="24"/>
                <w:szCs w:val="24"/>
              </w:rPr>
              <w:t>частей</w:t>
            </w:r>
            <w:proofErr w:type="spellEnd"/>
            <w:r w:rsidRPr="008C1EF5">
              <w:rPr>
                <w:rFonts w:ascii="Times New Roman" w:eastAsia="Times New Roman" w:hAnsi="Times New Roman" w:cs="Times New Roman"/>
                <w:color w:val="000000"/>
                <w:sz w:val="24"/>
                <w:szCs w:val="24"/>
              </w:rPr>
              <w:t xml:space="preserve"> </w:t>
            </w:r>
            <w:proofErr w:type="spellStart"/>
            <w:r w:rsidRPr="008C1EF5">
              <w:rPr>
                <w:rFonts w:ascii="Times New Roman" w:eastAsia="Times New Roman" w:hAnsi="Times New Roman" w:cs="Times New Roman"/>
                <w:color w:val="000000"/>
                <w:sz w:val="24"/>
                <w:szCs w:val="24"/>
              </w:rPr>
              <w:t>текста</w:t>
            </w:r>
            <w:proofErr w:type="spellEnd"/>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C1EF5" w:rsidRPr="004745A6" w:rsidRDefault="004745A6">
            <w:pPr>
              <w:rPr>
                <w:rFonts w:ascii="Times New Roman" w:hAnsi="Times New Roman" w:cs="Times New Roman"/>
                <w:sz w:val="24"/>
                <w:szCs w:val="24"/>
                <w:lang w:val="ru-RU"/>
              </w:rPr>
            </w:pPr>
            <w:r>
              <w:rPr>
                <w:rFonts w:ascii="Times New Roman" w:hAnsi="Times New Roman" w:cs="Times New Roman"/>
                <w:sz w:val="24"/>
                <w:szCs w:val="24"/>
                <w:lang w:val="ru-RU"/>
              </w:rPr>
              <w:t>01.12.23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pPr>
              <w:rPr>
                <w:rFonts w:ascii="Times New Roman" w:hAnsi="Times New Roman" w:cs="Times New Roman"/>
                <w:sz w:val="24"/>
                <w:szCs w:val="24"/>
              </w:rPr>
            </w:pPr>
            <w:proofErr w:type="spellStart"/>
            <w:r w:rsidRPr="008C1EF5">
              <w:rPr>
                <w:rFonts w:ascii="Times New Roman" w:hAnsi="Times New Roman" w:cs="Times New Roman"/>
                <w:sz w:val="24"/>
                <w:szCs w:val="24"/>
              </w:rPr>
              <w:t>русское-слово.рф</w:t>
            </w:r>
            <w:proofErr w:type="spellEnd"/>
          </w:p>
        </w:tc>
      </w:tr>
    </w:tbl>
    <w:p w:rsidR="009D5101" w:rsidRPr="008C1EF5" w:rsidRDefault="009D5101" w:rsidP="009D5101">
      <w:pPr>
        <w:autoSpaceDE w:val="0"/>
        <w:autoSpaceDN w:val="0"/>
        <w:spacing w:after="0" w:line="14" w:lineRule="exact"/>
        <w:rPr>
          <w:rFonts w:ascii="Times New Roman" w:hAnsi="Times New Roman" w:cs="Times New Roman"/>
          <w:sz w:val="24"/>
          <w:szCs w:val="24"/>
        </w:rPr>
      </w:pPr>
    </w:p>
    <w:p w:rsidR="009D5101" w:rsidRPr="008C1EF5" w:rsidRDefault="009D5101" w:rsidP="009D5101">
      <w:pPr>
        <w:rPr>
          <w:rFonts w:ascii="Times New Roman" w:hAnsi="Times New Roman" w:cs="Times New Roman"/>
          <w:sz w:val="24"/>
          <w:szCs w:val="24"/>
        </w:rPr>
        <w:sectPr w:rsidR="009D5101" w:rsidRPr="008C1EF5" w:rsidSect="00C26269">
          <w:pgSz w:w="11900" w:h="16840"/>
          <w:pgMar w:top="298" w:right="650" w:bottom="388" w:left="666" w:header="720" w:footer="720" w:gutter="0"/>
          <w:cols w:space="720" w:equalWidth="0">
            <w:col w:w="10584" w:space="0"/>
          </w:cols>
          <w:docGrid w:linePitch="360"/>
        </w:sectPr>
      </w:pPr>
    </w:p>
    <w:p w:rsidR="009D5101" w:rsidRPr="008C1EF5" w:rsidRDefault="009D5101" w:rsidP="009D5101">
      <w:pPr>
        <w:autoSpaceDE w:val="0"/>
        <w:autoSpaceDN w:val="0"/>
        <w:spacing w:after="66" w:line="220" w:lineRule="exact"/>
        <w:rPr>
          <w:rFonts w:ascii="Times New Roman" w:hAnsi="Times New Roman" w:cs="Times New Roman"/>
          <w:sz w:val="24"/>
          <w:szCs w:val="24"/>
        </w:rPr>
      </w:pPr>
    </w:p>
    <w:tbl>
      <w:tblPr>
        <w:tblW w:w="11056" w:type="dxa"/>
        <w:tblInd w:w="6" w:type="dxa"/>
        <w:tblLayout w:type="fixed"/>
        <w:tblLook w:val="04A0" w:firstRow="1" w:lastRow="0" w:firstColumn="1" w:lastColumn="0" w:noHBand="0" w:noVBand="1"/>
      </w:tblPr>
      <w:tblGrid>
        <w:gridCol w:w="504"/>
        <w:gridCol w:w="4106"/>
        <w:gridCol w:w="732"/>
        <w:gridCol w:w="1178"/>
        <w:gridCol w:w="1134"/>
        <w:gridCol w:w="1276"/>
        <w:gridCol w:w="2126"/>
      </w:tblGrid>
      <w:tr w:rsidR="008C1EF5" w:rsidRPr="008C1EF5" w:rsidTr="008C1EF5">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jc w:val="center"/>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14.</w:t>
            </w:r>
          </w:p>
        </w:tc>
        <w:tc>
          <w:tcPr>
            <w:tcW w:w="410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71" w:lineRule="auto"/>
              <w:ind w:left="72" w:right="432"/>
              <w:rPr>
                <w:rFonts w:ascii="Times New Roman" w:hAnsi="Times New Roman" w:cs="Times New Roman"/>
                <w:sz w:val="24"/>
                <w:szCs w:val="24"/>
              </w:rPr>
            </w:pPr>
            <w:r w:rsidRPr="008C1EF5">
              <w:rPr>
                <w:rFonts w:ascii="Times New Roman" w:eastAsia="Times New Roman" w:hAnsi="Times New Roman" w:cs="Times New Roman"/>
                <w:color w:val="000000"/>
                <w:sz w:val="24"/>
                <w:szCs w:val="24"/>
                <w:lang w:val="ru-RU"/>
              </w:rPr>
              <w:t xml:space="preserve">Функциональные разновидности языка. Разговорная речь. </w:t>
            </w:r>
            <w:proofErr w:type="spellStart"/>
            <w:r w:rsidRPr="008C1EF5">
              <w:rPr>
                <w:rFonts w:ascii="Times New Roman" w:eastAsia="Times New Roman" w:hAnsi="Times New Roman" w:cs="Times New Roman"/>
                <w:color w:val="000000"/>
                <w:sz w:val="24"/>
                <w:szCs w:val="24"/>
              </w:rPr>
              <w:t>Просьба</w:t>
            </w:r>
            <w:proofErr w:type="spellEnd"/>
            <w:r w:rsidRPr="008C1EF5">
              <w:rPr>
                <w:rFonts w:ascii="Times New Roman" w:eastAsia="Times New Roman" w:hAnsi="Times New Roman" w:cs="Times New Roman"/>
                <w:color w:val="000000"/>
                <w:sz w:val="24"/>
                <w:szCs w:val="24"/>
              </w:rPr>
              <w:t xml:space="preserve">, </w:t>
            </w:r>
            <w:proofErr w:type="spellStart"/>
            <w:r w:rsidRPr="008C1EF5">
              <w:rPr>
                <w:rFonts w:ascii="Times New Roman" w:eastAsia="Times New Roman" w:hAnsi="Times New Roman" w:cs="Times New Roman"/>
                <w:color w:val="000000"/>
                <w:sz w:val="24"/>
                <w:szCs w:val="24"/>
              </w:rPr>
              <w:t>извинение</w:t>
            </w:r>
            <w:proofErr w:type="spellEnd"/>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C1EF5" w:rsidRPr="004745A6" w:rsidRDefault="004745A6">
            <w:pPr>
              <w:rPr>
                <w:rFonts w:ascii="Times New Roman" w:hAnsi="Times New Roman" w:cs="Times New Roman"/>
                <w:sz w:val="24"/>
                <w:szCs w:val="24"/>
                <w:lang w:val="ru-RU"/>
              </w:rPr>
            </w:pPr>
            <w:r>
              <w:rPr>
                <w:rFonts w:ascii="Times New Roman" w:hAnsi="Times New Roman" w:cs="Times New Roman"/>
                <w:sz w:val="24"/>
                <w:szCs w:val="24"/>
                <w:lang w:val="ru-RU"/>
              </w:rPr>
              <w:t>08.12.23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pPr>
              <w:rPr>
                <w:rFonts w:ascii="Times New Roman" w:hAnsi="Times New Roman" w:cs="Times New Roman"/>
                <w:sz w:val="24"/>
                <w:szCs w:val="24"/>
              </w:rPr>
            </w:pPr>
            <w:proofErr w:type="spellStart"/>
            <w:r w:rsidRPr="008C1EF5">
              <w:rPr>
                <w:rFonts w:ascii="Times New Roman" w:hAnsi="Times New Roman" w:cs="Times New Roman"/>
                <w:sz w:val="24"/>
                <w:szCs w:val="24"/>
              </w:rPr>
              <w:t>русское-слово.рф</w:t>
            </w:r>
            <w:proofErr w:type="spellEnd"/>
          </w:p>
        </w:tc>
      </w:tr>
      <w:tr w:rsidR="008C1EF5" w:rsidRPr="008C1EF5" w:rsidTr="008C1EF5">
        <w:trPr>
          <w:trHeight w:hRule="exact" w:val="150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jc w:val="center"/>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15.</w:t>
            </w:r>
          </w:p>
        </w:tc>
        <w:tc>
          <w:tcPr>
            <w:tcW w:w="410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Официально-деловой стиль.</w:t>
            </w:r>
          </w:p>
          <w:p w:rsidR="008C1EF5" w:rsidRPr="008C1EF5" w:rsidRDefault="008C1EF5" w:rsidP="009D5101">
            <w:pPr>
              <w:autoSpaceDE w:val="0"/>
              <w:autoSpaceDN w:val="0"/>
              <w:spacing w:before="70" w:after="0" w:line="271" w:lineRule="auto"/>
              <w:ind w:left="72" w:right="144"/>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 xml:space="preserve">Объявление. Научно-учебный </w:t>
            </w:r>
            <w:r w:rsidRPr="008C1EF5">
              <w:rPr>
                <w:rFonts w:ascii="Times New Roman" w:hAnsi="Times New Roman" w:cs="Times New Roman"/>
                <w:sz w:val="24"/>
                <w:szCs w:val="24"/>
                <w:lang w:val="ru-RU"/>
              </w:rPr>
              <w:br/>
            </w:r>
            <w:proofErr w:type="spellStart"/>
            <w:r w:rsidRPr="008C1EF5">
              <w:rPr>
                <w:rFonts w:ascii="Times New Roman" w:eastAsia="Times New Roman" w:hAnsi="Times New Roman" w:cs="Times New Roman"/>
                <w:color w:val="000000"/>
                <w:sz w:val="24"/>
                <w:szCs w:val="24"/>
                <w:lang w:val="ru-RU"/>
              </w:rPr>
              <w:t>подстиль</w:t>
            </w:r>
            <w:proofErr w:type="spellEnd"/>
            <w:r w:rsidRPr="008C1EF5">
              <w:rPr>
                <w:rFonts w:ascii="Times New Roman" w:eastAsia="Times New Roman" w:hAnsi="Times New Roman" w:cs="Times New Roman"/>
                <w:color w:val="000000"/>
                <w:sz w:val="24"/>
                <w:szCs w:val="24"/>
                <w:lang w:val="ru-RU"/>
              </w:rPr>
              <w:t>. План ответа на уроке, план текста</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C1EF5" w:rsidRPr="004745A6" w:rsidRDefault="004745A6">
            <w:pPr>
              <w:rPr>
                <w:rFonts w:ascii="Times New Roman" w:hAnsi="Times New Roman" w:cs="Times New Roman"/>
                <w:sz w:val="24"/>
                <w:szCs w:val="24"/>
                <w:lang w:val="ru-RU"/>
              </w:rPr>
            </w:pPr>
            <w:r>
              <w:rPr>
                <w:rFonts w:ascii="Times New Roman" w:hAnsi="Times New Roman" w:cs="Times New Roman"/>
                <w:sz w:val="24"/>
                <w:szCs w:val="24"/>
                <w:lang w:val="ru-RU"/>
              </w:rPr>
              <w:t>15.12.23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pPr>
              <w:rPr>
                <w:rFonts w:ascii="Times New Roman" w:hAnsi="Times New Roman" w:cs="Times New Roman"/>
                <w:sz w:val="24"/>
                <w:szCs w:val="24"/>
              </w:rPr>
            </w:pPr>
            <w:proofErr w:type="spellStart"/>
            <w:r w:rsidRPr="008C1EF5">
              <w:rPr>
                <w:rFonts w:ascii="Times New Roman" w:hAnsi="Times New Roman" w:cs="Times New Roman"/>
                <w:sz w:val="24"/>
                <w:szCs w:val="24"/>
              </w:rPr>
              <w:t>русское-слово.рф</w:t>
            </w:r>
            <w:proofErr w:type="spellEnd"/>
          </w:p>
        </w:tc>
      </w:tr>
    </w:tbl>
    <w:p w:rsidR="00127E9B" w:rsidRDefault="00127E9B" w:rsidP="009D5101">
      <w:pPr>
        <w:autoSpaceDE w:val="0"/>
        <w:autoSpaceDN w:val="0"/>
        <w:spacing w:before="98" w:after="0" w:line="230" w:lineRule="auto"/>
        <w:jc w:val="center"/>
        <w:rPr>
          <w:rFonts w:ascii="Times New Roman" w:eastAsia="Times New Roman" w:hAnsi="Times New Roman" w:cs="Times New Roman"/>
          <w:color w:val="000000"/>
          <w:sz w:val="24"/>
          <w:szCs w:val="24"/>
        </w:rPr>
        <w:sectPr w:rsidR="00127E9B" w:rsidSect="00E4027A">
          <w:pgSz w:w="11900" w:h="16840"/>
          <w:pgMar w:top="284" w:right="650" w:bottom="1440" w:left="666" w:header="720" w:footer="720" w:gutter="0"/>
          <w:cols w:space="720" w:equalWidth="0">
            <w:col w:w="10584" w:space="0"/>
          </w:cols>
          <w:docGrid w:linePitch="360"/>
        </w:sectPr>
      </w:pPr>
    </w:p>
    <w:tbl>
      <w:tblPr>
        <w:tblW w:w="11056" w:type="dxa"/>
        <w:tblInd w:w="6" w:type="dxa"/>
        <w:tblLayout w:type="fixed"/>
        <w:tblLook w:val="04A0" w:firstRow="1" w:lastRow="0" w:firstColumn="1" w:lastColumn="0" w:noHBand="0" w:noVBand="1"/>
      </w:tblPr>
      <w:tblGrid>
        <w:gridCol w:w="504"/>
        <w:gridCol w:w="4106"/>
        <w:gridCol w:w="732"/>
        <w:gridCol w:w="1178"/>
        <w:gridCol w:w="1134"/>
        <w:gridCol w:w="1276"/>
        <w:gridCol w:w="2126"/>
      </w:tblGrid>
      <w:tr w:rsidR="008C1EF5" w:rsidRPr="008C1EF5" w:rsidTr="008C1EF5">
        <w:trPr>
          <w:trHeight w:hRule="exact" w:val="830"/>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jc w:val="center"/>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lastRenderedPageBreak/>
              <w:t>16.</w:t>
            </w:r>
          </w:p>
        </w:tc>
        <w:tc>
          <w:tcPr>
            <w:tcW w:w="410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62" w:lineRule="auto"/>
              <w:ind w:left="72" w:right="432"/>
              <w:rPr>
                <w:rFonts w:ascii="Times New Roman" w:hAnsi="Times New Roman" w:cs="Times New Roman"/>
                <w:sz w:val="24"/>
                <w:szCs w:val="24"/>
              </w:rPr>
            </w:pPr>
            <w:proofErr w:type="spellStart"/>
            <w:r w:rsidRPr="008C1EF5">
              <w:rPr>
                <w:rFonts w:ascii="Times New Roman" w:eastAsia="Times New Roman" w:hAnsi="Times New Roman" w:cs="Times New Roman"/>
                <w:color w:val="000000"/>
                <w:sz w:val="24"/>
                <w:szCs w:val="24"/>
              </w:rPr>
              <w:t>Публицистический</w:t>
            </w:r>
            <w:proofErr w:type="spellEnd"/>
            <w:r w:rsidRPr="008C1EF5">
              <w:rPr>
                <w:rFonts w:ascii="Times New Roman" w:eastAsia="Times New Roman" w:hAnsi="Times New Roman" w:cs="Times New Roman"/>
                <w:color w:val="000000"/>
                <w:sz w:val="24"/>
                <w:szCs w:val="24"/>
              </w:rPr>
              <w:t xml:space="preserve"> </w:t>
            </w:r>
            <w:proofErr w:type="spellStart"/>
            <w:r w:rsidRPr="008C1EF5">
              <w:rPr>
                <w:rFonts w:ascii="Times New Roman" w:eastAsia="Times New Roman" w:hAnsi="Times New Roman" w:cs="Times New Roman"/>
                <w:color w:val="000000"/>
                <w:sz w:val="24"/>
                <w:szCs w:val="24"/>
              </w:rPr>
              <w:t>стиль</w:t>
            </w:r>
            <w:proofErr w:type="spellEnd"/>
            <w:r w:rsidRPr="008C1EF5">
              <w:rPr>
                <w:rFonts w:ascii="Times New Roman" w:eastAsia="Times New Roman" w:hAnsi="Times New Roman" w:cs="Times New Roman"/>
                <w:color w:val="000000"/>
                <w:sz w:val="24"/>
                <w:szCs w:val="24"/>
              </w:rPr>
              <w:t xml:space="preserve">. </w:t>
            </w:r>
            <w:proofErr w:type="spellStart"/>
            <w:r w:rsidRPr="008C1EF5">
              <w:rPr>
                <w:rFonts w:ascii="Times New Roman" w:eastAsia="Times New Roman" w:hAnsi="Times New Roman" w:cs="Times New Roman"/>
                <w:color w:val="000000"/>
                <w:sz w:val="24"/>
                <w:szCs w:val="24"/>
              </w:rPr>
              <w:t>Устное</w:t>
            </w:r>
            <w:proofErr w:type="spellEnd"/>
            <w:r w:rsidRPr="008C1EF5">
              <w:rPr>
                <w:rFonts w:ascii="Times New Roman" w:eastAsia="Times New Roman" w:hAnsi="Times New Roman" w:cs="Times New Roman"/>
                <w:color w:val="000000"/>
                <w:sz w:val="24"/>
                <w:szCs w:val="24"/>
              </w:rPr>
              <w:t xml:space="preserve"> </w:t>
            </w:r>
            <w:proofErr w:type="spellStart"/>
            <w:r w:rsidRPr="008C1EF5">
              <w:rPr>
                <w:rFonts w:ascii="Times New Roman" w:eastAsia="Times New Roman" w:hAnsi="Times New Roman" w:cs="Times New Roman"/>
                <w:color w:val="000000"/>
                <w:sz w:val="24"/>
                <w:szCs w:val="24"/>
              </w:rPr>
              <w:t>выступление</w:t>
            </w:r>
            <w:proofErr w:type="spellEnd"/>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C1EF5" w:rsidRPr="007958F6" w:rsidRDefault="00127E9B" w:rsidP="007958F6">
            <w:pPr>
              <w:pStyle w:val="a9"/>
              <w:rPr>
                <w:rFonts w:ascii="Times New Roman" w:hAnsi="Times New Roman" w:cs="Times New Roman"/>
                <w:lang w:val="ru-RU"/>
              </w:rPr>
            </w:pPr>
            <w:r w:rsidRPr="007958F6">
              <w:rPr>
                <w:rFonts w:ascii="Times New Roman" w:hAnsi="Times New Roman" w:cs="Times New Roman"/>
                <w:sz w:val="24"/>
                <w:lang w:val="ru-RU"/>
              </w:rPr>
              <w:t>22.1</w:t>
            </w:r>
            <w:r w:rsidR="004745A6" w:rsidRPr="007958F6">
              <w:rPr>
                <w:rFonts w:ascii="Times New Roman" w:hAnsi="Times New Roman" w:cs="Times New Roman"/>
                <w:sz w:val="24"/>
                <w:lang w:val="ru-RU"/>
              </w:rPr>
              <w:t>2</w:t>
            </w:r>
            <w:r w:rsidRPr="007958F6">
              <w:rPr>
                <w:rFonts w:ascii="Times New Roman" w:hAnsi="Times New Roman" w:cs="Times New Roman"/>
                <w:sz w:val="24"/>
                <w:lang w:val="ru-RU"/>
              </w:rPr>
              <w:t>.2</w:t>
            </w:r>
            <w:r w:rsidR="004745A6" w:rsidRPr="007958F6">
              <w:rPr>
                <w:rFonts w:ascii="Times New Roman" w:hAnsi="Times New Roman" w:cs="Times New Roman"/>
                <w:sz w:val="24"/>
                <w:lang w:val="ru-RU"/>
              </w:rPr>
              <w:t>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62" w:lineRule="auto"/>
              <w:ind w:left="72" w:right="432"/>
              <w:rPr>
                <w:rFonts w:ascii="Times New Roman" w:hAnsi="Times New Roman" w:cs="Times New Roman"/>
                <w:sz w:val="24"/>
                <w:szCs w:val="24"/>
              </w:rPr>
            </w:pPr>
          </w:p>
        </w:tc>
      </w:tr>
    </w:tbl>
    <w:p w:rsidR="00127E9B" w:rsidRDefault="00127E9B" w:rsidP="009D5101">
      <w:pPr>
        <w:autoSpaceDE w:val="0"/>
        <w:autoSpaceDN w:val="0"/>
        <w:spacing w:before="98" w:after="0" w:line="230" w:lineRule="auto"/>
        <w:jc w:val="center"/>
        <w:rPr>
          <w:rFonts w:ascii="Times New Roman" w:eastAsia="Times New Roman" w:hAnsi="Times New Roman" w:cs="Times New Roman"/>
          <w:color w:val="000000"/>
          <w:sz w:val="24"/>
          <w:szCs w:val="24"/>
        </w:rPr>
        <w:sectPr w:rsidR="00127E9B" w:rsidSect="00127E9B">
          <w:type w:val="continuous"/>
          <w:pgSz w:w="11900" w:h="16840"/>
          <w:pgMar w:top="284" w:right="650" w:bottom="1440" w:left="666" w:header="720" w:footer="720" w:gutter="0"/>
          <w:cols w:space="720"/>
          <w:docGrid w:linePitch="360"/>
        </w:sectPr>
      </w:pPr>
    </w:p>
    <w:tbl>
      <w:tblPr>
        <w:tblW w:w="11056" w:type="dxa"/>
        <w:tblInd w:w="6" w:type="dxa"/>
        <w:tblLayout w:type="fixed"/>
        <w:tblLook w:val="04A0" w:firstRow="1" w:lastRow="0" w:firstColumn="1" w:lastColumn="0" w:noHBand="0" w:noVBand="1"/>
      </w:tblPr>
      <w:tblGrid>
        <w:gridCol w:w="504"/>
        <w:gridCol w:w="4106"/>
        <w:gridCol w:w="732"/>
        <w:gridCol w:w="1178"/>
        <w:gridCol w:w="1134"/>
        <w:gridCol w:w="1276"/>
        <w:gridCol w:w="2126"/>
      </w:tblGrid>
      <w:tr w:rsidR="008C1EF5" w:rsidRPr="008C1EF5" w:rsidTr="008C1EF5">
        <w:trPr>
          <w:trHeight w:hRule="exact" w:val="1164"/>
        </w:trPr>
        <w:tc>
          <w:tcPr>
            <w:tcW w:w="50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jc w:val="center"/>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lastRenderedPageBreak/>
              <w:t>17.</w:t>
            </w:r>
          </w:p>
        </w:tc>
        <w:tc>
          <w:tcPr>
            <w:tcW w:w="410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62" w:lineRule="auto"/>
              <w:ind w:right="144"/>
              <w:jc w:val="center"/>
              <w:rPr>
                <w:rFonts w:ascii="Times New Roman" w:hAnsi="Times New Roman" w:cs="Times New Roman"/>
                <w:sz w:val="24"/>
                <w:szCs w:val="24"/>
                <w:lang w:val="ru-RU"/>
              </w:rPr>
            </w:pPr>
            <w:r w:rsidRPr="008C1EF5">
              <w:rPr>
                <w:rFonts w:ascii="Times New Roman" w:eastAsia="Times New Roman" w:hAnsi="Times New Roman" w:cs="Times New Roman"/>
                <w:color w:val="000000"/>
                <w:sz w:val="24"/>
                <w:szCs w:val="24"/>
                <w:lang w:val="ru-RU"/>
              </w:rPr>
              <w:t>Текст и его строение. Представление проектных, исследовательских работ.</w:t>
            </w:r>
          </w:p>
          <w:p w:rsidR="008C1EF5" w:rsidRPr="008C1EF5" w:rsidRDefault="008C1EF5" w:rsidP="008C1EF5">
            <w:pPr>
              <w:autoSpaceDE w:val="0"/>
              <w:autoSpaceDN w:val="0"/>
              <w:spacing w:before="70" w:after="0" w:line="230" w:lineRule="auto"/>
              <w:ind w:left="72"/>
              <w:rPr>
                <w:rFonts w:ascii="Times New Roman" w:hAnsi="Times New Roman" w:cs="Times New Roman"/>
                <w:sz w:val="24"/>
                <w:szCs w:val="24"/>
                <w:lang w:val="ru-RU"/>
              </w:rPr>
            </w:pPr>
            <w:proofErr w:type="spellStart"/>
            <w:r w:rsidRPr="008C1EF5">
              <w:rPr>
                <w:rFonts w:ascii="Times New Roman" w:eastAsia="Times New Roman" w:hAnsi="Times New Roman" w:cs="Times New Roman"/>
                <w:color w:val="000000"/>
                <w:sz w:val="24"/>
                <w:szCs w:val="24"/>
              </w:rPr>
              <w:t>Проверочная</w:t>
            </w:r>
            <w:proofErr w:type="spellEnd"/>
            <w:r w:rsidRPr="008C1EF5">
              <w:rPr>
                <w:rFonts w:ascii="Times New Roman" w:eastAsia="Times New Roman" w:hAnsi="Times New Roman" w:cs="Times New Roman"/>
                <w:color w:val="000000"/>
                <w:sz w:val="24"/>
                <w:szCs w:val="24"/>
                <w:lang w:val="ru-RU"/>
              </w:rPr>
              <w:t xml:space="preserve"> </w:t>
            </w:r>
            <w:proofErr w:type="spellStart"/>
            <w:r w:rsidRPr="008C1EF5">
              <w:rPr>
                <w:rFonts w:ascii="Times New Roman" w:eastAsia="Times New Roman" w:hAnsi="Times New Roman" w:cs="Times New Roman"/>
                <w:color w:val="000000"/>
                <w:sz w:val="24"/>
                <w:szCs w:val="24"/>
              </w:rPr>
              <w:t>работа</w:t>
            </w:r>
            <w:proofErr w:type="spellEnd"/>
            <w:r w:rsidRPr="008C1EF5">
              <w:rPr>
                <w:rFonts w:ascii="Times New Roman" w:eastAsia="Times New Roman" w:hAnsi="Times New Roman" w:cs="Times New Roman"/>
                <w:color w:val="000000"/>
                <w:sz w:val="24"/>
                <w:szCs w:val="24"/>
                <w:lang w:val="ru-RU"/>
              </w:rPr>
              <w:t>.</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rFonts w:ascii="Times New Roman" w:hAnsi="Times New Roman" w:cs="Times New Roman"/>
                <w:sz w:val="24"/>
                <w:szCs w:val="24"/>
              </w:rPr>
            </w:pPr>
            <w:r w:rsidRPr="008C1EF5">
              <w:rPr>
                <w:rFonts w:ascii="Times New Roman" w:eastAsia="Times New Roman" w:hAnsi="Times New Roman" w:cs="Times New Roman"/>
                <w:color w:val="000000"/>
                <w:sz w:val="24"/>
                <w:szCs w:val="24"/>
              </w:rPr>
              <w:t>1</w:t>
            </w:r>
          </w:p>
        </w:tc>
        <w:tc>
          <w:tcPr>
            <w:tcW w:w="1134"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rPr>
                <w:rFonts w:ascii="Times New Roman" w:hAnsi="Times New Roman" w:cs="Times New Roman"/>
                <w:sz w:val="24"/>
                <w:szCs w:val="24"/>
              </w:rPr>
            </w:pPr>
          </w:p>
        </w:tc>
        <w:tc>
          <w:tcPr>
            <w:tcW w:w="1276" w:type="dxa"/>
            <w:tcBorders>
              <w:top w:val="single" w:sz="4" w:space="0" w:color="000000"/>
              <w:left w:val="single" w:sz="4" w:space="0" w:color="000000"/>
              <w:bottom w:val="single" w:sz="4" w:space="0" w:color="000000"/>
              <w:right w:val="single" w:sz="4" w:space="0" w:color="000000"/>
            </w:tcBorders>
          </w:tcPr>
          <w:p w:rsidR="008C1EF5" w:rsidRPr="007958F6" w:rsidRDefault="004745A6" w:rsidP="007958F6">
            <w:pPr>
              <w:pStyle w:val="a9"/>
              <w:rPr>
                <w:rFonts w:ascii="Times New Roman" w:hAnsi="Times New Roman" w:cs="Times New Roman"/>
                <w:sz w:val="24"/>
                <w:lang w:val="ru-RU"/>
              </w:rPr>
            </w:pPr>
            <w:r w:rsidRPr="007958F6">
              <w:rPr>
                <w:rFonts w:ascii="Times New Roman" w:hAnsi="Times New Roman" w:cs="Times New Roman"/>
                <w:sz w:val="24"/>
                <w:lang w:val="ru-RU"/>
              </w:rPr>
              <w:t>29.12.23</w:t>
            </w: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62" w:lineRule="auto"/>
              <w:ind w:left="72" w:right="432"/>
              <w:rPr>
                <w:rFonts w:ascii="Times New Roman" w:hAnsi="Times New Roman" w:cs="Times New Roman"/>
                <w:sz w:val="24"/>
                <w:szCs w:val="24"/>
              </w:rPr>
            </w:pPr>
          </w:p>
        </w:tc>
      </w:tr>
      <w:tr w:rsidR="008C1EF5" w:rsidTr="008C1EF5">
        <w:trPr>
          <w:trHeight w:hRule="exact" w:val="828"/>
        </w:trPr>
        <w:tc>
          <w:tcPr>
            <w:tcW w:w="4610" w:type="dxa"/>
            <w:gridSpan w:val="2"/>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980D6C" w:rsidRDefault="008C1EF5" w:rsidP="009D5101">
            <w:pPr>
              <w:autoSpaceDE w:val="0"/>
              <w:autoSpaceDN w:val="0"/>
              <w:spacing w:before="98" w:after="0" w:line="262" w:lineRule="auto"/>
              <w:ind w:left="72" w:right="720"/>
              <w:rPr>
                <w:lang w:val="ru-RU"/>
              </w:rPr>
            </w:pPr>
            <w:r w:rsidRPr="00980D6C">
              <w:rPr>
                <w:rFonts w:ascii="Times New Roman" w:eastAsia="Times New Roman" w:hAnsi="Times New Roman"/>
                <w:color w:val="000000"/>
                <w:sz w:val="24"/>
                <w:lang w:val="ru-RU"/>
              </w:rPr>
              <w:t>ОБЩЕЕ КОЛИЧЕСТВО ЧАСОВ ПО ПРОГРАММЕ</w:t>
            </w:r>
          </w:p>
        </w:tc>
        <w:tc>
          <w:tcPr>
            <w:tcW w:w="732"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Default="008C1EF5" w:rsidP="009D5101">
            <w:pPr>
              <w:autoSpaceDE w:val="0"/>
              <w:autoSpaceDN w:val="0"/>
              <w:spacing w:before="98" w:after="0" w:line="230" w:lineRule="auto"/>
              <w:ind w:left="72"/>
            </w:pPr>
            <w:r>
              <w:rPr>
                <w:rFonts w:ascii="Times New Roman" w:eastAsia="Times New Roman" w:hAnsi="Times New Roman"/>
                <w:color w:val="000000"/>
                <w:sz w:val="24"/>
              </w:rPr>
              <w:t>17</w:t>
            </w:r>
          </w:p>
        </w:tc>
        <w:tc>
          <w:tcPr>
            <w:tcW w:w="1178"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353927" w:rsidRDefault="008C1EF5" w:rsidP="009D5101">
            <w:pPr>
              <w:autoSpaceDE w:val="0"/>
              <w:autoSpaceDN w:val="0"/>
              <w:spacing w:before="98" w:after="0" w:line="230" w:lineRule="auto"/>
              <w:ind w:left="72"/>
              <w:rPr>
                <w:lang w:val="ru-RU"/>
              </w:rPr>
            </w:pPr>
            <w:r>
              <w:rPr>
                <w:rFonts w:ascii="Times New Roman" w:eastAsia="Times New Roman" w:hAnsi="Times New Roman"/>
                <w:color w:val="000000"/>
                <w:sz w:val="24"/>
                <w:lang w:val="ru-RU"/>
              </w:rPr>
              <w:t>1</w:t>
            </w:r>
          </w:p>
        </w:tc>
        <w:tc>
          <w:tcPr>
            <w:tcW w:w="2410" w:type="dxa"/>
            <w:gridSpan w:val="2"/>
            <w:tcBorders>
              <w:top w:val="single" w:sz="4" w:space="0" w:color="000000"/>
              <w:left w:val="single" w:sz="4" w:space="0" w:color="000000"/>
              <w:bottom w:val="single" w:sz="4" w:space="0" w:color="000000"/>
              <w:right w:val="single" w:sz="4" w:space="0" w:color="000000"/>
            </w:tcBorders>
          </w:tcPr>
          <w:p w:rsidR="008C1EF5" w:rsidRDefault="008C1EF5" w:rsidP="009D5101">
            <w:pPr>
              <w:autoSpaceDE w:val="0"/>
              <w:autoSpaceDN w:val="0"/>
              <w:spacing w:before="98" w:after="0" w:line="230" w:lineRule="auto"/>
              <w:ind w:left="72"/>
              <w:rPr>
                <w:rFonts w:ascii="Times New Roman" w:eastAsia="Times New Roman" w:hAnsi="Times New Roman"/>
                <w:color w:val="000000"/>
                <w:sz w:val="24"/>
              </w:rPr>
            </w:pPr>
          </w:p>
        </w:tc>
        <w:tc>
          <w:tcPr>
            <w:tcW w:w="2126" w:type="dxa"/>
            <w:tcBorders>
              <w:top w:val="single" w:sz="4" w:space="0" w:color="000000"/>
              <w:left w:val="single" w:sz="4" w:space="0" w:color="000000"/>
              <w:bottom w:val="single" w:sz="4" w:space="0" w:color="000000"/>
              <w:right w:val="single" w:sz="4" w:space="0" w:color="000000"/>
            </w:tcBorders>
            <w:tcMar>
              <w:left w:w="0" w:type="dxa"/>
              <w:right w:w="0" w:type="dxa"/>
            </w:tcMar>
          </w:tcPr>
          <w:p w:rsidR="008C1EF5" w:rsidRPr="008C1EF5" w:rsidRDefault="008C1EF5" w:rsidP="009D5101">
            <w:pPr>
              <w:autoSpaceDE w:val="0"/>
              <w:autoSpaceDN w:val="0"/>
              <w:spacing w:before="98" w:after="0" w:line="230" w:lineRule="auto"/>
              <w:ind w:left="72"/>
              <w:rPr>
                <w:lang w:val="ru-RU"/>
              </w:rPr>
            </w:pPr>
          </w:p>
        </w:tc>
      </w:tr>
    </w:tbl>
    <w:p w:rsidR="009D5101" w:rsidRDefault="009D5101" w:rsidP="009D5101">
      <w:pPr>
        <w:autoSpaceDE w:val="0"/>
        <w:autoSpaceDN w:val="0"/>
        <w:spacing w:before="188" w:after="92" w:line="233" w:lineRule="auto"/>
        <w:rPr>
          <w:rFonts w:ascii="Times New Roman" w:eastAsia="Times New Roman" w:hAnsi="Times New Roman"/>
          <w:b/>
          <w:color w:val="000000"/>
          <w:sz w:val="18"/>
          <w:lang w:val="ru-RU"/>
        </w:rPr>
      </w:pPr>
    </w:p>
    <w:p w:rsidR="009D5101" w:rsidRDefault="009D5101" w:rsidP="009D5101">
      <w:pPr>
        <w:autoSpaceDE w:val="0"/>
        <w:autoSpaceDN w:val="0"/>
        <w:spacing w:before="188" w:after="92" w:line="233" w:lineRule="auto"/>
        <w:rPr>
          <w:rFonts w:ascii="Times New Roman" w:eastAsia="Times New Roman" w:hAnsi="Times New Roman"/>
          <w:b/>
          <w:color w:val="000000"/>
          <w:sz w:val="18"/>
          <w:lang w:val="ru-RU"/>
        </w:rPr>
      </w:pPr>
    </w:p>
    <w:p w:rsidR="009D5101" w:rsidRDefault="009D5101" w:rsidP="009D5101">
      <w:pPr>
        <w:autoSpaceDE w:val="0"/>
        <w:autoSpaceDN w:val="0"/>
        <w:spacing w:before="188" w:after="92" w:line="233" w:lineRule="auto"/>
        <w:rPr>
          <w:rFonts w:ascii="Times New Roman" w:eastAsia="Times New Roman" w:hAnsi="Times New Roman"/>
          <w:b/>
          <w:color w:val="000000"/>
          <w:sz w:val="18"/>
          <w:lang w:val="ru-RU"/>
        </w:rPr>
      </w:pPr>
    </w:p>
    <w:p w:rsidR="006438C7" w:rsidRPr="009D5101" w:rsidRDefault="006438C7">
      <w:pPr>
        <w:rPr>
          <w:lang w:val="ru-RU"/>
        </w:rPr>
        <w:sectPr w:rsidR="006438C7" w:rsidRPr="009D5101" w:rsidSect="00127E9B">
          <w:type w:val="continuous"/>
          <w:pgSz w:w="11900" w:h="16840"/>
          <w:pgMar w:top="284" w:right="650" w:bottom="1440" w:left="666" w:header="720" w:footer="720" w:gutter="0"/>
          <w:cols w:space="720" w:equalWidth="0">
            <w:col w:w="10584" w:space="0"/>
          </w:cols>
          <w:docGrid w:linePitch="360"/>
        </w:sectPr>
      </w:pPr>
    </w:p>
    <w:p w:rsidR="006438C7" w:rsidRDefault="006438C7">
      <w:pPr>
        <w:autoSpaceDE w:val="0"/>
        <w:autoSpaceDN w:val="0"/>
        <w:spacing w:after="78" w:line="220" w:lineRule="exact"/>
      </w:pPr>
    </w:p>
    <w:p w:rsidR="006438C7" w:rsidRDefault="009D5101">
      <w:pPr>
        <w:autoSpaceDE w:val="0"/>
        <w:autoSpaceDN w:val="0"/>
        <w:spacing w:after="0" w:line="230" w:lineRule="auto"/>
      </w:pPr>
      <w:r>
        <w:rPr>
          <w:rFonts w:ascii="Times New Roman" w:eastAsia="Times New Roman" w:hAnsi="Times New Roman"/>
          <w:b/>
          <w:color w:val="000000"/>
          <w:sz w:val="24"/>
        </w:rPr>
        <w:t xml:space="preserve">УЧЕБНО-МЕТОДИЧЕСКОЕ ОБЕСПЕЧЕНИЕ ОБРАЗОВАТЕЛЬНОГО ПРОЦЕССА </w:t>
      </w:r>
    </w:p>
    <w:p w:rsidR="006438C7" w:rsidRDefault="009D5101">
      <w:pPr>
        <w:autoSpaceDE w:val="0"/>
        <w:autoSpaceDN w:val="0"/>
        <w:spacing w:before="346" w:after="0" w:line="230" w:lineRule="auto"/>
      </w:pPr>
      <w:r>
        <w:rPr>
          <w:rFonts w:ascii="Times New Roman" w:eastAsia="Times New Roman" w:hAnsi="Times New Roman"/>
          <w:b/>
          <w:color w:val="000000"/>
          <w:sz w:val="24"/>
        </w:rPr>
        <w:t>ОБЯЗАТЕЛЬНЫЕ УЧЕБНЫЕ МАТЕРИАЛЫ ДЛЯ УЧЕНИКА</w:t>
      </w:r>
    </w:p>
    <w:p w:rsidR="006438C7" w:rsidRPr="009D5101" w:rsidRDefault="009D5101">
      <w:pPr>
        <w:autoSpaceDE w:val="0"/>
        <w:autoSpaceDN w:val="0"/>
        <w:spacing w:before="166" w:after="0"/>
        <w:ind w:right="144"/>
        <w:rPr>
          <w:lang w:val="ru-RU"/>
        </w:rPr>
      </w:pPr>
      <w:r w:rsidRPr="009D5101">
        <w:rPr>
          <w:rFonts w:ascii="Times New Roman" w:eastAsia="Times New Roman" w:hAnsi="Times New Roman"/>
          <w:color w:val="000000"/>
          <w:sz w:val="24"/>
          <w:lang w:val="ru-RU"/>
        </w:rPr>
        <w:t xml:space="preserve">Русский родной язык, 5 класс/Александрова О.М., Загоровская О.В., Богданов С.И., Вербицкая Л.А., </w:t>
      </w:r>
      <w:proofErr w:type="spellStart"/>
      <w:r w:rsidRPr="009D5101">
        <w:rPr>
          <w:rFonts w:ascii="Times New Roman" w:eastAsia="Times New Roman" w:hAnsi="Times New Roman"/>
          <w:color w:val="000000"/>
          <w:sz w:val="24"/>
          <w:lang w:val="ru-RU"/>
        </w:rPr>
        <w:t>Гостева</w:t>
      </w:r>
      <w:proofErr w:type="spellEnd"/>
      <w:r w:rsidRPr="009D5101">
        <w:rPr>
          <w:rFonts w:ascii="Times New Roman" w:eastAsia="Times New Roman" w:hAnsi="Times New Roman"/>
          <w:color w:val="000000"/>
          <w:sz w:val="24"/>
          <w:lang w:val="ru-RU"/>
        </w:rPr>
        <w:t xml:space="preserve"> Ю.Н., </w:t>
      </w:r>
      <w:proofErr w:type="spellStart"/>
      <w:r w:rsidRPr="009D5101">
        <w:rPr>
          <w:rFonts w:ascii="Times New Roman" w:eastAsia="Times New Roman" w:hAnsi="Times New Roman"/>
          <w:color w:val="000000"/>
          <w:sz w:val="24"/>
          <w:lang w:val="ru-RU"/>
        </w:rPr>
        <w:t>Добротина</w:t>
      </w:r>
      <w:proofErr w:type="spellEnd"/>
      <w:r w:rsidRPr="009D5101">
        <w:rPr>
          <w:rFonts w:ascii="Times New Roman" w:eastAsia="Times New Roman" w:hAnsi="Times New Roman"/>
          <w:color w:val="000000"/>
          <w:sz w:val="24"/>
          <w:lang w:val="ru-RU"/>
        </w:rPr>
        <w:t xml:space="preserve"> И.Н., </w:t>
      </w:r>
      <w:proofErr w:type="spellStart"/>
      <w:r w:rsidRPr="009D5101">
        <w:rPr>
          <w:rFonts w:ascii="Times New Roman" w:eastAsia="Times New Roman" w:hAnsi="Times New Roman"/>
          <w:color w:val="000000"/>
          <w:sz w:val="24"/>
          <w:lang w:val="ru-RU"/>
        </w:rPr>
        <w:t>Нарушевич</w:t>
      </w:r>
      <w:proofErr w:type="spellEnd"/>
      <w:r w:rsidRPr="009D5101">
        <w:rPr>
          <w:rFonts w:ascii="Times New Roman" w:eastAsia="Times New Roman" w:hAnsi="Times New Roman"/>
          <w:color w:val="000000"/>
          <w:sz w:val="24"/>
          <w:lang w:val="ru-RU"/>
        </w:rPr>
        <w:t xml:space="preserve"> А.Г., Казакова Е.И., Васильевых И.П.; АО «</w:t>
      </w:r>
      <w:proofErr w:type="spellStart"/>
      <w:r w:rsidRPr="009D5101">
        <w:rPr>
          <w:rFonts w:ascii="Times New Roman" w:eastAsia="Times New Roman" w:hAnsi="Times New Roman"/>
          <w:color w:val="000000"/>
          <w:sz w:val="24"/>
          <w:lang w:val="ru-RU"/>
        </w:rPr>
        <w:t>Издательство«Просвещение</w:t>
      </w:r>
      <w:proofErr w:type="spellEnd"/>
      <w:r w:rsidRPr="009D5101">
        <w:rPr>
          <w:rFonts w:ascii="Times New Roman" w:eastAsia="Times New Roman" w:hAnsi="Times New Roman"/>
          <w:color w:val="000000"/>
          <w:sz w:val="24"/>
          <w:lang w:val="ru-RU"/>
        </w:rPr>
        <w:t xml:space="preserve">»; </w:t>
      </w:r>
      <w:r w:rsidRPr="009D5101">
        <w:rPr>
          <w:lang w:val="ru-RU"/>
        </w:rPr>
        <w:br/>
      </w:r>
      <w:r w:rsidRPr="009D5101">
        <w:rPr>
          <w:rFonts w:ascii="Times New Roman" w:eastAsia="Times New Roman" w:hAnsi="Times New Roman"/>
          <w:color w:val="000000"/>
          <w:sz w:val="24"/>
          <w:lang w:val="ru-RU"/>
        </w:rPr>
        <w:t>Введите свой вариант:</w:t>
      </w:r>
    </w:p>
    <w:p w:rsidR="006438C7" w:rsidRPr="009D5101" w:rsidRDefault="009D5101">
      <w:pPr>
        <w:autoSpaceDE w:val="0"/>
        <w:autoSpaceDN w:val="0"/>
        <w:spacing w:before="262" w:after="0" w:line="230" w:lineRule="auto"/>
        <w:rPr>
          <w:lang w:val="ru-RU"/>
        </w:rPr>
      </w:pPr>
      <w:r w:rsidRPr="009D5101">
        <w:rPr>
          <w:rFonts w:ascii="Times New Roman" w:eastAsia="Times New Roman" w:hAnsi="Times New Roman"/>
          <w:b/>
          <w:color w:val="000000"/>
          <w:sz w:val="24"/>
          <w:lang w:val="ru-RU"/>
        </w:rPr>
        <w:t>МЕТОДИЧЕСКИЕ МАТЕРИАЛЫ ДЛЯ УЧИТЕЛЯ</w:t>
      </w:r>
    </w:p>
    <w:p w:rsidR="006438C7" w:rsidRPr="009D5101" w:rsidRDefault="009D5101">
      <w:pPr>
        <w:autoSpaceDE w:val="0"/>
        <w:autoSpaceDN w:val="0"/>
        <w:spacing w:before="166" w:after="0" w:line="262" w:lineRule="auto"/>
        <w:rPr>
          <w:lang w:val="ru-RU"/>
        </w:rPr>
      </w:pPr>
      <w:r w:rsidRPr="009D5101">
        <w:rPr>
          <w:rFonts w:ascii="Times New Roman" w:eastAsia="Times New Roman" w:hAnsi="Times New Roman"/>
          <w:color w:val="000000"/>
          <w:sz w:val="24"/>
          <w:lang w:val="ru-RU"/>
        </w:rPr>
        <w:t xml:space="preserve">Русский родной язык. 5 класс. Методическое пособие / [О. М. Александрова, О.В. Загоровская, Ю. Н. </w:t>
      </w:r>
      <w:proofErr w:type="spellStart"/>
      <w:r w:rsidRPr="009D5101">
        <w:rPr>
          <w:rFonts w:ascii="Times New Roman" w:eastAsia="Times New Roman" w:hAnsi="Times New Roman"/>
          <w:color w:val="000000"/>
          <w:sz w:val="24"/>
          <w:lang w:val="ru-RU"/>
        </w:rPr>
        <w:t>Гостева</w:t>
      </w:r>
      <w:proofErr w:type="spellEnd"/>
      <w:r w:rsidRPr="009D5101">
        <w:rPr>
          <w:rFonts w:ascii="Times New Roman" w:eastAsia="Times New Roman" w:hAnsi="Times New Roman"/>
          <w:color w:val="000000"/>
          <w:sz w:val="24"/>
          <w:lang w:val="ru-RU"/>
        </w:rPr>
        <w:t xml:space="preserve"> и др.] </w:t>
      </w:r>
      <w:r>
        <w:rPr>
          <w:rFonts w:ascii="Times New Roman" w:eastAsia="Times New Roman" w:hAnsi="Times New Roman"/>
          <w:color w:val="000000"/>
          <w:sz w:val="24"/>
        </w:rPr>
        <w:t>URL</w:t>
      </w:r>
      <w:r w:rsidRPr="009D5101">
        <w:rPr>
          <w:rFonts w:ascii="Times New Roman" w:eastAsia="Times New Roman" w:hAnsi="Times New Roman"/>
          <w:color w:val="000000"/>
          <w:sz w:val="24"/>
          <w:lang w:val="ru-RU"/>
        </w:rPr>
        <w:t xml:space="preserve">: </w:t>
      </w:r>
      <w:r>
        <w:rPr>
          <w:rFonts w:ascii="Times New Roman" w:eastAsia="Times New Roman" w:hAnsi="Times New Roman"/>
          <w:color w:val="000000"/>
          <w:sz w:val="24"/>
        </w:rPr>
        <w:t>http</w:t>
      </w:r>
      <w:r w:rsidRPr="009D5101">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uchlit</w:t>
      </w:r>
      <w:proofErr w:type="spellEnd"/>
      <w:r w:rsidRPr="009D5101">
        <w:rPr>
          <w:rFonts w:ascii="Times New Roman" w:eastAsia="Times New Roman" w:hAnsi="Times New Roman"/>
          <w:color w:val="000000"/>
          <w:sz w:val="24"/>
          <w:lang w:val="ru-RU"/>
        </w:rPr>
        <w:t>.</w:t>
      </w:r>
      <w:r>
        <w:rPr>
          <w:rFonts w:ascii="Times New Roman" w:eastAsia="Times New Roman" w:hAnsi="Times New Roman"/>
          <w:color w:val="000000"/>
          <w:sz w:val="24"/>
        </w:rPr>
        <w:t>com</w:t>
      </w:r>
      <w:r w:rsidRPr="009D5101">
        <w:rPr>
          <w:rFonts w:ascii="Times New Roman" w:eastAsia="Times New Roman" w:hAnsi="Times New Roman"/>
          <w:color w:val="000000"/>
          <w:sz w:val="24"/>
          <w:lang w:val="ru-RU"/>
        </w:rPr>
        <w:t>.</w:t>
      </w:r>
    </w:p>
    <w:p w:rsidR="006438C7" w:rsidRPr="009D5101" w:rsidRDefault="009D5101">
      <w:pPr>
        <w:autoSpaceDE w:val="0"/>
        <w:autoSpaceDN w:val="0"/>
        <w:spacing w:before="264" w:after="0" w:line="230" w:lineRule="auto"/>
        <w:rPr>
          <w:lang w:val="ru-RU"/>
        </w:rPr>
      </w:pPr>
      <w:r w:rsidRPr="009D5101">
        <w:rPr>
          <w:rFonts w:ascii="Times New Roman" w:eastAsia="Times New Roman" w:hAnsi="Times New Roman"/>
          <w:b/>
          <w:color w:val="000000"/>
          <w:sz w:val="24"/>
          <w:lang w:val="ru-RU"/>
        </w:rPr>
        <w:t>ЦИФРОВЫЕ ОБРАЗОВАТЕЛЬНЫЕ РЕСУРСЫ И РЕСУРСЫ СЕТИ ИНТЕРНЕТ</w:t>
      </w:r>
    </w:p>
    <w:p w:rsidR="006438C7" w:rsidRPr="009D5101" w:rsidRDefault="009D5101">
      <w:pPr>
        <w:autoSpaceDE w:val="0"/>
        <w:autoSpaceDN w:val="0"/>
        <w:spacing w:before="166" w:after="0" w:line="230" w:lineRule="auto"/>
        <w:rPr>
          <w:lang w:val="ru-RU"/>
        </w:rPr>
      </w:pPr>
      <w:r w:rsidRPr="009D5101">
        <w:rPr>
          <w:rFonts w:ascii="Times New Roman" w:eastAsia="Times New Roman" w:hAnsi="Times New Roman"/>
          <w:color w:val="000000"/>
          <w:sz w:val="24"/>
          <w:lang w:val="ru-RU"/>
        </w:rPr>
        <w:t>русское-</w:t>
      </w:r>
      <w:proofErr w:type="spellStart"/>
      <w:r w:rsidRPr="009D5101">
        <w:rPr>
          <w:rFonts w:ascii="Times New Roman" w:eastAsia="Times New Roman" w:hAnsi="Times New Roman"/>
          <w:color w:val="000000"/>
          <w:sz w:val="24"/>
          <w:lang w:val="ru-RU"/>
        </w:rPr>
        <w:t>слово.рф</w:t>
      </w:r>
      <w:proofErr w:type="spellEnd"/>
      <w:r w:rsidRPr="009D5101">
        <w:rPr>
          <w:rFonts w:ascii="Times New Roman" w:eastAsia="Times New Roman" w:hAnsi="Times New Roman"/>
          <w:color w:val="000000"/>
          <w:sz w:val="24"/>
          <w:lang w:val="ru-RU"/>
        </w:rPr>
        <w:t xml:space="preserve"> — сайт издательства «Русское слово».</w:t>
      </w:r>
    </w:p>
    <w:p w:rsidR="006438C7" w:rsidRPr="009D5101" w:rsidRDefault="009D5101">
      <w:pPr>
        <w:autoSpaceDE w:val="0"/>
        <w:autoSpaceDN w:val="0"/>
        <w:spacing w:before="70" w:after="0" w:line="230" w:lineRule="auto"/>
        <w:rPr>
          <w:lang w:val="ru-RU"/>
        </w:rPr>
      </w:pPr>
      <w:proofErr w:type="spellStart"/>
      <w:r>
        <w:rPr>
          <w:rFonts w:ascii="Times New Roman" w:eastAsia="Times New Roman" w:hAnsi="Times New Roman"/>
          <w:color w:val="000000"/>
          <w:sz w:val="24"/>
        </w:rPr>
        <w:t>gramota</w:t>
      </w:r>
      <w:proofErr w:type="spellEnd"/>
      <w:r w:rsidRPr="009D5101">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9D5101">
        <w:rPr>
          <w:rFonts w:ascii="Times New Roman" w:eastAsia="Times New Roman" w:hAnsi="Times New Roman"/>
          <w:color w:val="000000"/>
          <w:sz w:val="24"/>
          <w:lang w:val="ru-RU"/>
        </w:rPr>
        <w:t xml:space="preserve"> — Справочно-информационный портал по русскому языку.</w:t>
      </w:r>
    </w:p>
    <w:p w:rsidR="006438C7" w:rsidRPr="009D5101" w:rsidRDefault="009D5101">
      <w:pPr>
        <w:autoSpaceDE w:val="0"/>
        <w:autoSpaceDN w:val="0"/>
        <w:spacing w:before="70" w:after="0" w:line="262" w:lineRule="auto"/>
        <w:ind w:right="576"/>
        <w:rPr>
          <w:lang w:val="ru-RU"/>
        </w:rPr>
      </w:pPr>
      <w:r>
        <w:rPr>
          <w:rFonts w:ascii="Times New Roman" w:eastAsia="Times New Roman" w:hAnsi="Times New Roman"/>
          <w:color w:val="000000"/>
          <w:sz w:val="24"/>
        </w:rPr>
        <w:t>school</w:t>
      </w:r>
      <w:r w:rsidRPr="009D5101">
        <w:rPr>
          <w:rFonts w:ascii="Times New Roman" w:eastAsia="Times New Roman" w:hAnsi="Times New Roman"/>
          <w:color w:val="000000"/>
          <w:sz w:val="24"/>
          <w:lang w:val="ru-RU"/>
        </w:rPr>
        <w:t>-</w:t>
      </w:r>
      <w:r>
        <w:rPr>
          <w:rFonts w:ascii="Times New Roman" w:eastAsia="Times New Roman" w:hAnsi="Times New Roman"/>
          <w:color w:val="000000"/>
          <w:sz w:val="24"/>
        </w:rPr>
        <w:t>collection</w:t>
      </w:r>
      <w:r w:rsidRPr="009D5101">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edu</w:t>
      </w:r>
      <w:proofErr w:type="spellEnd"/>
      <w:r w:rsidRPr="009D5101">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9D5101">
        <w:rPr>
          <w:rFonts w:ascii="Times New Roman" w:eastAsia="Times New Roman" w:hAnsi="Times New Roman"/>
          <w:color w:val="000000"/>
          <w:sz w:val="24"/>
          <w:lang w:val="ru-RU"/>
        </w:rPr>
        <w:t xml:space="preserve"> — Единая коллекция цифровых образовательных ресурсов. </w:t>
      </w:r>
      <w:proofErr w:type="spellStart"/>
      <w:r>
        <w:rPr>
          <w:rFonts w:ascii="Times New Roman" w:eastAsia="Times New Roman" w:hAnsi="Times New Roman"/>
          <w:color w:val="000000"/>
          <w:sz w:val="24"/>
        </w:rPr>
        <w:t>fcior</w:t>
      </w:r>
      <w:proofErr w:type="spellEnd"/>
      <w:r w:rsidRPr="009D5101">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edu</w:t>
      </w:r>
      <w:proofErr w:type="spellEnd"/>
      <w:r w:rsidRPr="009D5101">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9D5101">
        <w:rPr>
          <w:rFonts w:ascii="Times New Roman" w:eastAsia="Times New Roman" w:hAnsi="Times New Roman"/>
          <w:color w:val="000000"/>
          <w:sz w:val="24"/>
          <w:lang w:val="ru-RU"/>
        </w:rPr>
        <w:t xml:space="preserve"> —Федеральный центр электронных образовательных ресурсов.</w:t>
      </w:r>
    </w:p>
    <w:p w:rsidR="006438C7" w:rsidRPr="009D5101" w:rsidRDefault="009D5101">
      <w:pPr>
        <w:autoSpaceDE w:val="0"/>
        <w:autoSpaceDN w:val="0"/>
        <w:spacing w:before="70" w:after="0" w:line="230" w:lineRule="auto"/>
        <w:rPr>
          <w:lang w:val="ru-RU"/>
        </w:rPr>
      </w:pPr>
      <w:proofErr w:type="spellStart"/>
      <w:r>
        <w:rPr>
          <w:rFonts w:ascii="Times New Roman" w:eastAsia="Times New Roman" w:hAnsi="Times New Roman"/>
          <w:color w:val="000000"/>
          <w:sz w:val="24"/>
        </w:rPr>
        <w:t>ruscorpora</w:t>
      </w:r>
      <w:proofErr w:type="spellEnd"/>
      <w:r w:rsidRPr="009D5101">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9D5101">
        <w:rPr>
          <w:rFonts w:ascii="Times New Roman" w:eastAsia="Times New Roman" w:hAnsi="Times New Roman"/>
          <w:color w:val="000000"/>
          <w:sz w:val="24"/>
          <w:lang w:val="ru-RU"/>
        </w:rPr>
        <w:t xml:space="preserve"> — Национальный корпус русского языка.</w:t>
      </w:r>
    </w:p>
    <w:p w:rsidR="006438C7" w:rsidRPr="009D5101" w:rsidRDefault="009D5101">
      <w:pPr>
        <w:autoSpaceDE w:val="0"/>
        <w:autoSpaceDN w:val="0"/>
        <w:spacing w:before="70" w:after="0" w:line="230" w:lineRule="auto"/>
        <w:rPr>
          <w:lang w:val="ru-RU"/>
        </w:rPr>
      </w:pPr>
      <w:proofErr w:type="spellStart"/>
      <w:r>
        <w:rPr>
          <w:rFonts w:ascii="Times New Roman" w:eastAsia="Times New Roman" w:hAnsi="Times New Roman"/>
          <w:color w:val="000000"/>
          <w:sz w:val="24"/>
        </w:rPr>
        <w:t>feb</w:t>
      </w:r>
      <w:proofErr w:type="spellEnd"/>
      <w:r w:rsidRPr="009D5101">
        <w:rPr>
          <w:rFonts w:ascii="Times New Roman" w:eastAsia="Times New Roman" w:hAnsi="Times New Roman"/>
          <w:color w:val="000000"/>
          <w:sz w:val="24"/>
          <w:lang w:val="ru-RU"/>
        </w:rPr>
        <w:t>-</w:t>
      </w:r>
      <w:r>
        <w:rPr>
          <w:rFonts w:ascii="Times New Roman" w:eastAsia="Times New Roman" w:hAnsi="Times New Roman"/>
          <w:color w:val="000000"/>
          <w:sz w:val="24"/>
        </w:rPr>
        <w:t>web</w:t>
      </w:r>
      <w:r w:rsidRPr="009D5101">
        <w:rPr>
          <w:rFonts w:ascii="Times New Roman" w:eastAsia="Times New Roman" w:hAnsi="Times New Roman"/>
          <w:color w:val="000000"/>
          <w:sz w:val="24"/>
          <w:lang w:val="ru-RU"/>
        </w:rPr>
        <w:t>.</w:t>
      </w:r>
      <w:proofErr w:type="spellStart"/>
      <w:r>
        <w:rPr>
          <w:rFonts w:ascii="Times New Roman" w:eastAsia="Times New Roman" w:hAnsi="Times New Roman"/>
          <w:color w:val="000000"/>
          <w:sz w:val="24"/>
        </w:rPr>
        <w:t>ru</w:t>
      </w:r>
      <w:proofErr w:type="spellEnd"/>
      <w:r w:rsidRPr="009D5101">
        <w:rPr>
          <w:rFonts w:ascii="Times New Roman" w:eastAsia="Times New Roman" w:hAnsi="Times New Roman"/>
          <w:color w:val="000000"/>
          <w:sz w:val="24"/>
          <w:lang w:val="ru-RU"/>
        </w:rPr>
        <w:t xml:space="preserve"> — Фундаментальная электронная библиотека «Русская литература и фольклор»</w:t>
      </w:r>
    </w:p>
    <w:p w:rsidR="006438C7" w:rsidRPr="009D5101" w:rsidRDefault="006438C7">
      <w:pPr>
        <w:rPr>
          <w:lang w:val="ru-RU"/>
        </w:rPr>
        <w:sectPr w:rsidR="006438C7" w:rsidRPr="009D5101">
          <w:pgSz w:w="11900" w:h="16840"/>
          <w:pgMar w:top="298" w:right="650" w:bottom="1440" w:left="666" w:header="720" w:footer="720" w:gutter="0"/>
          <w:cols w:space="720" w:equalWidth="0">
            <w:col w:w="10584" w:space="0"/>
          </w:cols>
          <w:docGrid w:linePitch="360"/>
        </w:sectPr>
      </w:pPr>
    </w:p>
    <w:p w:rsidR="006438C7" w:rsidRPr="009D5101" w:rsidRDefault="006438C7">
      <w:pPr>
        <w:autoSpaceDE w:val="0"/>
        <w:autoSpaceDN w:val="0"/>
        <w:spacing w:after="78" w:line="220" w:lineRule="exact"/>
        <w:rPr>
          <w:lang w:val="ru-RU"/>
        </w:rPr>
      </w:pPr>
    </w:p>
    <w:p w:rsidR="006438C7" w:rsidRPr="009D5101" w:rsidRDefault="009D5101">
      <w:pPr>
        <w:autoSpaceDE w:val="0"/>
        <w:autoSpaceDN w:val="0"/>
        <w:spacing w:after="0" w:line="230" w:lineRule="auto"/>
        <w:rPr>
          <w:lang w:val="ru-RU"/>
        </w:rPr>
      </w:pPr>
      <w:r w:rsidRPr="009D5101">
        <w:rPr>
          <w:rFonts w:ascii="Times New Roman" w:eastAsia="Times New Roman" w:hAnsi="Times New Roman"/>
          <w:b/>
          <w:color w:val="000000"/>
          <w:sz w:val="24"/>
          <w:lang w:val="ru-RU"/>
        </w:rPr>
        <w:t>МАТЕРИАЛЬНО-ТЕХНИЧЕСКОЕ ОБЕСПЕЧЕНИЕ ОБРАЗОВАТЕЛЬНОГО ПРОЦЕССА</w:t>
      </w:r>
    </w:p>
    <w:p w:rsidR="006438C7" w:rsidRPr="009D5101" w:rsidRDefault="009D5101">
      <w:pPr>
        <w:autoSpaceDE w:val="0"/>
        <w:autoSpaceDN w:val="0"/>
        <w:spacing w:before="346" w:after="0" w:line="230" w:lineRule="auto"/>
        <w:rPr>
          <w:lang w:val="ru-RU"/>
        </w:rPr>
      </w:pPr>
      <w:r w:rsidRPr="009D5101">
        <w:rPr>
          <w:rFonts w:ascii="Times New Roman" w:eastAsia="Times New Roman" w:hAnsi="Times New Roman"/>
          <w:b/>
          <w:color w:val="000000"/>
          <w:sz w:val="24"/>
          <w:lang w:val="ru-RU"/>
        </w:rPr>
        <w:t>УЧЕБНОЕ ОБОРУДОВАНИЕ</w:t>
      </w:r>
    </w:p>
    <w:p w:rsidR="006438C7" w:rsidRPr="009D5101" w:rsidRDefault="009D5101">
      <w:pPr>
        <w:autoSpaceDE w:val="0"/>
        <w:autoSpaceDN w:val="0"/>
        <w:spacing w:before="166" w:after="0" w:line="271" w:lineRule="auto"/>
        <w:ind w:right="7488"/>
        <w:rPr>
          <w:lang w:val="ru-RU"/>
        </w:rPr>
      </w:pPr>
      <w:r w:rsidRPr="009D5101">
        <w:rPr>
          <w:rFonts w:ascii="Times New Roman" w:eastAsia="Times New Roman" w:hAnsi="Times New Roman"/>
          <w:color w:val="000000"/>
          <w:sz w:val="24"/>
          <w:lang w:val="ru-RU"/>
        </w:rPr>
        <w:t>- исторические справочники;</w:t>
      </w:r>
      <w:r w:rsidRPr="009D5101">
        <w:rPr>
          <w:lang w:val="ru-RU"/>
        </w:rPr>
        <w:br/>
      </w:r>
      <w:r w:rsidRPr="009D5101">
        <w:rPr>
          <w:rFonts w:ascii="Times New Roman" w:eastAsia="Times New Roman" w:hAnsi="Times New Roman"/>
          <w:color w:val="000000"/>
          <w:sz w:val="24"/>
          <w:lang w:val="ru-RU"/>
        </w:rPr>
        <w:t>- рабочие программы;</w:t>
      </w:r>
      <w:r w:rsidRPr="009D5101">
        <w:rPr>
          <w:lang w:val="ru-RU"/>
        </w:rPr>
        <w:br/>
      </w:r>
      <w:r w:rsidRPr="009D5101">
        <w:rPr>
          <w:rFonts w:ascii="Times New Roman" w:eastAsia="Times New Roman" w:hAnsi="Times New Roman"/>
          <w:color w:val="000000"/>
          <w:sz w:val="24"/>
          <w:lang w:val="ru-RU"/>
        </w:rPr>
        <w:t>- словари.</w:t>
      </w:r>
    </w:p>
    <w:p w:rsidR="006438C7" w:rsidRPr="009D5101" w:rsidRDefault="009D5101">
      <w:pPr>
        <w:autoSpaceDE w:val="0"/>
        <w:autoSpaceDN w:val="0"/>
        <w:spacing w:before="262" w:after="0" w:line="230" w:lineRule="auto"/>
        <w:rPr>
          <w:lang w:val="ru-RU"/>
        </w:rPr>
      </w:pPr>
      <w:r w:rsidRPr="009D5101">
        <w:rPr>
          <w:rFonts w:ascii="Times New Roman" w:eastAsia="Times New Roman" w:hAnsi="Times New Roman"/>
          <w:b/>
          <w:color w:val="000000"/>
          <w:sz w:val="24"/>
          <w:lang w:val="ru-RU"/>
        </w:rPr>
        <w:t>ОБОРУДОВАНИЕ ДЛЯ ПРОВЕДЕНИЯ ПРАКТИЧЕСКИХ РАБОТ</w:t>
      </w:r>
    </w:p>
    <w:p w:rsidR="006438C7" w:rsidRPr="009D5101" w:rsidRDefault="009D5101" w:rsidP="00E4027A">
      <w:pPr>
        <w:autoSpaceDE w:val="0"/>
        <w:autoSpaceDN w:val="0"/>
        <w:spacing w:before="166" w:after="0" w:line="271" w:lineRule="auto"/>
        <w:ind w:right="9360"/>
        <w:rPr>
          <w:lang w:val="ru-RU"/>
        </w:rPr>
        <w:sectPr w:rsidR="006438C7" w:rsidRPr="009D5101">
          <w:pgSz w:w="11900" w:h="16840"/>
          <w:pgMar w:top="298" w:right="650" w:bottom="1440" w:left="666" w:header="720" w:footer="720" w:gutter="0"/>
          <w:cols w:space="720" w:equalWidth="0">
            <w:col w:w="10584" w:space="0"/>
          </w:cols>
          <w:docGrid w:linePitch="360"/>
        </w:sectPr>
      </w:pPr>
      <w:r w:rsidRPr="009D5101">
        <w:rPr>
          <w:rFonts w:ascii="Times New Roman" w:eastAsia="Times New Roman" w:hAnsi="Times New Roman"/>
          <w:color w:val="000000"/>
          <w:sz w:val="24"/>
          <w:lang w:val="ru-RU"/>
        </w:rPr>
        <w:t>- ноутбук;</w:t>
      </w:r>
      <w:r w:rsidRPr="009D5101">
        <w:rPr>
          <w:lang w:val="ru-RU"/>
        </w:rPr>
        <w:br/>
      </w:r>
      <w:r w:rsidRPr="009D5101">
        <w:rPr>
          <w:rFonts w:ascii="Times New Roman" w:eastAsia="Times New Roman" w:hAnsi="Times New Roman"/>
          <w:color w:val="000000"/>
          <w:sz w:val="24"/>
          <w:lang w:val="ru-RU"/>
        </w:rPr>
        <w:t>- телевизор;</w:t>
      </w:r>
      <w:r w:rsidRPr="009D5101">
        <w:rPr>
          <w:lang w:val="ru-RU"/>
        </w:rPr>
        <w:br/>
      </w:r>
      <w:r w:rsidRPr="009D5101">
        <w:rPr>
          <w:rFonts w:ascii="Times New Roman" w:eastAsia="Times New Roman" w:hAnsi="Times New Roman"/>
          <w:color w:val="000000"/>
          <w:sz w:val="24"/>
          <w:lang w:val="ru-RU"/>
        </w:rPr>
        <w:t>- проектор.</w:t>
      </w:r>
    </w:p>
    <w:p w:rsidR="009D5101" w:rsidRPr="009D5101" w:rsidRDefault="009D5101" w:rsidP="00E4027A">
      <w:pPr>
        <w:rPr>
          <w:lang w:val="ru-RU"/>
        </w:rPr>
      </w:pPr>
    </w:p>
    <w:sectPr w:rsidR="009D5101" w:rsidRPr="009D5101" w:rsidSect="00034616">
      <w:pgSz w:w="11900" w:h="16840"/>
      <w:pgMar w:top="1440" w:right="1440" w:bottom="1440" w:left="1440" w:header="720" w:footer="720" w:gutter="0"/>
      <w:cols w:space="720" w:equalWidth="0">
        <w:col w:w="10584" w:space="0"/>
      </w:cols>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CC"/>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3"/>
      <w:lvlText w:val="%1."/>
      <w:lvlJc w:val="left"/>
      <w:pPr>
        <w:tabs>
          <w:tab w:val="num" w:pos="1080"/>
        </w:tabs>
        <w:ind w:left="1080" w:hanging="360"/>
      </w:pPr>
    </w:lvl>
  </w:abstractNum>
  <w:abstractNum w:abstractNumId="3">
    <w:nsid w:val="FFFFFF7F"/>
    <w:multiLevelType w:val="singleLevel"/>
    <w:tmpl w:val="38441652"/>
    <w:lvl w:ilvl="0">
      <w:start w:val="1"/>
      <w:numFmt w:val="decimal"/>
      <w:pStyle w:val="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30"/>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20"/>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a"/>
      <w:lvlText w:val="%1."/>
      <w:lvlJc w:val="left"/>
      <w:pPr>
        <w:tabs>
          <w:tab w:val="num" w:pos="360"/>
        </w:tabs>
        <w:ind w:left="360" w:hanging="360"/>
      </w:pPr>
    </w:lvl>
  </w:abstractNum>
  <w:abstractNum w:abstractNumId="8">
    <w:nsid w:val="FFFFFF89"/>
    <w:multiLevelType w:val="singleLevel"/>
    <w:tmpl w:val="29761A62"/>
    <w:lvl w:ilvl="0">
      <w:start w:val="1"/>
      <w:numFmt w:val="bullet"/>
      <w:pStyle w:val="a0"/>
      <w:lvlText w:val=""/>
      <w:lvlJc w:val="left"/>
      <w:pPr>
        <w:tabs>
          <w:tab w:val="num" w:pos="360"/>
        </w:tabs>
        <w:ind w:left="360" w:hanging="360"/>
      </w:pPr>
      <w:rPr>
        <w:rFonts w:ascii="Symbol" w:hAnsi="Symbol" w:hint="default"/>
      </w:rPr>
    </w:lvl>
  </w:abstractNum>
  <w:abstractNum w:abstractNumId="9">
    <w:nsid w:val="7B2D4B09"/>
    <w:multiLevelType w:val="hybridMultilevel"/>
    <w:tmpl w:val="A08248CA"/>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0935E6"/>
    <w:rsid w:val="00127E9B"/>
    <w:rsid w:val="0015074B"/>
    <w:rsid w:val="0029639D"/>
    <w:rsid w:val="00326F90"/>
    <w:rsid w:val="00353927"/>
    <w:rsid w:val="004745A6"/>
    <w:rsid w:val="005F3E38"/>
    <w:rsid w:val="006438C7"/>
    <w:rsid w:val="007958F6"/>
    <w:rsid w:val="008C1EF5"/>
    <w:rsid w:val="00986F26"/>
    <w:rsid w:val="009D5101"/>
    <w:rsid w:val="00AA1D8D"/>
    <w:rsid w:val="00B47730"/>
    <w:rsid w:val="00C26269"/>
    <w:rsid w:val="00CB0664"/>
    <w:rsid w:val="00E4027A"/>
    <w:rsid w:val="00E7730B"/>
    <w:rsid w:val="00EA74B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FC693F"/>
  </w:style>
  <w:style w:type="paragraph" w:styleId="1">
    <w:name w:val="heading 1"/>
    <w:basedOn w:val="a1"/>
    <w:next w:val="a1"/>
    <w:link w:val="10"/>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1">
    <w:name w:val="heading 2"/>
    <w:basedOn w:val="a1"/>
    <w:next w:val="a1"/>
    <w:link w:val="22"/>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1">
    <w:name w:val="heading 3"/>
    <w:basedOn w:val="a1"/>
    <w:next w:val="a1"/>
    <w:link w:val="32"/>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1"/>
    <w:next w:val="a1"/>
    <w:link w:val="40"/>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1"/>
    <w:next w:val="a1"/>
    <w:link w:val="50"/>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header"/>
    <w:basedOn w:val="a1"/>
    <w:link w:val="a6"/>
    <w:uiPriority w:val="99"/>
    <w:unhideWhenUsed/>
    <w:rsid w:val="00E618BF"/>
    <w:pPr>
      <w:tabs>
        <w:tab w:val="center" w:pos="4680"/>
        <w:tab w:val="right" w:pos="9360"/>
      </w:tabs>
      <w:spacing w:after="0" w:line="240" w:lineRule="auto"/>
    </w:pPr>
  </w:style>
  <w:style w:type="character" w:customStyle="1" w:styleId="a6">
    <w:name w:val="Верхний колонтитул Знак"/>
    <w:basedOn w:val="a2"/>
    <w:link w:val="a5"/>
    <w:uiPriority w:val="99"/>
    <w:rsid w:val="00E618BF"/>
  </w:style>
  <w:style w:type="paragraph" w:styleId="a7">
    <w:name w:val="footer"/>
    <w:basedOn w:val="a1"/>
    <w:link w:val="a8"/>
    <w:uiPriority w:val="99"/>
    <w:unhideWhenUsed/>
    <w:rsid w:val="00E618BF"/>
    <w:pPr>
      <w:tabs>
        <w:tab w:val="center" w:pos="4680"/>
        <w:tab w:val="right" w:pos="9360"/>
      </w:tabs>
      <w:spacing w:after="0" w:line="240" w:lineRule="auto"/>
    </w:pPr>
  </w:style>
  <w:style w:type="character" w:customStyle="1" w:styleId="a8">
    <w:name w:val="Нижний колонтитул Знак"/>
    <w:basedOn w:val="a2"/>
    <w:link w:val="a7"/>
    <w:uiPriority w:val="99"/>
    <w:rsid w:val="00E618BF"/>
  </w:style>
  <w:style w:type="paragraph" w:styleId="a9">
    <w:name w:val="No Spacing"/>
    <w:uiPriority w:val="1"/>
    <w:qFormat/>
    <w:rsid w:val="00FC693F"/>
    <w:pPr>
      <w:spacing w:after="0" w:line="240" w:lineRule="auto"/>
    </w:pPr>
  </w:style>
  <w:style w:type="character" w:customStyle="1" w:styleId="10">
    <w:name w:val="Заголовок 1 Знак"/>
    <w:basedOn w:val="a2"/>
    <w:link w:val="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22">
    <w:name w:val="Заголовок 2 Знак"/>
    <w:basedOn w:val="a2"/>
    <w:link w:val="21"/>
    <w:uiPriority w:val="9"/>
    <w:rsid w:val="00FC693F"/>
    <w:rPr>
      <w:rFonts w:asciiTheme="majorHAnsi" w:eastAsiaTheme="majorEastAsia" w:hAnsiTheme="majorHAnsi" w:cstheme="majorBidi"/>
      <w:b/>
      <w:bCs/>
      <w:color w:val="4F81BD" w:themeColor="accent1"/>
      <w:sz w:val="26"/>
      <w:szCs w:val="26"/>
    </w:rPr>
  </w:style>
  <w:style w:type="character" w:customStyle="1" w:styleId="32">
    <w:name w:val="Заголовок 3 Знак"/>
    <w:basedOn w:val="a2"/>
    <w:link w:val="31"/>
    <w:uiPriority w:val="9"/>
    <w:rsid w:val="00FC693F"/>
    <w:rPr>
      <w:rFonts w:asciiTheme="majorHAnsi" w:eastAsiaTheme="majorEastAsia" w:hAnsiTheme="majorHAnsi" w:cstheme="majorBidi"/>
      <w:b/>
      <w:bCs/>
      <w:color w:val="4F81BD" w:themeColor="accent1"/>
    </w:rPr>
  </w:style>
  <w:style w:type="paragraph" w:styleId="aa">
    <w:name w:val="Title"/>
    <w:basedOn w:val="a1"/>
    <w:next w:val="a1"/>
    <w:link w:val="ab"/>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b">
    <w:name w:val="Название Знак"/>
    <w:basedOn w:val="a2"/>
    <w:link w:val="aa"/>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ac">
    <w:name w:val="Subtitle"/>
    <w:basedOn w:val="a1"/>
    <w:next w:val="a1"/>
    <w:link w:val="ad"/>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d">
    <w:name w:val="Подзаголовок Знак"/>
    <w:basedOn w:val="a2"/>
    <w:link w:val="ac"/>
    <w:uiPriority w:val="11"/>
    <w:rsid w:val="00FC693F"/>
    <w:rPr>
      <w:rFonts w:asciiTheme="majorHAnsi" w:eastAsiaTheme="majorEastAsia" w:hAnsiTheme="majorHAnsi" w:cstheme="majorBidi"/>
      <w:i/>
      <w:iCs/>
      <w:color w:val="4F81BD" w:themeColor="accent1"/>
      <w:spacing w:val="15"/>
      <w:sz w:val="24"/>
      <w:szCs w:val="24"/>
    </w:rPr>
  </w:style>
  <w:style w:type="paragraph" w:styleId="ae">
    <w:name w:val="List Paragraph"/>
    <w:basedOn w:val="a1"/>
    <w:uiPriority w:val="34"/>
    <w:qFormat/>
    <w:rsid w:val="00FC693F"/>
    <w:pPr>
      <w:ind w:left="720"/>
      <w:contextualSpacing/>
    </w:pPr>
  </w:style>
  <w:style w:type="paragraph" w:styleId="af">
    <w:name w:val="Body Text"/>
    <w:basedOn w:val="a1"/>
    <w:link w:val="af0"/>
    <w:uiPriority w:val="99"/>
    <w:unhideWhenUsed/>
    <w:rsid w:val="00AA1D8D"/>
    <w:pPr>
      <w:spacing w:after="120"/>
    </w:pPr>
  </w:style>
  <w:style w:type="character" w:customStyle="1" w:styleId="af0">
    <w:name w:val="Основной текст Знак"/>
    <w:basedOn w:val="a2"/>
    <w:link w:val="af"/>
    <w:uiPriority w:val="99"/>
    <w:rsid w:val="00AA1D8D"/>
  </w:style>
  <w:style w:type="paragraph" w:styleId="23">
    <w:name w:val="Body Text 2"/>
    <w:basedOn w:val="a1"/>
    <w:link w:val="24"/>
    <w:uiPriority w:val="99"/>
    <w:unhideWhenUsed/>
    <w:rsid w:val="00AA1D8D"/>
    <w:pPr>
      <w:spacing w:after="120" w:line="480" w:lineRule="auto"/>
    </w:pPr>
  </w:style>
  <w:style w:type="character" w:customStyle="1" w:styleId="24">
    <w:name w:val="Основной текст 2 Знак"/>
    <w:basedOn w:val="a2"/>
    <w:link w:val="23"/>
    <w:uiPriority w:val="99"/>
    <w:rsid w:val="00AA1D8D"/>
  </w:style>
  <w:style w:type="paragraph" w:styleId="33">
    <w:name w:val="Body Text 3"/>
    <w:basedOn w:val="a1"/>
    <w:link w:val="34"/>
    <w:uiPriority w:val="99"/>
    <w:unhideWhenUsed/>
    <w:rsid w:val="00AA1D8D"/>
    <w:pPr>
      <w:spacing w:after="120"/>
    </w:pPr>
    <w:rPr>
      <w:sz w:val="16"/>
      <w:szCs w:val="16"/>
    </w:rPr>
  </w:style>
  <w:style w:type="character" w:customStyle="1" w:styleId="34">
    <w:name w:val="Основной текст 3 Знак"/>
    <w:basedOn w:val="a2"/>
    <w:link w:val="33"/>
    <w:uiPriority w:val="99"/>
    <w:rsid w:val="00AA1D8D"/>
    <w:rPr>
      <w:sz w:val="16"/>
      <w:szCs w:val="16"/>
    </w:rPr>
  </w:style>
  <w:style w:type="paragraph" w:styleId="af1">
    <w:name w:val="List"/>
    <w:basedOn w:val="a1"/>
    <w:uiPriority w:val="99"/>
    <w:unhideWhenUsed/>
    <w:rsid w:val="00AA1D8D"/>
    <w:pPr>
      <w:ind w:left="360" w:hanging="360"/>
      <w:contextualSpacing/>
    </w:pPr>
  </w:style>
  <w:style w:type="paragraph" w:styleId="25">
    <w:name w:val="List 2"/>
    <w:basedOn w:val="a1"/>
    <w:uiPriority w:val="99"/>
    <w:unhideWhenUsed/>
    <w:rsid w:val="00326F90"/>
    <w:pPr>
      <w:ind w:left="720" w:hanging="360"/>
      <w:contextualSpacing/>
    </w:pPr>
  </w:style>
  <w:style w:type="paragraph" w:styleId="35">
    <w:name w:val="List 3"/>
    <w:basedOn w:val="a1"/>
    <w:uiPriority w:val="99"/>
    <w:unhideWhenUsed/>
    <w:rsid w:val="00326F90"/>
    <w:pPr>
      <w:ind w:left="1080" w:hanging="360"/>
      <w:contextualSpacing/>
    </w:pPr>
  </w:style>
  <w:style w:type="paragraph" w:styleId="a0">
    <w:name w:val="List Bullet"/>
    <w:basedOn w:val="a1"/>
    <w:uiPriority w:val="99"/>
    <w:unhideWhenUsed/>
    <w:rsid w:val="00326F90"/>
    <w:pPr>
      <w:numPr>
        <w:numId w:val="1"/>
      </w:numPr>
      <w:contextualSpacing/>
    </w:pPr>
  </w:style>
  <w:style w:type="paragraph" w:styleId="20">
    <w:name w:val="List Bullet 2"/>
    <w:basedOn w:val="a1"/>
    <w:uiPriority w:val="99"/>
    <w:unhideWhenUsed/>
    <w:rsid w:val="00326F90"/>
    <w:pPr>
      <w:numPr>
        <w:numId w:val="2"/>
      </w:numPr>
      <w:contextualSpacing/>
    </w:pPr>
  </w:style>
  <w:style w:type="paragraph" w:styleId="30">
    <w:name w:val="List Bullet 3"/>
    <w:basedOn w:val="a1"/>
    <w:uiPriority w:val="99"/>
    <w:unhideWhenUsed/>
    <w:rsid w:val="00326F90"/>
    <w:pPr>
      <w:numPr>
        <w:numId w:val="3"/>
      </w:numPr>
      <w:contextualSpacing/>
    </w:pPr>
  </w:style>
  <w:style w:type="paragraph" w:styleId="a">
    <w:name w:val="List Number"/>
    <w:basedOn w:val="a1"/>
    <w:uiPriority w:val="99"/>
    <w:unhideWhenUsed/>
    <w:rsid w:val="00326F90"/>
    <w:pPr>
      <w:numPr>
        <w:numId w:val="5"/>
      </w:numPr>
      <w:contextualSpacing/>
    </w:pPr>
  </w:style>
  <w:style w:type="paragraph" w:styleId="2">
    <w:name w:val="List Number 2"/>
    <w:basedOn w:val="a1"/>
    <w:uiPriority w:val="99"/>
    <w:unhideWhenUsed/>
    <w:rsid w:val="0029639D"/>
    <w:pPr>
      <w:numPr>
        <w:numId w:val="6"/>
      </w:numPr>
      <w:contextualSpacing/>
    </w:pPr>
  </w:style>
  <w:style w:type="paragraph" w:styleId="3">
    <w:name w:val="List Number 3"/>
    <w:basedOn w:val="a1"/>
    <w:uiPriority w:val="99"/>
    <w:unhideWhenUsed/>
    <w:rsid w:val="0029639D"/>
    <w:pPr>
      <w:numPr>
        <w:numId w:val="7"/>
      </w:numPr>
      <w:contextualSpacing/>
    </w:pPr>
  </w:style>
  <w:style w:type="paragraph" w:styleId="af2">
    <w:name w:val="List Continue"/>
    <w:basedOn w:val="a1"/>
    <w:uiPriority w:val="99"/>
    <w:unhideWhenUsed/>
    <w:rsid w:val="0029639D"/>
    <w:pPr>
      <w:spacing w:after="120"/>
      <w:ind w:left="360"/>
      <w:contextualSpacing/>
    </w:pPr>
  </w:style>
  <w:style w:type="paragraph" w:styleId="26">
    <w:name w:val="List Continue 2"/>
    <w:basedOn w:val="a1"/>
    <w:uiPriority w:val="99"/>
    <w:unhideWhenUsed/>
    <w:rsid w:val="0029639D"/>
    <w:pPr>
      <w:spacing w:after="120"/>
      <w:ind w:left="720"/>
      <w:contextualSpacing/>
    </w:pPr>
  </w:style>
  <w:style w:type="paragraph" w:styleId="36">
    <w:name w:val="List Continue 3"/>
    <w:basedOn w:val="a1"/>
    <w:uiPriority w:val="99"/>
    <w:unhideWhenUsed/>
    <w:rsid w:val="0029639D"/>
    <w:pPr>
      <w:spacing w:after="120"/>
      <w:ind w:left="1080"/>
      <w:contextualSpacing/>
    </w:pPr>
  </w:style>
  <w:style w:type="paragraph" w:styleId="af3">
    <w:name w:val="macro"/>
    <w:link w:val="af4"/>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af4">
    <w:name w:val="Текст макроса Знак"/>
    <w:basedOn w:val="a2"/>
    <w:link w:val="af3"/>
    <w:uiPriority w:val="99"/>
    <w:rsid w:val="0029639D"/>
    <w:rPr>
      <w:rFonts w:ascii="Courier" w:hAnsi="Courier"/>
      <w:sz w:val="20"/>
      <w:szCs w:val="20"/>
    </w:rPr>
  </w:style>
  <w:style w:type="paragraph" w:styleId="27">
    <w:name w:val="Quote"/>
    <w:basedOn w:val="a1"/>
    <w:next w:val="a1"/>
    <w:link w:val="28"/>
    <w:uiPriority w:val="29"/>
    <w:qFormat/>
    <w:rsid w:val="00FC693F"/>
    <w:rPr>
      <w:i/>
      <w:iCs/>
      <w:color w:val="000000" w:themeColor="text1"/>
    </w:rPr>
  </w:style>
  <w:style w:type="character" w:customStyle="1" w:styleId="28">
    <w:name w:val="Цитата 2 Знак"/>
    <w:basedOn w:val="a2"/>
    <w:link w:val="27"/>
    <w:uiPriority w:val="29"/>
    <w:rsid w:val="00FC693F"/>
    <w:rPr>
      <w:i/>
      <w:iCs/>
      <w:color w:val="000000" w:themeColor="text1"/>
    </w:rPr>
  </w:style>
  <w:style w:type="character" w:customStyle="1" w:styleId="40">
    <w:name w:val="Заголовок 4 Знак"/>
    <w:basedOn w:val="a2"/>
    <w:link w:val="4"/>
    <w:uiPriority w:val="9"/>
    <w:semiHidden/>
    <w:rsid w:val="00FC693F"/>
    <w:rPr>
      <w:rFonts w:asciiTheme="majorHAnsi" w:eastAsiaTheme="majorEastAsia" w:hAnsiTheme="majorHAnsi" w:cstheme="majorBidi"/>
      <w:b/>
      <w:bCs/>
      <w:i/>
      <w:iCs/>
      <w:color w:val="4F81BD" w:themeColor="accent1"/>
    </w:rPr>
  </w:style>
  <w:style w:type="character" w:customStyle="1" w:styleId="50">
    <w:name w:val="Заголовок 5 Знак"/>
    <w:basedOn w:val="a2"/>
    <w:link w:val="5"/>
    <w:uiPriority w:val="9"/>
    <w:semiHidden/>
    <w:rsid w:val="00FC693F"/>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uiPriority w:val="9"/>
    <w:semiHidden/>
    <w:rsid w:val="00FC693F"/>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
    <w:semiHidden/>
    <w:rsid w:val="00FC693F"/>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
    <w:semiHidden/>
    <w:rsid w:val="00FC693F"/>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
    <w:semiHidden/>
    <w:rsid w:val="00FC693F"/>
    <w:rPr>
      <w:rFonts w:asciiTheme="majorHAnsi" w:eastAsiaTheme="majorEastAsia" w:hAnsiTheme="majorHAnsi" w:cstheme="majorBidi"/>
      <w:i/>
      <w:iCs/>
      <w:color w:val="404040" w:themeColor="text1" w:themeTint="BF"/>
      <w:sz w:val="20"/>
      <w:szCs w:val="20"/>
    </w:rPr>
  </w:style>
  <w:style w:type="paragraph" w:styleId="af5">
    <w:name w:val="caption"/>
    <w:basedOn w:val="a1"/>
    <w:next w:val="a1"/>
    <w:uiPriority w:val="35"/>
    <w:semiHidden/>
    <w:unhideWhenUsed/>
    <w:qFormat/>
    <w:rsid w:val="00FC693F"/>
    <w:pPr>
      <w:spacing w:line="240" w:lineRule="auto"/>
    </w:pPr>
    <w:rPr>
      <w:b/>
      <w:bCs/>
      <w:color w:val="4F81BD" w:themeColor="accent1"/>
      <w:sz w:val="18"/>
      <w:szCs w:val="18"/>
    </w:rPr>
  </w:style>
  <w:style w:type="character" w:styleId="af6">
    <w:name w:val="Strong"/>
    <w:basedOn w:val="a2"/>
    <w:uiPriority w:val="22"/>
    <w:qFormat/>
    <w:rsid w:val="00FC693F"/>
    <w:rPr>
      <w:b/>
      <w:bCs/>
    </w:rPr>
  </w:style>
  <w:style w:type="character" w:styleId="af7">
    <w:name w:val="Emphasis"/>
    <w:basedOn w:val="a2"/>
    <w:uiPriority w:val="20"/>
    <w:qFormat/>
    <w:rsid w:val="00FC693F"/>
    <w:rPr>
      <w:i/>
      <w:iCs/>
    </w:rPr>
  </w:style>
  <w:style w:type="paragraph" w:styleId="af8">
    <w:name w:val="Intense Quote"/>
    <w:basedOn w:val="a1"/>
    <w:next w:val="a1"/>
    <w:link w:val="af9"/>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af9">
    <w:name w:val="Выделенная цитата Знак"/>
    <w:basedOn w:val="a2"/>
    <w:link w:val="af8"/>
    <w:uiPriority w:val="30"/>
    <w:rsid w:val="00FC693F"/>
    <w:rPr>
      <w:b/>
      <w:bCs/>
      <w:i/>
      <w:iCs/>
      <w:color w:val="4F81BD" w:themeColor="accent1"/>
    </w:rPr>
  </w:style>
  <w:style w:type="character" w:styleId="afa">
    <w:name w:val="Subtle Emphasis"/>
    <w:basedOn w:val="a2"/>
    <w:uiPriority w:val="19"/>
    <w:qFormat/>
    <w:rsid w:val="00FC693F"/>
    <w:rPr>
      <w:i/>
      <w:iCs/>
      <w:color w:val="808080" w:themeColor="text1" w:themeTint="7F"/>
    </w:rPr>
  </w:style>
  <w:style w:type="character" w:styleId="afb">
    <w:name w:val="Intense Emphasis"/>
    <w:basedOn w:val="a2"/>
    <w:uiPriority w:val="21"/>
    <w:qFormat/>
    <w:rsid w:val="00FC693F"/>
    <w:rPr>
      <w:b/>
      <w:bCs/>
      <w:i/>
      <w:iCs/>
      <w:color w:val="4F81BD" w:themeColor="accent1"/>
    </w:rPr>
  </w:style>
  <w:style w:type="character" w:styleId="afc">
    <w:name w:val="Subtle Reference"/>
    <w:basedOn w:val="a2"/>
    <w:uiPriority w:val="31"/>
    <w:qFormat/>
    <w:rsid w:val="00FC693F"/>
    <w:rPr>
      <w:smallCaps/>
      <w:color w:val="C0504D" w:themeColor="accent2"/>
      <w:u w:val="single"/>
    </w:rPr>
  </w:style>
  <w:style w:type="character" w:styleId="afd">
    <w:name w:val="Intense Reference"/>
    <w:basedOn w:val="a2"/>
    <w:uiPriority w:val="32"/>
    <w:qFormat/>
    <w:rsid w:val="00FC693F"/>
    <w:rPr>
      <w:b/>
      <w:bCs/>
      <w:smallCaps/>
      <w:color w:val="C0504D" w:themeColor="accent2"/>
      <w:spacing w:val="5"/>
      <w:u w:val="single"/>
    </w:rPr>
  </w:style>
  <w:style w:type="character" w:styleId="afe">
    <w:name w:val="Book Title"/>
    <w:basedOn w:val="a2"/>
    <w:uiPriority w:val="33"/>
    <w:qFormat/>
    <w:rsid w:val="00FC693F"/>
    <w:rPr>
      <w:b/>
      <w:bCs/>
      <w:smallCaps/>
      <w:spacing w:val="5"/>
    </w:rPr>
  </w:style>
  <w:style w:type="paragraph" w:styleId="aff">
    <w:name w:val="TOC Heading"/>
    <w:basedOn w:val="1"/>
    <w:next w:val="a1"/>
    <w:uiPriority w:val="39"/>
    <w:semiHidden/>
    <w:unhideWhenUsed/>
    <w:qFormat/>
    <w:rsid w:val="00FC693F"/>
    <w:pPr>
      <w:outlineLvl w:val="9"/>
    </w:pPr>
  </w:style>
  <w:style w:type="table" w:styleId="aff0">
    <w:name w:val="Table Grid"/>
    <w:basedOn w:val="a3"/>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f1">
    <w:name w:val="Light Shading"/>
    <w:basedOn w:val="a3"/>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1">
    <w:name w:val="Light Shading Accent 1"/>
    <w:basedOn w:val="a3"/>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
    <w:name w:val="Light Shading Accent 2"/>
    <w:basedOn w:val="a3"/>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
    <w:name w:val="Light Shading Accent 3"/>
    <w:basedOn w:val="a3"/>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
    <w:name w:val="Light Shading Accent 4"/>
    <w:basedOn w:val="a3"/>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3"/>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3"/>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aff2">
    <w:name w:val="Light List"/>
    <w:basedOn w:val="a3"/>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10">
    <w:name w:val="Light List Accent 1"/>
    <w:basedOn w:val="a3"/>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0">
    <w:name w:val="Light List Accent 2"/>
    <w:basedOn w:val="a3"/>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0">
    <w:name w:val="Light List Accent 3"/>
    <w:basedOn w:val="a3"/>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0">
    <w:name w:val="Light List Accent 4"/>
    <w:basedOn w:val="a3"/>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0">
    <w:name w:val="Light List Accent 5"/>
    <w:basedOn w:val="a3"/>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0">
    <w:name w:val="Light List Accent 6"/>
    <w:basedOn w:val="a3"/>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aff3">
    <w:name w:val="Light Grid"/>
    <w:basedOn w:val="a3"/>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11">
    <w:name w:val="Light Grid Accent 1"/>
    <w:basedOn w:val="a3"/>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1">
    <w:name w:val="Light Grid Accent 2"/>
    <w:basedOn w:val="a3"/>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1">
    <w:name w:val="Light Grid Accent 3"/>
    <w:basedOn w:val="a3"/>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1">
    <w:name w:val="Light Grid Accent 4"/>
    <w:basedOn w:val="a3"/>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1">
    <w:name w:val="Light Grid Accent 5"/>
    <w:basedOn w:val="a3"/>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1">
    <w:name w:val="Light Grid Accent 6"/>
    <w:basedOn w:val="a3"/>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1">
    <w:name w:val="Medium Shading 1"/>
    <w:basedOn w:val="a3"/>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1-1">
    <w:name w:val="Medium Shading 1 Accent 1"/>
    <w:basedOn w:val="a3"/>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3"/>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3"/>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3"/>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3"/>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3"/>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29">
    <w:name w:val="Medium Shading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1">
    <w:name w:val="Medium Shading 2 Accent 1"/>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4">
    <w:name w:val="Medium Shading 2 Accent 4"/>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3"/>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12">
    <w:name w:val="Medium Lis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1-10">
    <w:name w:val="Medium List 1 Accent 1"/>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3"/>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3"/>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3"/>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3"/>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3"/>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2a">
    <w:name w:val="Medium Lis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0">
    <w:name w:val="Medium List 2 Accent 1"/>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0">
    <w:name w:val="Medium List 2 Accent 4"/>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3"/>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13">
    <w:name w:val="Medium Grid 1"/>
    <w:basedOn w:val="a3"/>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11">
    <w:name w:val="Medium Grid 1 Accent 1"/>
    <w:basedOn w:val="a3"/>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1-21">
    <w:name w:val="Medium Grid 1 Accent 2"/>
    <w:basedOn w:val="a3"/>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3"/>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3"/>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3"/>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3"/>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2b">
    <w:name w:val="Medium Grid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1">
    <w:name w:val="Medium Grid 2 Accent 1"/>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1">
    <w:name w:val="Medium Grid 2 Accent 4"/>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3"/>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37">
    <w:name w:val="Medium Grid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3"/>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aff4">
    <w:name w:val="Dark List"/>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2">
    <w:name w:val="Dark List Accent 1"/>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2">
    <w:name w:val="Dark List Accent 2"/>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2">
    <w:name w:val="Dark List Accent 3"/>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2">
    <w:name w:val="Dark List Accent 4"/>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3"/>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aff5">
    <w:name w:val="Colorful Shading"/>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3">
    <w:name w:val="Colorful Shading Accent 1"/>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3">
    <w:name w:val="Colorful Shading Accent 2"/>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3">
    <w:name w:val="Colorful Shading Accent 4"/>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3">
    <w:name w:val="Colorful Shading Accent 5"/>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3">
    <w:name w:val="Colorful Shading Accent 6"/>
    <w:basedOn w:val="a3"/>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aff6">
    <w:name w:val="Colorful List"/>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4">
    <w:name w:val="Colorful List Accent 1"/>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4">
    <w:name w:val="Colorful List Accent 2"/>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4">
    <w:name w:val="Colorful List Accent 3"/>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4">
    <w:name w:val="Colorful List Accent 4"/>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4">
    <w:name w:val="Colorful List Accent 5"/>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4">
    <w:name w:val="Colorful List Accent 6"/>
    <w:basedOn w:val="a3"/>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aff7">
    <w:name w:val="Colorful Grid"/>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5">
    <w:name w:val="Colorful Grid Accent 1"/>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5">
    <w:name w:val="Colorful Grid Accent 2"/>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5">
    <w:name w:val="Colorful Grid Accent 3"/>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5">
    <w:name w:val="Colorful Grid Accent 4"/>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3"/>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4" Type="http://schemas.microsoft.com/office/2007/relationships/stylesWithEffects" Target="stylesWithEffect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CE1225-86AD-46B8-91E3-FB70986953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5862</Words>
  <Characters>33416</Characters>
  <Application>Microsoft Office Word</Application>
  <DocSecurity>0</DocSecurity>
  <Lines>278</Lines>
  <Paragraphs>78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SPecialiST RePack</Company>
  <LinksUpToDate>false</LinksUpToDate>
  <CharactersWithSpaces>39200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python-docx</dc:creator>
  <dc:description>generated by python-docx</dc:description>
  <cp:lastModifiedBy>W7</cp:lastModifiedBy>
  <cp:revision>2</cp:revision>
  <dcterms:created xsi:type="dcterms:W3CDTF">2023-11-12T18:22:00Z</dcterms:created>
  <dcterms:modified xsi:type="dcterms:W3CDTF">2023-11-12T18:22:00Z</dcterms:modified>
</cp:coreProperties>
</file>